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F4BC6" w14:textId="77777777" w:rsidR="0057246C" w:rsidRPr="000E1F69" w:rsidRDefault="0057246C" w:rsidP="00AA28F4">
      <w:pPr>
        <w:pStyle w:val="Ttulo"/>
        <w:rPr>
          <w:rFonts w:cstheme="majorHAnsi"/>
          <w:b/>
          <w:bCs/>
          <w:color w:val="1F497D" w:themeColor="text2"/>
          <w:sz w:val="44"/>
          <w:szCs w:val="44"/>
        </w:rPr>
      </w:pPr>
    </w:p>
    <w:p w14:paraId="12471547" w14:textId="77777777" w:rsidR="0057246C" w:rsidRPr="000E1F69" w:rsidRDefault="0057246C" w:rsidP="00AA28F4">
      <w:pPr>
        <w:pStyle w:val="Ttulo"/>
        <w:rPr>
          <w:rFonts w:cstheme="majorHAnsi"/>
          <w:b/>
          <w:bCs/>
          <w:color w:val="1F497D" w:themeColor="text2"/>
          <w:sz w:val="44"/>
          <w:szCs w:val="44"/>
        </w:rPr>
      </w:pPr>
    </w:p>
    <w:p w14:paraId="68B261E6" w14:textId="77777777" w:rsidR="0057246C" w:rsidRPr="000E1F69" w:rsidRDefault="0057246C" w:rsidP="00AA28F4">
      <w:pPr>
        <w:pStyle w:val="Ttulo"/>
        <w:rPr>
          <w:rFonts w:cstheme="majorHAnsi"/>
          <w:b/>
          <w:bCs/>
          <w:color w:val="1F497D" w:themeColor="text2"/>
          <w:sz w:val="44"/>
          <w:szCs w:val="44"/>
        </w:rPr>
      </w:pPr>
    </w:p>
    <w:p w14:paraId="4B7B2B1F" w14:textId="77777777" w:rsidR="0057246C" w:rsidRPr="000E1F69" w:rsidRDefault="0057246C" w:rsidP="00AA28F4">
      <w:pPr>
        <w:pStyle w:val="Ttulo"/>
        <w:rPr>
          <w:rFonts w:cstheme="majorHAnsi"/>
          <w:b/>
          <w:bCs/>
          <w:color w:val="1F497D" w:themeColor="text2"/>
          <w:sz w:val="44"/>
          <w:szCs w:val="44"/>
        </w:rPr>
      </w:pPr>
    </w:p>
    <w:p w14:paraId="535D1EBA" w14:textId="77777777" w:rsidR="0057246C" w:rsidRPr="000E1F69" w:rsidRDefault="0057246C" w:rsidP="00AA28F4">
      <w:pPr>
        <w:pStyle w:val="Ttulo"/>
        <w:rPr>
          <w:rFonts w:cstheme="majorHAnsi"/>
          <w:b/>
          <w:bCs/>
          <w:color w:val="1F497D" w:themeColor="text2"/>
          <w:sz w:val="44"/>
          <w:szCs w:val="44"/>
        </w:rPr>
      </w:pPr>
    </w:p>
    <w:p w14:paraId="1827C1C3" w14:textId="77777777" w:rsidR="0057246C" w:rsidRPr="000E1F69" w:rsidRDefault="0057246C" w:rsidP="00AA28F4">
      <w:pPr>
        <w:pStyle w:val="Ttulo"/>
        <w:rPr>
          <w:rFonts w:cstheme="majorHAnsi"/>
          <w:b/>
          <w:bCs/>
          <w:color w:val="1F497D" w:themeColor="text2"/>
          <w:sz w:val="44"/>
          <w:szCs w:val="44"/>
        </w:rPr>
      </w:pPr>
    </w:p>
    <w:p w14:paraId="02685618" w14:textId="77777777" w:rsidR="0057246C" w:rsidRPr="000E1F69" w:rsidRDefault="0057246C" w:rsidP="00AA28F4">
      <w:pPr>
        <w:pStyle w:val="Ttulo"/>
        <w:rPr>
          <w:rFonts w:cstheme="majorHAnsi"/>
          <w:b/>
          <w:bCs/>
          <w:color w:val="1F497D" w:themeColor="text2"/>
          <w:sz w:val="44"/>
          <w:szCs w:val="44"/>
        </w:rPr>
      </w:pPr>
    </w:p>
    <w:p w14:paraId="6EBA6878" w14:textId="77777777" w:rsidR="0057246C" w:rsidRPr="000E1F69" w:rsidRDefault="0057246C" w:rsidP="00AA28F4">
      <w:pPr>
        <w:pStyle w:val="Ttulo"/>
        <w:rPr>
          <w:rFonts w:cstheme="majorHAnsi"/>
          <w:b/>
          <w:bCs/>
          <w:color w:val="1F497D" w:themeColor="text2"/>
          <w:sz w:val="44"/>
          <w:szCs w:val="44"/>
        </w:rPr>
      </w:pPr>
    </w:p>
    <w:p w14:paraId="06E053C8" w14:textId="77BB7D14" w:rsidR="0009795D" w:rsidRPr="000E1F69" w:rsidRDefault="0009795D" w:rsidP="00AA28F4">
      <w:pPr>
        <w:pStyle w:val="Ttulo"/>
        <w:rPr>
          <w:rFonts w:cstheme="majorHAnsi"/>
          <w:b/>
          <w:bCs/>
          <w:color w:val="1F497D" w:themeColor="text2"/>
          <w:sz w:val="44"/>
          <w:szCs w:val="44"/>
          <w:lang w:val="pt-PT"/>
        </w:rPr>
      </w:pPr>
      <w:r w:rsidRPr="000E1F69">
        <w:rPr>
          <w:rFonts w:cstheme="majorHAnsi"/>
          <w:b/>
          <w:bCs/>
          <w:color w:val="1F497D" w:themeColor="text2"/>
          <w:sz w:val="44"/>
          <w:szCs w:val="44"/>
          <w:lang w:val="pt-PT"/>
        </w:rPr>
        <w:t>FORMULÁRIO DE CANDIDATURA:</w:t>
      </w:r>
    </w:p>
    <w:p w14:paraId="6DDC84E4" w14:textId="5FBE618A" w:rsidR="00D54212" w:rsidRPr="000E1F69" w:rsidRDefault="0009795D" w:rsidP="00AA28F4">
      <w:pPr>
        <w:pStyle w:val="Ttulo"/>
        <w:rPr>
          <w:rFonts w:cstheme="majorHAnsi"/>
          <w:b/>
          <w:bCs/>
          <w:color w:val="1F497D" w:themeColor="text2"/>
          <w:sz w:val="44"/>
          <w:szCs w:val="44"/>
          <w:lang w:val="pt-PT"/>
        </w:rPr>
      </w:pPr>
      <w:r w:rsidRPr="000E1F69">
        <w:rPr>
          <w:rFonts w:cstheme="majorHAnsi"/>
          <w:b/>
          <w:bCs/>
          <w:color w:val="1F497D" w:themeColor="text2"/>
          <w:sz w:val="44"/>
          <w:szCs w:val="44"/>
          <w:lang w:val="pt-PT"/>
        </w:rPr>
        <w:t xml:space="preserve">CONCURSO </w:t>
      </w:r>
      <w:r w:rsidR="00D1526B" w:rsidRPr="000E1F69">
        <w:rPr>
          <w:rFonts w:cstheme="majorHAnsi"/>
          <w:b/>
          <w:bCs/>
          <w:color w:val="1F497D" w:themeColor="text2"/>
          <w:sz w:val="44"/>
          <w:szCs w:val="44"/>
          <w:lang w:val="pt-PT"/>
        </w:rPr>
        <w:t>IGNIT</w:t>
      </w:r>
      <w:r w:rsidR="006318E0" w:rsidRPr="000E1F69">
        <w:rPr>
          <w:rFonts w:cstheme="majorHAnsi"/>
          <w:b/>
          <w:bCs/>
          <w:color w:val="1F497D" w:themeColor="text2"/>
          <w:sz w:val="44"/>
          <w:szCs w:val="44"/>
          <w:lang w:val="pt-PT"/>
        </w:rPr>
        <w:t xml:space="preserve"> </w:t>
      </w:r>
      <w:r w:rsidRPr="000E1F69">
        <w:rPr>
          <w:rFonts w:cstheme="majorHAnsi"/>
          <w:b/>
          <w:bCs/>
          <w:color w:val="1F497D" w:themeColor="text2"/>
          <w:sz w:val="44"/>
          <w:szCs w:val="44"/>
          <w:lang w:val="pt-PT"/>
        </w:rPr>
        <w:t>202</w:t>
      </w:r>
      <w:r w:rsidR="00D1526B" w:rsidRPr="000E1F69">
        <w:rPr>
          <w:rFonts w:cstheme="majorHAnsi"/>
          <w:b/>
          <w:bCs/>
          <w:color w:val="1F497D" w:themeColor="text2"/>
          <w:sz w:val="44"/>
          <w:szCs w:val="44"/>
          <w:lang w:val="pt-PT"/>
        </w:rPr>
        <w:t>6</w:t>
      </w:r>
    </w:p>
    <w:p w14:paraId="324BA377" w14:textId="77777777" w:rsidR="0057246C" w:rsidRPr="000E1F69" w:rsidRDefault="0057246C" w:rsidP="00190EFF">
      <w:pPr>
        <w:pStyle w:val="Ttulo1"/>
        <w:spacing w:line="240" w:lineRule="auto"/>
        <w:rPr>
          <w:rFonts w:cstheme="majorHAnsi"/>
          <w:color w:val="000000" w:themeColor="text1"/>
          <w:lang w:val="pt-PT"/>
        </w:rPr>
      </w:pPr>
    </w:p>
    <w:p w14:paraId="3FE2FF30" w14:textId="1ACAE241" w:rsidR="00D54212" w:rsidRPr="000E1F69" w:rsidRDefault="00AA28F4" w:rsidP="00190EFF">
      <w:pPr>
        <w:pStyle w:val="Ttulo1"/>
        <w:spacing w:line="240" w:lineRule="auto"/>
        <w:rPr>
          <w:rFonts w:cstheme="majorHAnsi"/>
          <w:color w:val="000000" w:themeColor="text1"/>
          <w:lang w:val="pt-PT"/>
        </w:rPr>
      </w:pPr>
      <w:bookmarkStart w:id="0" w:name="_Toc229482283"/>
      <w:r w:rsidRPr="000E1F69">
        <w:rPr>
          <w:rFonts w:cstheme="majorHAnsi"/>
          <w:color w:val="000000" w:themeColor="text1"/>
          <w:lang w:val="pt-PT"/>
        </w:rPr>
        <w:t>INSTRUÇÕES GERAIS</w:t>
      </w:r>
      <w:bookmarkEnd w:id="0"/>
    </w:p>
    <w:p w14:paraId="0264AA16" w14:textId="4F1C3714" w:rsidR="00D54212" w:rsidRPr="000E1F69" w:rsidRDefault="008E5393" w:rsidP="0057246C">
      <w:pPr>
        <w:spacing w:before="240" w:after="0" w:line="360" w:lineRule="auto"/>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 xml:space="preserve">- Preencher </w:t>
      </w:r>
      <w:r w:rsidR="00A50619" w:rsidRPr="000E1F69">
        <w:rPr>
          <w:rFonts w:asciiTheme="majorHAnsi" w:hAnsiTheme="majorHAnsi" w:cstheme="majorHAnsi"/>
          <w:color w:val="000000" w:themeColor="text1"/>
          <w:lang w:val="pt-PT"/>
        </w:rPr>
        <w:t>em português ou</w:t>
      </w:r>
      <w:r w:rsidRPr="000E1F69">
        <w:rPr>
          <w:rFonts w:asciiTheme="majorHAnsi" w:hAnsiTheme="majorHAnsi" w:cstheme="majorHAnsi"/>
          <w:color w:val="000000" w:themeColor="text1"/>
          <w:lang w:val="pt-PT"/>
        </w:rPr>
        <w:t xml:space="preserve"> em inglês (exceto campos identificados).</w:t>
      </w:r>
    </w:p>
    <w:p w14:paraId="38C4A5FB" w14:textId="152822B0" w:rsidR="003912DB" w:rsidRPr="000E1F69" w:rsidRDefault="008E5393" w:rsidP="0057246C">
      <w:pPr>
        <w:spacing w:after="0" w:line="360" w:lineRule="auto"/>
        <w:rPr>
          <w:rFonts w:asciiTheme="majorHAnsi" w:hAnsiTheme="majorHAnsi" w:cstheme="majorHAnsi"/>
          <w:color w:val="000000" w:themeColor="text1"/>
        </w:rPr>
      </w:pPr>
      <w:r w:rsidRPr="000E1F69">
        <w:rPr>
          <w:rFonts w:asciiTheme="majorHAnsi" w:hAnsiTheme="majorHAnsi" w:cstheme="majorHAnsi"/>
          <w:color w:val="000000" w:themeColor="text1"/>
        </w:rPr>
        <w:t>- Prazo: 2</w:t>
      </w:r>
      <w:r w:rsidR="00D1526B" w:rsidRPr="000E1F69">
        <w:rPr>
          <w:rFonts w:asciiTheme="majorHAnsi" w:hAnsiTheme="majorHAnsi" w:cstheme="majorHAnsi"/>
          <w:color w:val="000000" w:themeColor="text1"/>
        </w:rPr>
        <w:t>0</w:t>
      </w:r>
      <w:r w:rsidRPr="000E1F69">
        <w:rPr>
          <w:rFonts w:asciiTheme="majorHAnsi" w:hAnsiTheme="majorHAnsi" w:cstheme="majorHAnsi"/>
          <w:color w:val="000000" w:themeColor="text1"/>
        </w:rPr>
        <w:t>/</w:t>
      </w:r>
      <w:r w:rsidR="00D1526B" w:rsidRPr="000E1F69">
        <w:rPr>
          <w:rFonts w:asciiTheme="majorHAnsi" w:hAnsiTheme="majorHAnsi" w:cstheme="majorHAnsi"/>
          <w:color w:val="000000" w:themeColor="text1"/>
        </w:rPr>
        <w:t>05</w:t>
      </w:r>
      <w:r w:rsidRPr="000E1F69">
        <w:rPr>
          <w:rFonts w:asciiTheme="majorHAnsi" w:hAnsiTheme="majorHAnsi" w:cstheme="majorHAnsi"/>
          <w:color w:val="000000" w:themeColor="text1"/>
        </w:rPr>
        <w:t>/202</w:t>
      </w:r>
      <w:r w:rsidR="00D1526B" w:rsidRPr="000E1F69">
        <w:rPr>
          <w:rFonts w:asciiTheme="majorHAnsi" w:hAnsiTheme="majorHAnsi" w:cstheme="majorHAnsi"/>
          <w:color w:val="000000" w:themeColor="text1"/>
        </w:rPr>
        <w:t>6</w:t>
      </w:r>
      <w:r w:rsidRPr="000E1F69">
        <w:rPr>
          <w:rFonts w:asciiTheme="majorHAnsi" w:hAnsiTheme="majorHAnsi" w:cstheme="majorHAnsi"/>
          <w:color w:val="000000" w:themeColor="text1"/>
        </w:rPr>
        <w:t xml:space="preserve"> a </w:t>
      </w:r>
      <w:r w:rsidR="00D1526B" w:rsidRPr="000E1F69">
        <w:rPr>
          <w:rFonts w:asciiTheme="majorHAnsi" w:hAnsiTheme="majorHAnsi" w:cstheme="majorHAnsi"/>
          <w:color w:val="000000" w:themeColor="text1"/>
        </w:rPr>
        <w:t>05</w:t>
      </w:r>
      <w:r w:rsidRPr="000E1F69">
        <w:rPr>
          <w:rFonts w:asciiTheme="majorHAnsi" w:hAnsiTheme="majorHAnsi" w:cstheme="majorHAnsi"/>
          <w:color w:val="000000" w:themeColor="text1"/>
        </w:rPr>
        <w:t>/0</w:t>
      </w:r>
      <w:r w:rsidR="00D1526B" w:rsidRPr="000E1F69">
        <w:rPr>
          <w:rFonts w:asciiTheme="majorHAnsi" w:hAnsiTheme="majorHAnsi" w:cstheme="majorHAnsi"/>
          <w:color w:val="000000" w:themeColor="text1"/>
        </w:rPr>
        <w:t>6</w:t>
      </w:r>
      <w:r w:rsidRPr="000E1F69">
        <w:rPr>
          <w:rFonts w:asciiTheme="majorHAnsi" w:hAnsiTheme="majorHAnsi" w:cstheme="majorHAnsi"/>
          <w:color w:val="000000" w:themeColor="text1"/>
        </w:rPr>
        <w:t>/2026.</w:t>
      </w:r>
    </w:p>
    <w:p w14:paraId="21D08223" w14:textId="77777777" w:rsidR="003912DB" w:rsidRPr="000E1F69" w:rsidRDefault="003912DB">
      <w:pPr>
        <w:rPr>
          <w:rFonts w:asciiTheme="majorHAnsi" w:hAnsiTheme="majorHAnsi" w:cstheme="majorHAnsi"/>
          <w:color w:val="000000" w:themeColor="text1"/>
        </w:rPr>
      </w:pPr>
      <w:r w:rsidRPr="000E1F69">
        <w:rPr>
          <w:rFonts w:asciiTheme="majorHAnsi" w:hAnsiTheme="majorHAnsi" w:cstheme="majorHAnsi"/>
          <w:color w:val="000000" w:themeColor="text1"/>
        </w:rPr>
        <w:br w:type="page"/>
      </w:r>
    </w:p>
    <w:sdt>
      <w:sdtPr>
        <w:rPr>
          <w:rFonts w:asciiTheme="minorHAnsi" w:eastAsiaTheme="minorEastAsia" w:hAnsiTheme="minorHAnsi" w:cstheme="majorHAnsi"/>
          <w:b w:val="0"/>
          <w:bCs w:val="0"/>
          <w:color w:val="auto"/>
          <w:sz w:val="22"/>
          <w:szCs w:val="22"/>
          <w:lang w:val="pt-PT"/>
        </w:rPr>
        <w:id w:val="-239029999"/>
        <w:docPartObj>
          <w:docPartGallery w:val="Table of Contents"/>
          <w:docPartUnique/>
        </w:docPartObj>
      </w:sdtPr>
      <w:sdtEndPr>
        <w:rPr>
          <w:lang w:val="en-US"/>
        </w:rPr>
      </w:sdtEndPr>
      <w:sdtContent>
        <w:p w14:paraId="66BCCB75" w14:textId="4FF47F61" w:rsidR="003912DB" w:rsidRPr="000E1F69" w:rsidRDefault="003912DB" w:rsidP="000E1F69">
          <w:pPr>
            <w:pStyle w:val="Cabealhodondice"/>
            <w:ind w:right="-618"/>
            <w:rPr>
              <w:rFonts w:cstheme="majorHAnsi"/>
            </w:rPr>
          </w:pPr>
          <w:r w:rsidRPr="000E1F69">
            <w:rPr>
              <w:rFonts w:cstheme="majorHAnsi"/>
              <w:lang w:val="pt-PT"/>
            </w:rPr>
            <w:t>CONTEÚDO</w:t>
          </w:r>
        </w:p>
        <w:p w14:paraId="252D6AED" w14:textId="5E069502" w:rsidR="00AD6487" w:rsidRPr="000E1F69" w:rsidRDefault="003912DB">
          <w:pPr>
            <w:pStyle w:val="ndice1"/>
            <w:rPr>
              <w:rFonts w:asciiTheme="majorHAnsi" w:hAnsiTheme="majorHAnsi" w:cstheme="majorHAnsi"/>
              <w:noProof/>
              <w:kern w:val="2"/>
              <w:sz w:val="24"/>
              <w:szCs w:val="24"/>
              <w:lang w:val="pt-PT" w:eastAsia="pt-PT"/>
              <w14:ligatures w14:val="standardContextual"/>
            </w:rPr>
          </w:pPr>
          <w:r w:rsidRPr="000E1F69">
            <w:rPr>
              <w:rFonts w:asciiTheme="majorHAnsi" w:hAnsiTheme="majorHAnsi" w:cstheme="majorHAnsi"/>
            </w:rPr>
            <w:fldChar w:fldCharType="begin"/>
          </w:r>
          <w:r w:rsidRPr="000E1F69">
            <w:rPr>
              <w:rFonts w:asciiTheme="majorHAnsi" w:hAnsiTheme="majorHAnsi" w:cstheme="majorHAnsi"/>
            </w:rPr>
            <w:instrText xml:space="preserve"> TOC \o "1-3" \h \z \u </w:instrText>
          </w:r>
          <w:r w:rsidRPr="000E1F69">
            <w:rPr>
              <w:rFonts w:asciiTheme="majorHAnsi" w:hAnsiTheme="majorHAnsi" w:cstheme="majorHAnsi"/>
            </w:rPr>
            <w:fldChar w:fldCharType="separate"/>
          </w:r>
          <w:hyperlink w:anchor="_Toc229482283" w:history="1">
            <w:r w:rsidR="00AD6487" w:rsidRPr="000E1F69">
              <w:rPr>
                <w:rStyle w:val="Hiperligao"/>
                <w:rFonts w:asciiTheme="majorHAnsi" w:hAnsiTheme="majorHAnsi" w:cstheme="majorHAnsi"/>
                <w:noProof/>
                <w:lang w:val="pt-PT"/>
              </w:rPr>
              <w:t>INSTRUÇÕES GERAIS</w:t>
            </w:r>
            <w:r w:rsidR="00AD6487" w:rsidRPr="000E1F69">
              <w:rPr>
                <w:rFonts w:asciiTheme="majorHAnsi" w:hAnsiTheme="majorHAnsi" w:cstheme="majorHAnsi"/>
                <w:noProof/>
                <w:webHidden/>
              </w:rPr>
              <w:tab/>
            </w:r>
            <w:r w:rsidR="00AD6487" w:rsidRPr="000E1F69">
              <w:rPr>
                <w:rFonts w:asciiTheme="majorHAnsi" w:hAnsiTheme="majorHAnsi" w:cstheme="majorHAnsi"/>
                <w:noProof/>
                <w:webHidden/>
              </w:rPr>
              <w:fldChar w:fldCharType="begin"/>
            </w:r>
            <w:r w:rsidR="00AD6487" w:rsidRPr="000E1F69">
              <w:rPr>
                <w:rFonts w:asciiTheme="majorHAnsi" w:hAnsiTheme="majorHAnsi" w:cstheme="majorHAnsi"/>
                <w:noProof/>
                <w:webHidden/>
              </w:rPr>
              <w:instrText xml:space="preserve"> PAGEREF _Toc229482283 \h </w:instrText>
            </w:r>
            <w:r w:rsidR="00AD6487" w:rsidRPr="000E1F69">
              <w:rPr>
                <w:rFonts w:asciiTheme="majorHAnsi" w:hAnsiTheme="majorHAnsi" w:cstheme="majorHAnsi"/>
                <w:noProof/>
                <w:webHidden/>
              </w:rPr>
            </w:r>
            <w:r w:rsidR="00AD6487" w:rsidRPr="000E1F69">
              <w:rPr>
                <w:rFonts w:asciiTheme="majorHAnsi" w:hAnsiTheme="majorHAnsi" w:cstheme="majorHAnsi"/>
                <w:noProof/>
                <w:webHidden/>
              </w:rPr>
              <w:fldChar w:fldCharType="separate"/>
            </w:r>
            <w:r w:rsidR="00AD6487" w:rsidRPr="000E1F69">
              <w:rPr>
                <w:rFonts w:asciiTheme="majorHAnsi" w:hAnsiTheme="majorHAnsi" w:cstheme="majorHAnsi"/>
                <w:noProof/>
                <w:webHidden/>
              </w:rPr>
              <w:t>1</w:t>
            </w:r>
            <w:r w:rsidR="00AD6487" w:rsidRPr="000E1F69">
              <w:rPr>
                <w:rFonts w:asciiTheme="majorHAnsi" w:hAnsiTheme="majorHAnsi" w:cstheme="majorHAnsi"/>
                <w:noProof/>
                <w:webHidden/>
              </w:rPr>
              <w:fldChar w:fldCharType="end"/>
            </w:r>
          </w:hyperlink>
        </w:p>
        <w:p w14:paraId="5A6BD1A0" w14:textId="3E6B63D2"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4" w:history="1">
            <w:r w:rsidRPr="000E1F69">
              <w:rPr>
                <w:rStyle w:val="Hiperligao"/>
                <w:rFonts w:asciiTheme="majorHAnsi" w:hAnsiTheme="majorHAnsi" w:cstheme="majorHAnsi"/>
                <w:noProof/>
                <w:lang w:val="pt-PT"/>
              </w:rPr>
              <w:t>DADOS GERAIS E IDENTIFICAÇÃO DO PROJETO</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_Toc229482284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3</w:t>
            </w:r>
            <w:r w:rsidRPr="000E1F69">
              <w:rPr>
                <w:rFonts w:asciiTheme="majorHAnsi" w:hAnsiTheme="majorHAnsi" w:cstheme="majorHAnsi"/>
                <w:noProof/>
                <w:webHidden/>
              </w:rPr>
              <w:fldChar w:fldCharType="end"/>
            </w:r>
          </w:hyperlink>
        </w:p>
        <w:p w14:paraId="7555C48F" w14:textId="3469380D"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5" w:history="1">
            <w:r w:rsidRPr="000E1F69">
              <w:rPr>
                <w:rStyle w:val="Hiperligao"/>
                <w:rFonts w:asciiTheme="majorHAnsi" w:hAnsiTheme="majorHAnsi" w:cstheme="majorHAnsi"/>
                <w:noProof/>
              </w:rPr>
              <w:t>EQUIPA DE INVESTIGAÇÃO — INVESTIGADOR RESPONSÁVEL</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_Toc229482285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4</w:t>
            </w:r>
            <w:r w:rsidRPr="000E1F69">
              <w:rPr>
                <w:rFonts w:asciiTheme="majorHAnsi" w:hAnsiTheme="majorHAnsi" w:cstheme="majorHAnsi"/>
                <w:noProof/>
                <w:webHidden/>
              </w:rPr>
              <w:fldChar w:fldCharType="end"/>
            </w:r>
          </w:hyperlink>
        </w:p>
        <w:p w14:paraId="76628F31" w14:textId="3D6F291E"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6" w:history="1">
            <w:r w:rsidRPr="000E1F69">
              <w:rPr>
                <w:rStyle w:val="Hiperligao"/>
                <w:rFonts w:asciiTheme="majorHAnsi" w:hAnsiTheme="majorHAnsi" w:cstheme="majorHAnsi"/>
                <w:noProof/>
              </w:rPr>
              <w:t>PLANO DE TRABALHO — RESUMO</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_Toc229482286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6</w:t>
            </w:r>
            <w:r w:rsidRPr="000E1F69">
              <w:rPr>
                <w:rFonts w:asciiTheme="majorHAnsi" w:hAnsiTheme="majorHAnsi" w:cstheme="majorHAnsi"/>
                <w:noProof/>
                <w:webHidden/>
              </w:rPr>
              <w:fldChar w:fldCharType="end"/>
            </w:r>
          </w:hyperlink>
        </w:p>
        <w:p w14:paraId="3E1C44B6" w14:textId="6585CAB0"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7" w:history="1">
            <w:r w:rsidRPr="000E1F69">
              <w:rPr>
                <w:rStyle w:val="Hiperligao"/>
                <w:rFonts w:asciiTheme="majorHAnsi" w:hAnsiTheme="majorHAnsi" w:cstheme="majorHAnsi"/>
                <w:noProof/>
              </w:rPr>
              <w:t>ESTADO DA ARTE E OBJETIVOS</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_Toc229482287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7</w:t>
            </w:r>
            <w:r w:rsidRPr="000E1F69">
              <w:rPr>
                <w:rFonts w:asciiTheme="majorHAnsi" w:hAnsiTheme="majorHAnsi" w:cstheme="majorHAnsi"/>
                <w:noProof/>
                <w:webHidden/>
              </w:rPr>
              <w:fldChar w:fldCharType="end"/>
            </w:r>
          </w:hyperlink>
        </w:p>
        <w:p w14:paraId="5D84C1F9" w14:textId="7F35DA21"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8" w:history="1">
            <w:r w:rsidRPr="000E1F69">
              <w:rPr>
                <w:rStyle w:val="Hiperligao"/>
                <w:rFonts w:asciiTheme="majorHAnsi" w:hAnsiTheme="majorHAnsi" w:cstheme="majorHAnsi"/>
                <w:noProof/>
              </w:rPr>
              <w:t>PLANO DE INVESTIGAÇÃO E MÉTODOS</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_Toc229482288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8</w:t>
            </w:r>
            <w:r w:rsidRPr="000E1F69">
              <w:rPr>
                <w:rFonts w:asciiTheme="majorHAnsi" w:hAnsiTheme="majorHAnsi" w:cstheme="majorHAnsi"/>
                <w:noProof/>
                <w:webHidden/>
              </w:rPr>
              <w:fldChar w:fldCharType="end"/>
            </w:r>
          </w:hyperlink>
        </w:p>
        <w:p w14:paraId="49124EB7" w14:textId="65D5E57E"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9" w:history="1">
            <w:r w:rsidRPr="000E1F69">
              <w:rPr>
                <w:rStyle w:val="Hiperligao"/>
                <w:rFonts w:asciiTheme="majorHAnsi" w:hAnsiTheme="majorHAnsi" w:cstheme="majorHAnsi"/>
                <w:noProof/>
              </w:rPr>
              <w:t>TAREFAS E CRONOGRAMA</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_Toc229482289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9</w:t>
            </w:r>
            <w:r w:rsidRPr="000E1F69">
              <w:rPr>
                <w:rFonts w:asciiTheme="majorHAnsi" w:hAnsiTheme="majorHAnsi" w:cstheme="majorHAnsi"/>
                <w:noProof/>
                <w:webHidden/>
              </w:rPr>
              <w:fldChar w:fldCharType="end"/>
            </w:r>
          </w:hyperlink>
        </w:p>
        <w:p w14:paraId="5E62937A" w14:textId="6685E829"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90" w:history="1">
            <w:r w:rsidRPr="000E1F69">
              <w:rPr>
                <w:rStyle w:val="Hiperligao"/>
                <w:rFonts w:asciiTheme="majorHAnsi" w:hAnsiTheme="majorHAnsi" w:cstheme="majorHAnsi"/>
                <w:noProof/>
              </w:rPr>
              <w:t>QUESTÕES ÉTICAS</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_Toc229482290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10</w:t>
            </w:r>
            <w:r w:rsidRPr="000E1F69">
              <w:rPr>
                <w:rFonts w:asciiTheme="majorHAnsi" w:hAnsiTheme="majorHAnsi" w:cstheme="majorHAnsi"/>
                <w:noProof/>
                <w:webHidden/>
              </w:rPr>
              <w:fldChar w:fldCharType="end"/>
            </w:r>
          </w:hyperlink>
        </w:p>
        <w:p w14:paraId="06C096BA" w14:textId="3972E656"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91" w:history="1">
            <w:r w:rsidRPr="000E1F69">
              <w:rPr>
                <w:rStyle w:val="Hiperligao"/>
                <w:rFonts w:asciiTheme="majorHAnsi" w:hAnsiTheme="majorHAnsi" w:cstheme="majorHAnsi"/>
                <w:noProof/>
              </w:rPr>
              <w:t>AGENDA 2030</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_Toc229482291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11</w:t>
            </w:r>
            <w:r w:rsidRPr="000E1F69">
              <w:rPr>
                <w:rFonts w:asciiTheme="majorHAnsi" w:hAnsiTheme="majorHAnsi" w:cstheme="majorHAnsi"/>
                <w:noProof/>
                <w:webHidden/>
              </w:rPr>
              <w:fldChar w:fldCharType="end"/>
            </w:r>
          </w:hyperlink>
        </w:p>
        <w:p w14:paraId="73D642D5" w14:textId="25630429" w:rsidR="003912DB" w:rsidRPr="000E1F69" w:rsidRDefault="003912DB">
          <w:pPr>
            <w:rPr>
              <w:rFonts w:asciiTheme="majorHAnsi" w:hAnsiTheme="majorHAnsi" w:cstheme="majorHAnsi"/>
            </w:rPr>
          </w:pPr>
          <w:r w:rsidRPr="000E1F69">
            <w:rPr>
              <w:rFonts w:asciiTheme="majorHAnsi" w:hAnsiTheme="majorHAnsi" w:cstheme="majorHAnsi"/>
              <w:b/>
              <w:bCs/>
            </w:rPr>
            <w:fldChar w:fldCharType="end"/>
          </w:r>
        </w:p>
      </w:sdtContent>
    </w:sdt>
    <w:p w14:paraId="729BCCF8" w14:textId="571D4870" w:rsidR="003912DB" w:rsidRPr="000E1F69" w:rsidRDefault="003912DB">
      <w:pPr>
        <w:rPr>
          <w:rFonts w:asciiTheme="majorHAnsi" w:hAnsiTheme="majorHAnsi" w:cstheme="majorHAnsi"/>
          <w:color w:val="000000" w:themeColor="text1"/>
        </w:rPr>
      </w:pPr>
      <w:r w:rsidRPr="000E1F69">
        <w:rPr>
          <w:rFonts w:asciiTheme="majorHAnsi" w:hAnsiTheme="majorHAnsi" w:cstheme="majorHAnsi"/>
          <w:color w:val="000000" w:themeColor="text1"/>
        </w:rPr>
        <w:br w:type="page"/>
      </w:r>
    </w:p>
    <w:p w14:paraId="3B48834C" w14:textId="1E0D5ADD" w:rsidR="00D54212" w:rsidRPr="000E1F69" w:rsidRDefault="00AA28F4" w:rsidP="00AA28F4">
      <w:pPr>
        <w:pStyle w:val="Ttulo1"/>
        <w:spacing w:after="240"/>
        <w:rPr>
          <w:rFonts w:cstheme="majorHAnsi"/>
          <w:color w:val="1F497D" w:themeColor="text2"/>
          <w:lang w:val="pt-PT"/>
        </w:rPr>
      </w:pPr>
      <w:bookmarkStart w:id="1" w:name="_Toc229482284"/>
      <w:r w:rsidRPr="000E1F69">
        <w:rPr>
          <w:rFonts w:cstheme="majorHAnsi"/>
          <w:color w:val="1F497D" w:themeColor="text2"/>
          <w:lang w:val="pt-PT"/>
        </w:rPr>
        <w:lastRenderedPageBreak/>
        <w:t>DADOS GERAIS E IDENTIFICAÇÃO DO PROJETO</w:t>
      </w:r>
      <w:bookmarkEnd w:id="1"/>
    </w:p>
    <w:p w14:paraId="3866FD00" w14:textId="77777777" w:rsidR="003B1766" w:rsidRPr="000E1F69" w:rsidRDefault="003B1766" w:rsidP="003B1766">
      <w:pPr>
        <w:rPr>
          <w:rFonts w:asciiTheme="majorHAnsi" w:hAnsiTheme="majorHAnsi" w:cstheme="majorHAnsi"/>
          <w:lang w:val="pt-PT"/>
        </w:rPr>
      </w:pPr>
    </w:p>
    <w:tbl>
      <w:tblPr>
        <w:tblStyle w:val="TabelacomGrelha"/>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830"/>
        <w:gridCol w:w="5800"/>
      </w:tblGrid>
      <w:tr w:rsidR="0009795D" w:rsidRPr="000E1F69" w14:paraId="15151202" w14:textId="77777777" w:rsidTr="00FD3D1C">
        <w:trPr>
          <w:trHeight w:val="866"/>
          <w:tblHeader/>
          <w:jc w:val="center"/>
        </w:trPr>
        <w:tc>
          <w:tcPr>
            <w:tcW w:w="2830" w:type="dxa"/>
            <w:tcBorders>
              <w:top w:val="single" w:sz="18" w:space="0" w:color="auto"/>
            </w:tcBorders>
            <w:vAlign w:val="center"/>
          </w:tcPr>
          <w:p w14:paraId="10673EAE"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Título do projeto (PT)</w:t>
            </w:r>
          </w:p>
        </w:tc>
        <w:tc>
          <w:tcPr>
            <w:tcW w:w="5800" w:type="dxa"/>
            <w:tcBorders>
              <w:top w:val="single" w:sz="18" w:space="0" w:color="auto"/>
            </w:tcBorders>
            <w:vAlign w:val="center"/>
          </w:tcPr>
          <w:p w14:paraId="3C942A12" w14:textId="73B9F547" w:rsidR="003B1766" w:rsidRPr="000E1F69" w:rsidRDefault="00086DA5" w:rsidP="003B1766">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63DC4A23" w14:textId="41C479DA" w:rsidR="00D54212" w:rsidRPr="000E1F69" w:rsidRDefault="00AA28F4" w:rsidP="00AA28F4">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w:t>
            </w:r>
            <w:r w:rsidR="00B62291" w:rsidRPr="000E1F69">
              <w:rPr>
                <w:rFonts w:asciiTheme="majorHAnsi" w:hAnsiTheme="majorHAnsi" w:cstheme="majorHAnsi"/>
                <w:color w:val="000000" w:themeColor="text1"/>
                <w:lang w:val="pt-PT"/>
              </w:rPr>
              <w:t>Máx. 255 caracteres. Ex.: 'Desenvolvimento de Tecnologias Sustentáveis'</w:t>
            </w:r>
            <w:r w:rsidRPr="000E1F69">
              <w:rPr>
                <w:rFonts w:asciiTheme="majorHAnsi" w:hAnsiTheme="majorHAnsi" w:cstheme="majorHAnsi"/>
                <w:color w:val="000000" w:themeColor="text1"/>
                <w:lang w:val="pt-PT"/>
              </w:rPr>
              <w:t>]</w:t>
            </w:r>
          </w:p>
        </w:tc>
      </w:tr>
      <w:tr w:rsidR="0009795D" w:rsidRPr="000E1F69" w14:paraId="56AD1FD7" w14:textId="77777777" w:rsidTr="00FD3D1C">
        <w:trPr>
          <w:trHeight w:val="836"/>
          <w:tblHeader/>
          <w:jc w:val="center"/>
        </w:trPr>
        <w:tc>
          <w:tcPr>
            <w:tcW w:w="2830" w:type="dxa"/>
            <w:vAlign w:val="center"/>
          </w:tcPr>
          <w:p w14:paraId="6460A2C7"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Título do projeto (EN)</w:t>
            </w:r>
          </w:p>
        </w:tc>
        <w:tc>
          <w:tcPr>
            <w:tcW w:w="5800" w:type="dxa"/>
            <w:vAlign w:val="center"/>
          </w:tcPr>
          <w:p w14:paraId="411624BB" w14:textId="51041975" w:rsidR="003B1766" w:rsidRPr="000E1F69" w:rsidRDefault="00086DA5" w:rsidP="00AA28F4">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Texto2"/>
                  <w:enabled/>
                  <w:calcOnExit/>
                  <w:entryMacro w:val="LimitarCaracteres"/>
                  <w:exitMacro w:val="LimitarCaracteres"/>
                  <w:textInput>
                    <w:maxLength w:val="255"/>
                    <w:format w:val="Maiúsculas"/>
                  </w:textInput>
                </w:ffData>
              </w:fldChar>
            </w:r>
            <w:bookmarkStart w:id="2" w:name="Texto2"/>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bookmarkEnd w:id="2"/>
          </w:p>
          <w:p w14:paraId="6A519424" w14:textId="31E5345A"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w:t>
            </w:r>
            <w:r w:rsidR="00B62291" w:rsidRPr="000E1F69">
              <w:rPr>
                <w:rFonts w:asciiTheme="majorHAnsi" w:hAnsiTheme="majorHAnsi" w:cstheme="majorHAnsi"/>
                <w:color w:val="000000" w:themeColor="text1"/>
              </w:rPr>
              <w:t>Máx. 255 caracteres. Ex.: 'Development of Sustainable Technologies'</w:t>
            </w:r>
            <w:r w:rsidRPr="000E1F69">
              <w:rPr>
                <w:rFonts w:asciiTheme="majorHAnsi" w:hAnsiTheme="majorHAnsi" w:cstheme="majorHAnsi"/>
                <w:color w:val="000000" w:themeColor="text1"/>
              </w:rPr>
              <w:t>]</w:t>
            </w:r>
          </w:p>
        </w:tc>
      </w:tr>
      <w:tr w:rsidR="0009795D" w:rsidRPr="000E1F69" w14:paraId="1697D076" w14:textId="77777777" w:rsidTr="00FD3D1C">
        <w:trPr>
          <w:trHeight w:val="710"/>
          <w:tblHeader/>
          <w:jc w:val="center"/>
        </w:trPr>
        <w:tc>
          <w:tcPr>
            <w:tcW w:w="2830" w:type="dxa"/>
            <w:vAlign w:val="center"/>
          </w:tcPr>
          <w:p w14:paraId="4AAB511F"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Acrónimo</w:t>
            </w:r>
          </w:p>
        </w:tc>
        <w:tc>
          <w:tcPr>
            <w:tcW w:w="5800" w:type="dxa"/>
            <w:vAlign w:val="center"/>
          </w:tcPr>
          <w:p w14:paraId="6DD555F2" w14:textId="23DDC6AE" w:rsidR="009C7568" w:rsidRPr="000E1F69" w:rsidRDefault="009C7568" w:rsidP="00AA28F4">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1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2954002F" w14:textId="64CED52F"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w:t>
            </w:r>
            <w:r w:rsidR="00B62291" w:rsidRPr="000E1F69">
              <w:rPr>
                <w:rFonts w:asciiTheme="majorHAnsi" w:hAnsiTheme="majorHAnsi" w:cstheme="majorHAnsi"/>
                <w:color w:val="000000" w:themeColor="text1"/>
              </w:rPr>
              <w:t>Máx. 15 caracteres. Ex.: 'SustTechIPC'</w:t>
            </w:r>
            <w:r w:rsidRPr="000E1F69">
              <w:rPr>
                <w:rFonts w:asciiTheme="majorHAnsi" w:hAnsiTheme="majorHAnsi" w:cstheme="majorHAnsi"/>
                <w:color w:val="000000" w:themeColor="text1"/>
              </w:rPr>
              <w:t>]</w:t>
            </w:r>
          </w:p>
        </w:tc>
      </w:tr>
      <w:tr w:rsidR="0009795D" w:rsidRPr="000E1F69" w14:paraId="1277FCD1" w14:textId="77777777" w:rsidTr="00FD3D1C">
        <w:trPr>
          <w:trHeight w:val="834"/>
          <w:tblHeader/>
          <w:jc w:val="center"/>
        </w:trPr>
        <w:tc>
          <w:tcPr>
            <w:tcW w:w="2830" w:type="dxa"/>
            <w:vAlign w:val="center"/>
          </w:tcPr>
          <w:p w14:paraId="5924F9FC"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Palavras-chave (PT)</w:t>
            </w:r>
          </w:p>
        </w:tc>
        <w:tc>
          <w:tcPr>
            <w:tcW w:w="5800" w:type="dxa"/>
            <w:vAlign w:val="center"/>
          </w:tcPr>
          <w:p w14:paraId="1DE77EDB" w14:textId="77777777" w:rsidR="00881CBE" w:rsidRPr="000E1F69" w:rsidRDefault="00881CBE" w:rsidP="00881CBE">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7A971E72" w14:textId="39302E6F"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w:t>
            </w:r>
            <w:r w:rsidR="00B62291" w:rsidRPr="000E1F69">
              <w:rPr>
                <w:rFonts w:asciiTheme="majorHAnsi" w:hAnsiTheme="majorHAnsi" w:cstheme="majorHAnsi"/>
                <w:color w:val="000000" w:themeColor="text1"/>
              </w:rPr>
              <w:t>Máx. 4 keywords. Separe com ';'</w:t>
            </w:r>
            <w:r w:rsidRPr="000E1F69">
              <w:rPr>
                <w:rFonts w:asciiTheme="majorHAnsi" w:hAnsiTheme="majorHAnsi" w:cstheme="majorHAnsi"/>
                <w:color w:val="000000" w:themeColor="text1"/>
              </w:rPr>
              <w:t>]</w:t>
            </w:r>
          </w:p>
        </w:tc>
      </w:tr>
      <w:tr w:rsidR="0009795D" w:rsidRPr="000E1F69" w14:paraId="5D5E02D2" w14:textId="77777777" w:rsidTr="00FD3D1C">
        <w:trPr>
          <w:trHeight w:val="704"/>
          <w:tblHeader/>
          <w:jc w:val="center"/>
        </w:trPr>
        <w:tc>
          <w:tcPr>
            <w:tcW w:w="2830" w:type="dxa"/>
            <w:vAlign w:val="center"/>
          </w:tcPr>
          <w:p w14:paraId="202AAC14"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Palavras-chave (EN)</w:t>
            </w:r>
          </w:p>
        </w:tc>
        <w:tc>
          <w:tcPr>
            <w:tcW w:w="5800" w:type="dxa"/>
            <w:vAlign w:val="center"/>
          </w:tcPr>
          <w:p w14:paraId="261110E9" w14:textId="7C90E431" w:rsidR="00881CBE" w:rsidRDefault="00881CBE" w:rsidP="00AA28F4">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2018400D" w14:textId="54FA6C14"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w:t>
            </w:r>
            <w:r w:rsidR="00B62291" w:rsidRPr="000E1F69">
              <w:rPr>
                <w:rFonts w:asciiTheme="majorHAnsi" w:hAnsiTheme="majorHAnsi" w:cstheme="majorHAnsi"/>
                <w:color w:val="000000" w:themeColor="text1"/>
              </w:rPr>
              <w:t>Máx. 4 keywords. Separe com ';'</w:t>
            </w:r>
            <w:r w:rsidRPr="000E1F69">
              <w:rPr>
                <w:rFonts w:asciiTheme="majorHAnsi" w:hAnsiTheme="majorHAnsi" w:cstheme="majorHAnsi"/>
                <w:color w:val="000000" w:themeColor="text1"/>
              </w:rPr>
              <w:t>]</w:t>
            </w:r>
          </w:p>
        </w:tc>
      </w:tr>
      <w:tr w:rsidR="0009795D" w:rsidRPr="000E1F69" w14:paraId="7DC9FE6E" w14:textId="77777777" w:rsidTr="00FD3D1C">
        <w:trPr>
          <w:trHeight w:val="838"/>
          <w:tblHeader/>
          <w:jc w:val="center"/>
        </w:trPr>
        <w:tc>
          <w:tcPr>
            <w:tcW w:w="2830" w:type="dxa"/>
            <w:vAlign w:val="center"/>
          </w:tcPr>
          <w:p w14:paraId="2D80022A"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Área científica principal</w:t>
            </w:r>
          </w:p>
        </w:tc>
        <w:tc>
          <w:tcPr>
            <w:tcW w:w="5800" w:type="dxa"/>
            <w:vAlign w:val="center"/>
          </w:tcPr>
          <w:p w14:paraId="71F0FA00" w14:textId="77777777" w:rsidR="00881CBE" w:rsidRPr="000E1F69" w:rsidRDefault="00881CBE" w:rsidP="00881CBE">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22DFC65F" w14:textId="5D8F31D9"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[Domínio, área e subarea]</w:t>
            </w:r>
          </w:p>
        </w:tc>
      </w:tr>
      <w:tr w:rsidR="0029429F" w:rsidRPr="000E1F69" w14:paraId="39C7DD41" w14:textId="77777777" w:rsidTr="00FD3D1C">
        <w:trPr>
          <w:trHeight w:val="694"/>
          <w:tblHeader/>
          <w:jc w:val="center"/>
        </w:trPr>
        <w:tc>
          <w:tcPr>
            <w:tcW w:w="2830" w:type="dxa"/>
            <w:vAlign w:val="center"/>
          </w:tcPr>
          <w:p w14:paraId="03B23A4A" w14:textId="2F0C7B2C" w:rsidR="0029429F" w:rsidRPr="000E1F69" w:rsidRDefault="0029429F"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Área científica secundária</w:t>
            </w:r>
          </w:p>
        </w:tc>
        <w:tc>
          <w:tcPr>
            <w:tcW w:w="5800" w:type="dxa"/>
            <w:vAlign w:val="center"/>
          </w:tcPr>
          <w:p w14:paraId="3DD99193" w14:textId="02135D31" w:rsidR="00881CBE" w:rsidRDefault="00881CBE" w:rsidP="00AA28F4">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6772CA4D" w14:textId="44B3B953" w:rsidR="0029429F" w:rsidRPr="000E1F69" w:rsidRDefault="0029429F"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[Domínio, área e subarea]</w:t>
            </w:r>
          </w:p>
        </w:tc>
      </w:tr>
      <w:tr w:rsidR="0009795D" w:rsidRPr="000E1F69" w14:paraId="6829C135" w14:textId="77777777" w:rsidTr="00FD3D1C">
        <w:trPr>
          <w:trHeight w:val="694"/>
          <w:tblHeader/>
          <w:jc w:val="center"/>
        </w:trPr>
        <w:tc>
          <w:tcPr>
            <w:tcW w:w="2830" w:type="dxa"/>
            <w:vAlign w:val="center"/>
          </w:tcPr>
          <w:p w14:paraId="4932AC95"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Data de início</w:t>
            </w:r>
          </w:p>
        </w:tc>
        <w:tc>
          <w:tcPr>
            <w:tcW w:w="5800" w:type="dxa"/>
            <w:vAlign w:val="center"/>
          </w:tcPr>
          <w:p w14:paraId="3B8DD194" w14:textId="0EC16DA8" w:rsidR="00881CBE" w:rsidRDefault="00881CBE" w:rsidP="00AA28F4">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3813BC40" w14:textId="3BEAD8D9"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[Máx. 90 dias após decisão]</w:t>
            </w:r>
          </w:p>
        </w:tc>
      </w:tr>
      <w:tr w:rsidR="00D54212" w:rsidRPr="000E1F69" w14:paraId="1E122034" w14:textId="77777777" w:rsidTr="00FD3D1C">
        <w:trPr>
          <w:trHeight w:val="846"/>
          <w:tblHeader/>
          <w:jc w:val="center"/>
        </w:trPr>
        <w:tc>
          <w:tcPr>
            <w:tcW w:w="2830" w:type="dxa"/>
            <w:vAlign w:val="center"/>
          </w:tcPr>
          <w:p w14:paraId="24E605EB" w14:textId="77777777" w:rsidR="00D54212" w:rsidRPr="000E1F69" w:rsidRDefault="008E5393" w:rsidP="00AA28F4">
            <w:pPr>
              <w:rPr>
                <w:rFonts w:asciiTheme="majorHAnsi" w:hAnsiTheme="majorHAnsi" w:cstheme="majorHAnsi"/>
                <w:b/>
                <w:lang w:val="pt-PT"/>
              </w:rPr>
            </w:pPr>
            <w:r w:rsidRPr="000E1F69">
              <w:rPr>
                <w:rFonts w:asciiTheme="majorHAnsi" w:hAnsiTheme="majorHAnsi" w:cstheme="majorHAnsi"/>
                <w:b/>
                <w:lang w:val="pt-PT"/>
              </w:rPr>
              <w:t>Duração e data de fim</w:t>
            </w:r>
          </w:p>
        </w:tc>
        <w:tc>
          <w:tcPr>
            <w:tcW w:w="5800" w:type="dxa"/>
            <w:vAlign w:val="center"/>
          </w:tcPr>
          <w:p w14:paraId="4DCABE47" w14:textId="7393F0D0" w:rsidR="00881CBE" w:rsidRDefault="00881CBE" w:rsidP="00AA28F4">
            <w:pPr>
              <w:rPr>
                <w:rFonts w:asciiTheme="majorHAnsi" w:hAnsiTheme="majorHAnsi" w:cstheme="majorHAnsi"/>
                <w:lang w:val="pt-PT"/>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277DBEEC" w14:textId="2D987B9B" w:rsidR="00D54212" w:rsidRPr="000E1F69" w:rsidRDefault="00AA28F4" w:rsidP="00AA28F4">
            <w:pPr>
              <w:rPr>
                <w:rFonts w:asciiTheme="majorHAnsi" w:hAnsiTheme="majorHAnsi" w:cstheme="majorHAnsi"/>
                <w:lang w:val="pt-PT"/>
              </w:rPr>
            </w:pPr>
            <w:r w:rsidRPr="000E1F69">
              <w:rPr>
                <w:rFonts w:asciiTheme="majorHAnsi" w:hAnsiTheme="majorHAnsi" w:cstheme="majorHAnsi"/>
                <w:lang w:val="pt-PT"/>
              </w:rPr>
              <w:t>[Indique meses e calcule fim]</w:t>
            </w:r>
          </w:p>
        </w:tc>
      </w:tr>
    </w:tbl>
    <w:p w14:paraId="4311DBFD" w14:textId="4502603F" w:rsidR="0057246C" w:rsidRPr="000E1F69" w:rsidRDefault="0057246C">
      <w:pPr>
        <w:rPr>
          <w:rFonts w:asciiTheme="majorHAnsi" w:eastAsiaTheme="majorEastAsia" w:hAnsiTheme="majorHAnsi" w:cstheme="majorHAnsi"/>
          <w:b/>
          <w:bCs/>
          <w:color w:val="000000" w:themeColor="text1"/>
          <w:sz w:val="28"/>
          <w:szCs w:val="28"/>
          <w:lang w:val="pt-PT"/>
        </w:rPr>
      </w:pPr>
    </w:p>
    <w:p w14:paraId="07333213" w14:textId="77777777" w:rsidR="0057246C" w:rsidRPr="000E1F69" w:rsidRDefault="0057246C">
      <w:pPr>
        <w:rPr>
          <w:rFonts w:asciiTheme="majorHAnsi" w:eastAsiaTheme="majorEastAsia" w:hAnsiTheme="majorHAnsi" w:cstheme="majorHAnsi"/>
          <w:b/>
          <w:bCs/>
          <w:color w:val="000000" w:themeColor="text1"/>
          <w:sz w:val="28"/>
          <w:szCs w:val="28"/>
          <w:lang w:val="pt-PT"/>
        </w:rPr>
      </w:pPr>
      <w:r w:rsidRPr="000E1F69">
        <w:rPr>
          <w:rFonts w:asciiTheme="majorHAnsi" w:eastAsiaTheme="majorEastAsia" w:hAnsiTheme="majorHAnsi" w:cstheme="majorHAnsi"/>
          <w:b/>
          <w:bCs/>
          <w:color w:val="000000" w:themeColor="text1"/>
          <w:sz w:val="28"/>
          <w:szCs w:val="28"/>
          <w:lang w:val="pt-PT"/>
        </w:rPr>
        <w:br w:type="page"/>
      </w:r>
    </w:p>
    <w:p w14:paraId="30B608C5" w14:textId="2613151B" w:rsidR="00D54212" w:rsidRPr="000E1F69" w:rsidRDefault="00190EFF" w:rsidP="00AA28F4">
      <w:pPr>
        <w:pStyle w:val="Ttulo1"/>
        <w:rPr>
          <w:rFonts w:cstheme="majorHAnsi"/>
          <w:color w:val="1F497D" w:themeColor="text2"/>
        </w:rPr>
      </w:pPr>
      <w:bookmarkStart w:id="3" w:name="_Toc229482285"/>
      <w:r w:rsidRPr="000E1F69">
        <w:rPr>
          <w:rFonts w:cstheme="majorHAnsi"/>
          <w:color w:val="1F497D" w:themeColor="text2"/>
        </w:rPr>
        <w:lastRenderedPageBreak/>
        <w:t>EQUIPA DE INVESTIGAÇÃO — INVESTIGADOR RESPONSÁVEL</w:t>
      </w:r>
      <w:bookmarkEnd w:id="3"/>
    </w:p>
    <w:p w14:paraId="071F9549" w14:textId="77777777" w:rsidR="00190EFF" w:rsidRPr="000E1F69" w:rsidRDefault="00190EFF" w:rsidP="00190EFF">
      <w:pPr>
        <w:rPr>
          <w:rFonts w:asciiTheme="majorHAnsi" w:hAnsiTheme="majorHAnsi" w:cstheme="majorHAnsi"/>
        </w:rPr>
      </w:pPr>
    </w:p>
    <w:tbl>
      <w:tblPr>
        <w:tblStyle w:val="TabelacomGrelha"/>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694"/>
        <w:gridCol w:w="4320"/>
      </w:tblGrid>
      <w:tr w:rsidR="00190EFF" w:rsidRPr="000E1F69" w14:paraId="14D1EC96" w14:textId="77777777" w:rsidTr="0057246C">
        <w:trPr>
          <w:trHeight w:val="484"/>
          <w:tblHeader/>
        </w:trPr>
        <w:tc>
          <w:tcPr>
            <w:tcW w:w="2694" w:type="dxa"/>
            <w:tcBorders>
              <w:top w:val="nil"/>
              <w:bottom w:val="single" w:sz="12" w:space="0" w:color="auto"/>
            </w:tcBorders>
            <w:vAlign w:val="center"/>
          </w:tcPr>
          <w:p w14:paraId="527B3220" w14:textId="31EE5D9C" w:rsidR="00D54212" w:rsidRPr="000E1F69" w:rsidRDefault="00190EFF" w:rsidP="00190EFF">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4320" w:type="dxa"/>
            <w:tcBorders>
              <w:top w:val="nil"/>
              <w:bottom w:val="single" w:sz="12" w:space="0" w:color="auto"/>
            </w:tcBorders>
            <w:vAlign w:val="center"/>
          </w:tcPr>
          <w:p w14:paraId="5B3ED72E" w14:textId="69C9A95B" w:rsidR="00D54212" w:rsidRPr="000E1F69" w:rsidRDefault="00190EFF" w:rsidP="00190EFF">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190EFF" w:rsidRPr="000E1F69" w14:paraId="612B36DB" w14:textId="77777777" w:rsidTr="0057246C">
        <w:trPr>
          <w:trHeight w:val="547"/>
        </w:trPr>
        <w:tc>
          <w:tcPr>
            <w:tcW w:w="2694" w:type="dxa"/>
            <w:tcBorders>
              <w:top w:val="single" w:sz="12" w:space="0" w:color="auto"/>
            </w:tcBorders>
            <w:vAlign w:val="center"/>
          </w:tcPr>
          <w:p w14:paraId="546DE70B" w14:textId="77777777" w:rsidR="00D54212" w:rsidRPr="000E1F69" w:rsidRDefault="008E5393" w:rsidP="00190EFF">
            <w:pPr>
              <w:rPr>
                <w:rFonts w:asciiTheme="majorHAnsi" w:hAnsiTheme="majorHAnsi" w:cstheme="majorHAnsi"/>
                <w:b/>
                <w:color w:val="000000" w:themeColor="text1"/>
              </w:rPr>
            </w:pPr>
            <w:r w:rsidRPr="000E1F69">
              <w:rPr>
                <w:rFonts w:asciiTheme="majorHAnsi" w:hAnsiTheme="majorHAnsi" w:cstheme="majorHAnsi"/>
                <w:b/>
                <w:color w:val="000000" w:themeColor="text1"/>
              </w:rPr>
              <w:t>Ciência ID</w:t>
            </w:r>
          </w:p>
        </w:tc>
        <w:tc>
          <w:tcPr>
            <w:tcW w:w="4320" w:type="dxa"/>
            <w:tcBorders>
              <w:top w:val="single" w:sz="12" w:space="0" w:color="auto"/>
            </w:tcBorders>
            <w:vAlign w:val="center"/>
          </w:tcPr>
          <w:p w14:paraId="31426A23" w14:textId="77777777" w:rsidR="00881CBE" w:rsidRPr="000E1F69" w:rsidRDefault="00881CBE" w:rsidP="00881CBE">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174585D0" w14:textId="0D8A5E2A" w:rsidR="00D54212" w:rsidRPr="000E1F69" w:rsidRDefault="008E5393" w:rsidP="00190EFF">
            <w:pPr>
              <w:rPr>
                <w:rFonts w:asciiTheme="majorHAnsi" w:hAnsiTheme="majorHAnsi" w:cstheme="majorHAnsi"/>
                <w:color w:val="000000" w:themeColor="text1"/>
              </w:rPr>
            </w:pPr>
            <w:r w:rsidRPr="000E1F69">
              <w:rPr>
                <w:rFonts w:asciiTheme="majorHAnsi" w:hAnsiTheme="majorHAnsi" w:cstheme="majorHAnsi"/>
                <w:color w:val="000000" w:themeColor="text1"/>
              </w:rPr>
              <w:t xml:space="preserve">Ex.: B511-B937-A766 </w:t>
            </w:r>
          </w:p>
        </w:tc>
      </w:tr>
      <w:tr w:rsidR="00190EFF" w:rsidRPr="000E1F69" w14:paraId="35EB7E40" w14:textId="77777777" w:rsidTr="0057246C">
        <w:trPr>
          <w:trHeight w:val="547"/>
        </w:trPr>
        <w:tc>
          <w:tcPr>
            <w:tcW w:w="2694" w:type="dxa"/>
            <w:vAlign w:val="center"/>
          </w:tcPr>
          <w:p w14:paraId="51E45589" w14:textId="77777777" w:rsidR="00D54212" w:rsidRPr="000E1F69" w:rsidRDefault="008E5393" w:rsidP="00190EFF">
            <w:pPr>
              <w:rPr>
                <w:rFonts w:asciiTheme="majorHAnsi" w:hAnsiTheme="majorHAnsi" w:cstheme="majorHAnsi"/>
                <w:b/>
                <w:color w:val="000000" w:themeColor="text1"/>
              </w:rPr>
            </w:pPr>
            <w:r w:rsidRPr="000E1F69">
              <w:rPr>
                <w:rFonts w:asciiTheme="majorHAnsi" w:hAnsiTheme="majorHAnsi" w:cstheme="majorHAnsi"/>
                <w:b/>
                <w:color w:val="000000" w:themeColor="text1"/>
              </w:rPr>
              <w:t>Nome</w:t>
            </w:r>
          </w:p>
        </w:tc>
        <w:tc>
          <w:tcPr>
            <w:tcW w:w="4320" w:type="dxa"/>
            <w:vAlign w:val="center"/>
          </w:tcPr>
          <w:p w14:paraId="38780DD5" w14:textId="77777777" w:rsidR="00881CBE" w:rsidRPr="000E1F69" w:rsidRDefault="00881CBE" w:rsidP="00881CBE">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3FB24AC7" w14:textId="5BEE96CE" w:rsidR="00D54212" w:rsidRPr="000E1F69" w:rsidRDefault="008E5393" w:rsidP="00190EFF">
            <w:pPr>
              <w:rPr>
                <w:rFonts w:asciiTheme="majorHAnsi" w:hAnsiTheme="majorHAnsi" w:cstheme="majorHAnsi"/>
                <w:color w:val="000000" w:themeColor="text1"/>
              </w:rPr>
            </w:pPr>
            <w:r w:rsidRPr="000E1F69">
              <w:rPr>
                <w:rFonts w:asciiTheme="majorHAnsi" w:hAnsiTheme="majorHAnsi" w:cstheme="majorHAnsi"/>
                <w:color w:val="000000" w:themeColor="text1"/>
              </w:rPr>
              <w:t xml:space="preserve">Ex.: Carla Henriques </w:t>
            </w:r>
          </w:p>
        </w:tc>
      </w:tr>
      <w:tr w:rsidR="00190EFF" w:rsidRPr="000E1F69" w14:paraId="6DA52746" w14:textId="77777777" w:rsidTr="0057246C">
        <w:trPr>
          <w:trHeight w:val="555"/>
        </w:trPr>
        <w:tc>
          <w:tcPr>
            <w:tcW w:w="2694" w:type="dxa"/>
            <w:vAlign w:val="center"/>
          </w:tcPr>
          <w:p w14:paraId="26571B71" w14:textId="6BCFC2CA" w:rsidR="00D54212" w:rsidRPr="000E1F69" w:rsidRDefault="00086DA5" w:rsidP="00190EFF">
            <w:pPr>
              <w:rPr>
                <w:rFonts w:asciiTheme="majorHAnsi" w:hAnsiTheme="majorHAnsi" w:cstheme="majorHAnsi"/>
                <w:b/>
                <w:color w:val="000000" w:themeColor="text1"/>
              </w:rPr>
            </w:pPr>
            <w:r w:rsidRPr="000E1F69">
              <w:rPr>
                <w:rFonts w:asciiTheme="majorHAnsi" w:hAnsiTheme="majorHAnsi" w:cstheme="majorHAnsi"/>
                <w:b/>
                <w:color w:val="000000" w:themeColor="text1"/>
              </w:rPr>
              <w:t>UO associada</w:t>
            </w:r>
          </w:p>
        </w:tc>
        <w:tc>
          <w:tcPr>
            <w:tcW w:w="4320" w:type="dxa"/>
            <w:vAlign w:val="center"/>
          </w:tcPr>
          <w:p w14:paraId="1792AB30" w14:textId="77777777" w:rsidR="00881CBE" w:rsidRPr="000E1F69" w:rsidRDefault="00881CBE" w:rsidP="00881CBE">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76C48EBF" w14:textId="70B7864F" w:rsidR="00D54212" w:rsidRPr="000E1F69" w:rsidRDefault="00086DA5" w:rsidP="00190EFF">
            <w:pPr>
              <w:rPr>
                <w:rFonts w:asciiTheme="majorHAnsi" w:hAnsiTheme="majorHAnsi" w:cstheme="majorHAnsi"/>
                <w:color w:val="000000" w:themeColor="text1"/>
              </w:rPr>
            </w:pPr>
            <w:r w:rsidRPr="000E1F69">
              <w:rPr>
                <w:rFonts w:asciiTheme="majorHAnsi" w:hAnsiTheme="majorHAnsi" w:cstheme="majorHAnsi"/>
                <w:color w:val="000000" w:themeColor="text1"/>
              </w:rPr>
              <w:t>I2A</w:t>
            </w:r>
          </w:p>
        </w:tc>
      </w:tr>
      <w:tr w:rsidR="00190EFF" w:rsidRPr="000E1F69" w14:paraId="55CD48C4" w14:textId="77777777" w:rsidTr="0057246C">
        <w:trPr>
          <w:trHeight w:val="563"/>
        </w:trPr>
        <w:tc>
          <w:tcPr>
            <w:tcW w:w="2694" w:type="dxa"/>
            <w:vAlign w:val="center"/>
          </w:tcPr>
          <w:p w14:paraId="73E0AC3A" w14:textId="77777777" w:rsidR="00D54212" w:rsidRPr="000E1F69" w:rsidRDefault="008E5393" w:rsidP="00190EFF">
            <w:pPr>
              <w:rPr>
                <w:rFonts w:asciiTheme="majorHAnsi" w:hAnsiTheme="majorHAnsi" w:cstheme="majorHAnsi"/>
                <w:b/>
                <w:color w:val="000000" w:themeColor="text1"/>
              </w:rPr>
            </w:pPr>
            <w:r w:rsidRPr="000E1F69">
              <w:rPr>
                <w:rFonts w:asciiTheme="majorHAnsi" w:hAnsiTheme="majorHAnsi" w:cstheme="majorHAnsi"/>
                <w:b/>
                <w:color w:val="000000" w:themeColor="text1"/>
              </w:rPr>
              <w:t>Data doutoramento</w:t>
            </w:r>
          </w:p>
        </w:tc>
        <w:tc>
          <w:tcPr>
            <w:tcW w:w="4320" w:type="dxa"/>
            <w:vAlign w:val="center"/>
          </w:tcPr>
          <w:p w14:paraId="0BB9C93A" w14:textId="77777777" w:rsidR="00881CBE" w:rsidRPr="000E1F69" w:rsidRDefault="00881CBE" w:rsidP="00881CBE">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0D3C1A65" w14:textId="70BE0855" w:rsidR="00D54212" w:rsidRPr="000E1F69" w:rsidRDefault="008E5393" w:rsidP="00190EFF">
            <w:pPr>
              <w:rPr>
                <w:rFonts w:asciiTheme="majorHAnsi" w:hAnsiTheme="majorHAnsi" w:cstheme="majorHAnsi"/>
                <w:color w:val="000000" w:themeColor="text1"/>
              </w:rPr>
            </w:pPr>
            <w:r w:rsidRPr="000E1F69">
              <w:rPr>
                <w:rFonts w:asciiTheme="majorHAnsi" w:hAnsiTheme="majorHAnsi" w:cstheme="majorHAnsi"/>
                <w:color w:val="000000" w:themeColor="text1"/>
              </w:rPr>
              <w:t>Formato DD/MM/AAAA</w:t>
            </w:r>
          </w:p>
        </w:tc>
      </w:tr>
    </w:tbl>
    <w:p w14:paraId="7D8F00E4" w14:textId="77777777" w:rsidR="0029429F" w:rsidRPr="000E1F69" w:rsidRDefault="0029429F" w:rsidP="00D1526B">
      <w:pPr>
        <w:rPr>
          <w:rFonts w:asciiTheme="majorHAnsi" w:hAnsiTheme="majorHAnsi" w:cstheme="majorHAnsi"/>
          <w:color w:val="1F497D" w:themeColor="text2"/>
        </w:rPr>
      </w:pPr>
    </w:p>
    <w:p w14:paraId="70290A30" w14:textId="7CC71C20" w:rsidR="00D54212" w:rsidRPr="000E1F69" w:rsidRDefault="00FD3D1C" w:rsidP="00D1526B">
      <w:pPr>
        <w:rPr>
          <w:rFonts w:asciiTheme="majorHAnsi" w:hAnsiTheme="majorHAnsi" w:cstheme="majorHAnsi"/>
          <w:color w:val="1F497D" w:themeColor="text2"/>
        </w:rPr>
      </w:pPr>
      <w:r w:rsidRPr="000E1F69">
        <w:rPr>
          <w:rFonts w:asciiTheme="majorHAnsi" w:hAnsiTheme="majorHAnsi" w:cstheme="majorHAnsi"/>
          <w:color w:val="1F497D" w:themeColor="text2"/>
        </w:rPr>
        <w:t>CV NARRATIVO DO IR</w:t>
      </w:r>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834"/>
        <w:gridCol w:w="6704"/>
      </w:tblGrid>
      <w:tr w:rsidR="00FD3D1C" w:rsidRPr="000E1F69" w14:paraId="1835D685" w14:textId="77777777" w:rsidTr="0057246C">
        <w:trPr>
          <w:trHeight w:val="609"/>
          <w:tblHeader/>
          <w:jc w:val="center"/>
        </w:trPr>
        <w:tc>
          <w:tcPr>
            <w:tcW w:w="1834" w:type="dxa"/>
            <w:tcBorders>
              <w:top w:val="nil"/>
              <w:bottom w:val="single" w:sz="12" w:space="0" w:color="auto"/>
            </w:tcBorders>
            <w:vAlign w:val="center"/>
          </w:tcPr>
          <w:p w14:paraId="7178C759" w14:textId="7D8D2B7B" w:rsidR="00D54212" w:rsidRPr="000E1F69" w:rsidRDefault="00FD3D1C" w:rsidP="00FD3D1C">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6704" w:type="dxa"/>
            <w:tcBorders>
              <w:top w:val="nil"/>
              <w:bottom w:val="single" w:sz="12" w:space="0" w:color="auto"/>
            </w:tcBorders>
            <w:vAlign w:val="center"/>
          </w:tcPr>
          <w:p w14:paraId="4184A189" w14:textId="7E1116D6" w:rsidR="00D54212" w:rsidRPr="000E1F69" w:rsidRDefault="00FD3D1C" w:rsidP="00FD3D1C">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FD3D1C" w:rsidRPr="000E1F69" w14:paraId="4B869EBF" w14:textId="77777777" w:rsidTr="00FD3D1C">
        <w:trPr>
          <w:trHeight w:val="702"/>
          <w:jc w:val="center"/>
        </w:trPr>
        <w:tc>
          <w:tcPr>
            <w:tcW w:w="1834" w:type="dxa"/>
            <w:vMerge w:val="restart"/>
            <w:tcBorders>
              <w:top w:val="single" w:sz="12" w:space="0" w:color="auto"/>
            </w:tcBorders>
            <w:vAlign w:val="center"/>
          </w:tcPr>
          <w:p w14:paraId="6473664F" w14:textId="77777777" w:rsidR="00F46C18" w:rsidRPr="000E1F69" w:rsidRDefault="00F46C18" w:rsidP="00FD3D1C">
            <w:pPr>
              <w:rPr>
                <w:rFonts w:asciiTheme="majorHAnsi" w:hAnsiTheme="majorHAnsi" w:cstheme="majorHAnsi"/>
                <w:b/>
                <w:color w:val="000000" w:themeColor="text1"/>
              </w:rPr>
            </w:pPr>
            <w:r w:rsidRPr="000E1F69">
              <w:rPr>
                <w:rFonts w:asciiTheme="majorHAnsi" w:hAnsiTheme="majorHAnsi" w:cstheme="majorHAnsi"/>
                <w:b/>
                <w:color w:val="000000" w:themeColor="text1"/>
              </w:rPr>
              <w:t>C1. Carreira</w:t>
            </w:r>
          </w:p>
        </w:tc>
        <w:tc>
          <w:tcPr>
            <w:tcW w:w="6704" w:type="dxa"/>
            <w:tcBorders>
              <w:top w:val="single" w:sz="12" w:space="0" w:color="auto"/>
            </w:tcBorders>
            <w:vAlign w:val="center"/>
          </w:tcPr>
          <w:p w14:paraId="3A28D52B" w14:textId="7E730D77" w:rsidR="00F46C18" w:rsidRPr="000E1F69" w:rsidRDefault="00F46C18"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Formação académica e histórico profissional | Limite: 4000 caracteres</w:t>
            </w:r>
            <w:r w:rsidR="00B62291" w:rsidRPr="000E1F69">
              <w:rPr>
                <w:rFonts w:asciiTheme="majorHAnsi" w:hAnsiTheme="majorHAnsi" w:cstheme="majorHAnsi"/>
                <w:color w:val="000000" w:themeColor="text1"/>
                <w:lang w:val="pt-PT"/>
              </w:rPr>
              <w:t xml:space="preserve"> (de acordo com o formulário)</w:t>
            </w:r>
          </w:p>
        </w:tc>
      </w:tr>
      <w:tr w:rsidR="00FD3D1C" w:rsidRPr="000E1F69" w14:paraId="7C55BE94" w14:textId="77777777" w:rsidTr="00FD3D1C">
        <w:trPr>
          <w:trHeight w:val="1419"/>
          <w:jc w:val="center"/>
        </w:trPr>
        <w:tc>
          <w:tcPr>
            <w:tcW w:w="1834" w:type="dxa"/>
            <w:vMerge/>
            <w:vAlign w:val="center"/>
          </w:tcPr>
          <w:p w14:paraId="38D2DE79" w14:textId="77777777" w:rsidR="00F46C18" w:rsidRPr="000E1F69" w:rsidRDefault="00F46C18" w:rsidP="00FD3D1C">
            <w:pPr>
              <w:rPr>
                <w:rFonts w:asciiTheme="majorHAnsi" w:hAnsiTheme="majorHAnsi" w:cstheme="majorHAnsi"/>
                <w:b/>
                <w:color w:val="000000" w:themeColor="text1"/>
                <w:lang w:val="pt-PT"/>
              </w:rPr>
            </w:pPr>
          </w:p>
        </w:tc>
        <w:tc>
          <w:tcPr>
            <w:tcW w:w="6704" w:type="dxa"/>
            <w:vAlign w:val="center"/>
          </w:tcPr>
          <w:p w14:paraId="108F50AB" w14:textId="22215DEE" w:rsidR="008A3FD3" w:rsidRPr="000E1F69" w:rsidRDefault="009C7568" w:rsidP="008A3FD3">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4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0CADA313" w14:textId="3C2B0E4E" w:rsidR="00F46C18" w:rsidRPr="000E1F69" w:rsidRDefault="00F46C18"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Descreva a sua formação académica e o seu histórico profissional. Quando aplicável, pode também especificar destacamentos, voluntariado ou interrupções na carreira que possam ter afetado a sua progressão como investigador.</w:t>
            </w:r>
          </w:p>
        </w:tc>
      </w:tr>
      <w:tr w:rsidR="00FD3D1C" w:rsidRPr="000E1F69" w14:paraId="583F74CC" w14:textId="77777777" w:rsidTr="00FD3D1C">
        <w:trPr>
          <w:trHeight w:val="762"/>
          <w:jc w:val="center"/>
        </w:trPr>
        <w:tc>
          <w:tcPr>
            <w:tcW w:w="1834" w:type="dxa"/>
            <w:vMerge w:val="restart"/>
            <w:vAlign w:val="center"/>
          </w:tcPr>
          <w:p w14:paraId="0684F436" w14:textId="4E8261D2" w:rsidR="00F46C18" w:rsidRPr="000E1F69" w:rsidRDefault="00F46C18" w:rsidP="00FD3D1C">
            <w:pPr>
              <w:rPr>
                <w:rFonts w:asciiTheme="majorHAnsi" w:hAnsiTheme="majorHAnsi" w:cstheme="majorHAnsi"/>
                <w:b/>
                <w:color w:val="000000" w:themeColor="text1"/>
                <w:lang w:val="pt-PT"/>
              </w:rPr>
            </w:pPr>
            <w:r w:rsidRPr="000E1F69">
              <w:rPr>
                <w:rFonts w:asciiTheme="majorHAnsi" w:hAnsiTheme="majorHAnsi" w:cstheme="majorHAnsi"/>
                <w:b/>
                <w:color w:val="000000" w:themeColor="text1"/>
                <w:lang w:val="pt-PT"/>
              </w:rPr>
              <w:t>C2. Contribuições da originalidade de ideias, ferramentas, metodologias ou conhecimento</w:t>
            </w:r>
          </w:p>
        </w:tc>
        <w:tc>
          <w:tcPr>
            <w:tcW w:w="6704" w:type="dxa"/>
            <w:vAlign w:val="center"/>
          </w:tcPr>
          <w:p w14:paraId="35996188" w14:textId="4E16C10E" w:rsidR="00F46C18" w:rsidRPr="000E1F69" w:rsidRDefault="00F46C18"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Contribuições para ideias/metodologias | Limite: 5000 caracteres</w:t>
            </w:r>
          </w:p>
        </w:tc>
      </w:tr>
      <w:tr w:rsidR="00FD3D1C" w:rsidRPr="000E1F69" w14:paraId="44E414F8" w14:textId="77777777" w:rsidTr="00FD3D1C">
        <w:trPr>
          <w:trHeight w:val="1688"/>
          <w:jc w:val="center"/>
        </w:trPr>
        <w:tc>
          <w:tcPr>
            <w:tcW w:w="1834" w:type="dxa"/>
            <w:vMerge/>
            <w:vAlign w:val="center"/>
          </w:tcPr>
          <w:p w14:paraId="46D8E1D6" w14:textId="77777777" w:rsidR="00F46C18" w:rsidRPr="000E1F69" w:rsidRDefault="00F46C18" w:rsidP="00FD3D1C">
            <w:pPr>
              <w:rPr>
                <w:rFonts w:asciiTheme="majorHAnsi" w:hAnsiTheme="majorHAnsi" w:cstheme="majorHAnsi"/>
                <w:b/>
                <w:color w:val="000000" w:themeColor="text1"/>
                <w:lang w:val="pt-PT"/>
              </w:rPr>
            </w:pPr>
          </w:p>
        </w:tc>
        <w:tc>
          <w:tcPr>
            <w:tcW w:w="6704" w:type="dxa"/>
            <w:vAlign w:val="center"/>
          </w:tcPr>
          <w:p w14:paraId="15F3A197" w14:textId="60839FD6" w:rsidR="008A3FD3" w:rsidRPr="000E1F69" w:rsidRDefault="009C7568" w:rsidP="008A3FD3">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5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095CB6F9" w14:textId="546EDA9A" w:rsidR="00F46C18" w:rsidRPr="000E1F69" w:rsidRDefault="00F46C18"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Foque-se nas suas contribuições para novas ideias, ferramentas, metodologias ou conhecimentos e evite informações quantitativas. Consulte o Guião de Candidatura para obter informações mais detalhadas.</w:t>
            </w:r>
          </w:p>
        </w:tc>
      </w:tr>
      <w:tr w:rsidR="00FD3D1C" w:rsidRPr="000E1F69" w14:paraId="1D926381" w14:textId="77777777" w:rsidTr="00FD3D1C">
        <w:trPr>
          <w:trHeight w:val="629"/>
          <w:jc w:val="center"/>
        </w:trPr>
        <w:tc>
          <w:tcPr>
            <w:tcW w:w="1834" w:type="dxa"/>
            <w:vMerge w:val="restart"/>
            <w:vAlign w:val="center"/>
          </w:tcPr>
          <w:p w14:paraId="1570A083" w14:textId="4254AA02" w:rsidR="009C7ACA" w:rsidRPr="000E1F69" w:rsidRDefault="009C7ACA" w:rsidP="00FD3D1C">
            <w:pPr>
              <w:rPr>
                <w:rFonts w:asciiTheme="majorHAnsi" w:hAnsiTheme="majorHAnsi" w:cstheme="majorHAnsi"/>
                <w:b/>
                <w:color w:val="000000" w:themeColor="text1"/>
                <w:lang w:val="pt-PT"/>
              </w:rPr>
            </w:pPr>
            <w:r w:rsidRPr="000E1F69">
              <w:rPr>
                <w:rFonts w:asciiTheme="majorHAnsi" w:hAnsiTheme="majorHAnsi" w:cstheme="majorHAnsi"/>
                <w:b/>
                <w:color w:val="000000" w:themeColor="text1"/>
                <w:lang w:val="pt-PT"/>
              </w:rPr>
              <w:t xml:space="preserve">C3. Contribuições para o </w:t>
            </w:r>
            <w:r w:rsidRPr="000E1F69">
              <w:rPr>
                <w:rFonts w:asciiTheme="majorHAnsi" w:hAnsiTheme="majorHAnsi" w:cstheme="majorHAnsi"/>
                <w:b/>
                <w:color w:val="000000" w:themeColor="text1"/>
                <w:lang w:val="pt-PT"/>
              </w:rPr>
              <w:lastRenderedPageBreak/>
              <w:t>desenvolvimento de competências ao nível individual e/ou em equipas</w:t>
            </w:r>
          </w:p>
        </w:tc>
        <w:tc>
          <w:tcPr>
            <w:tcW w:w="6704" w:type="dxa"/>
            <w:vAlign w:val="center"/>
          </w:tcPr>
          <w:p w14:paraId="1CCA725F" w14:textId="7F198B29" w:rsidR="009C7ACA" w:rsidRPr="000E1F69" w:rsidRDefault="009C7ACA"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lastRenderedPageBreak/>
              <w:t>Experiência em equipas | Limite: 3000 caracteres</w:t>
            </w:r>
          </w:p>
        </w:tc>
      </w:tr>
      <w:tr w:rsidR="00FD3D1C" w:rsidRPr="000E1F69" w14:paraId="26E7FCC0" w14:textId="77777777" w:rsidTr="00FD3D1C">
        <w:trPr>
          <w:trHeight w:val="1403"/>
          <w:jc w:val="center"/>
        </w:trPr>
        <w:tc>
          <w:tcPr>
            <w:tcW w:w="1834" w:type="dxa"/>
            <w:vMerge/>
            <w:vAlign w:val="center"/>
          </w:tcPr>
          <w:p w14:paraId="64F5D9CE" w14:textId="77777777" w:rsidR="009C7ACA" w:rsidRPr="000E1F69" w:rsidRDefault="009C7ACA" w:rsidP="00FD3D1C">
            <w:pPr>
              <w:rPr>
                <w:rFonts w:asciiTheme="majorHAnsi" w:hAnsiTheme="majorHAnsi" w:cstheme="majorHAnsi"/>
                <w:b/>
                <w:color w:val="000000" w:themeColor="text1"/>
                <w:lang w:val="pt-PT"/>
              </w:rPr>
            </w:pPr>
          </w:p>
        </w:tc>
        <w:tc>
          <w:tcPr>
            <w:tcW w:w="6704" w:type="dxa"/>
            <w:vAlign w:val="center"/>
          </w:tcPr>
          <w:p w14:paraId="259783EE" w14:textId="55F0DA3D" w:rsidR="008A3FD3" w:rsidRPr="000E1F69" w:rsidRDefault="009C7568" w:rsidP="008A3FD3">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3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46B19D2F" w14:textId="447C0F0B" w:rsidR="009C7ACA" w:rsidRPr="000E1F69" w:rsidRDefault="009C7ACA"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Destaque a experiência ou outras contribuições que prestou às equipas ou aos membros da equipa. Consulte o Guião de Candidatura para obter informações mais detalhadas.</w:t>
            </w:r>
          </w:p>
        </w:tc>
      </w:tr>
      <w:tr w:rsidR="00FD3D1C" w:rsidRPr="000E1F69" w14:paraId="63F7B591" w14:textId="77777777" w:rsidTr="00FD3D1C">
        <w:trPr>
          <w:trHeight w:val="710"/>
          <w:jc w:val="center"/>
        </w:trPr>
        <w:tc>
          <w:tcPr>
            <w:tcW w:w="1834" w:type="dxa"/>
            <w:vMerge w:val="restart"/>
            <w:vAlign w:val="center"/>
          </w:tcPr>
          <w:p w14:paraId="66EF691C" w14:textId="51439845" w:rsidR="009C7ACA" w:rsidRPr="000E1F69" w:rsidRDefault="009C7ACA" w:rsidP="00FD3D1C">
            <w:pPr>
              <w:rPr>
                <w:rFonts w:asciiTheme="majorHAnsi" w:hAnsiTheme="majorHAnsi" w:cstheme="majorHAnsi"/>
                <w:b/>
                <w:color w:val="000000" w:themeColor="text1"/>
                <w:lang w:val="pt-PT"/>
              </w:rPr>
            </w:pPr>
            <w:r w:rsidRPr="000E1F69">
              <w:rPr>
                <w:rFonts w:asciiTheme="majorHAnsi" w:hAnsiTheme="majorHAnsi" w:cstheme="majorHAnsi"/>
                <w:b/>
                <w:color w:val="000000" w:themeColor="text1"/>
                <w:lang w:val="pt-PT"/>
              </w:rPr>
              <w:t>C</w:t>
            </w:r>
            <w:r w:rsidR="008A3FD3" w:rsidRPr="000E1F69">
              <w:rPr>
                <w:rFonts w:asciiTheme="majorHAnsi" w:hAnsiTheme="majorHAnsi" w:cstheme="majorHAnsi"/>
                <w:b/>
                <w:color w:val="000000" w:themeColor="text1"/>
                <w:lang w:val="pt-PT"/>
              </w:rPr>
              <w:t>4</w:t>
            </w:r>
            <w:r w:rsidRPr="000E1F69">
              <w:rPr>
                <w:rFonts w:asciiTheme="majorHAnsi" w:hAnsiTheme="majorHAnsi" w:cstheme="majorHAnsi"/>
                <w:b/>
                <w:color w:val="000000" w:themeColor="text1"/>
                <w:lang w:val="pt-PT"/>
              </w:rPr>
              <w:t>. Resultados e atividades relevantes</w:t>
            </w:r>
          </w:p>
        </w:tc>
        <w:tc>
          <w:tcPr>
            <w:tcW w:w="6704" w:type="dxa"/>
            <w:vAlign w:val="center"/>
          </w:tcPr>
          <w:p w14:paraId="09A04159" w14:textId="7A748BCE" w:rsidR="009C7ACA" w:rsidRPr="000E1F69" w:rsidRDefault="009C7ACA"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 xml:space="preserve">Até 5 publicações ou atividades | Limite: 5000 caracteres. </w:t>
            </w:r>
          </w:p>
        </w:tc>
      </w:tr>
      <w:tr w:rsidR="00FD3D1C" w:rsidRPr="000E1F69" w14:paraId="66B64481" w14:textId="77777777" w:rsidTr="00FD3D1C">
        <w:trPr>
          <w:trHeight w:val="1259"/>
          <w:jc w:val="center"/>
        </w:trPr>
        <w:tc>
          <w:tcPr>
            <w:tcW w:w="1834" w:type="dxa"/>
            <w:vMerge/>
            <w:vAlign w:val="center"/>
          </w:tcPr>
          <w:p w14:paraId="23981E14" w14:textId="77777777" w:rsidR="009C7ACA" w:rsidRPr="000E1F69" w:rsidRDefault="009C7ACA" w:rsidP="00FD3D1C">
            <w:pPr>
              <w:rPr>
                <w:rFonts w:asciiTheme="majorHAnsi" w:hAnsiTheme="majorHAnsi" w:cstheme="majorHAnsi"/>
                <w:b/>
                <w:color w:val="000000" w:themeColor="text1"/>
                <w:lang w:val="pt-PT"/>
              </w:rPr>
            </w:pPr>
          </w:p>
        </w:tc>
        <w:tc>
          <w:tcPr>
            <w:tcW w:w="6704" w:type="dxa"/>
            <w:vAlign w:val="center"/>
          </w:tcPr>
          <w:p w14:paraId="24BCBE75" w14:textId="029CDCD5" w:rsidR="008A3FD3" w:rsidRPr="000E1F69" w:rsidRDefault="009C7568" w:rsidP="008A3FD3">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5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564B605D" w14:textId="77777777" w:rsidR="008A3FD3" w:rsidRPr="000E1F69" w:rsidRDefault="008A3FD3" w:rsidP="00FD3D1C">
            <w:pPr>
              <w:rPr>
                <w:rFonts w:asciiTheme="majorHAnsi" w:hAnsiTheme="majorHAnsi" w:cstheme="majorHAnsi"/>
                <w:color w:val="000000" w:themeColor="text1"/>
                <w:lang w:val="pt-PT"/>
              </w:rPr>
            </w:pPr>
          </w:p>
          <w:p w14:paraId="1DC697B2" w14:textId="0325A584" w:rsidR="009C7ACA" w:rsidRPr="000E1F69" w:rsidRDefault="009C7ACA" w:rsidP="00FD3D1C">
            <w:pPr>
              <w:rPr>
                <w:rFonts w:asciiTheme="majorHAnsi" w:hAnsiTheme="majorHAnsi" w:cstheme="majorHAnsi"/>
                <w:color w:val="000000" w:themeColor="text1"/>
              </w:rPr>
            </w:pPr>
            <w:r w:rsidRPr="000E1F69">
              <w:rPr>
                <w:rFonts w:asciiTheme="majorHAnsi" w:hAnsiTheme="majorHAnsi" w:cstheme="majorHAnsi"/>
                <w:color w:val="000000" w:themeColor="text1"/>
                <w:lang w:val="pt-PT"/>
              </w:rPr>
              <w:t xml:space="preserve">Apresente informações adicionais sobre, no máximo, 5 publicações científicas e/ou atividades que considere relevantes para a avaliação desta candidatura. </w:t>
            </w:r>
            <w:r w:rsidRPr="000E1F69">
              <w:rPr>
                <w:rFonts w:asciiTheme="majorHAnsi" w:hAnsiTheme="majorHAnsi" w:cstheme="majorHAnsi"/>
                <w:color w:val="000000" w:themeColor="text1"/>
              </w:rPr>
              <w:t>Refira o papel que desempenhou em cada uma delas.</w:t>
            </w:r>
          </w:p>
        </w:tc>
      </w:tr>
    </w:tbl>
    <w:p w14:paraId="4099EAC3" w14:textId="77777777" w:rsidR="00BF2F39" w:rsidRPr="000E1F69" w:rsidRDefault="00BF2F39" w:rsidP="0029429F">
      <w:pPr>
        <w:rPr>
          <w:rFonts w:asciiTheme="majorHAnsi" w:hAnsiTheme="majorHAnsi" w:cstheme="majorHAnsi"/>
          <w:color w:val="000000" w:themeColor="text1"/>
        </w:rPr>
      </w:pPr>
    </w:p>
    <w:p w14:paraId="30FD6B65" w14:textId="0D1D8592" w:rsidR="00D54212" w:rsidRPr="000E1F69" w:rsidRDefault="00FD3D1C" w:rsidP="0029429F">
      <w:pPr>
        <w:rPr>
          <w:rFonts w:asciiTheme="majorHAnsi" w:hAnsiTheme="majorHAnsi" w:cstheme="majorHAnsi"/>
          <w:color w:val="1F497D" w:themeColor="text2"/>
        </w:rPr>
      </w:pPr>
      <w:r w:rsidRPr="000E1F69">
        <w:rPr>
          <w:rFonts w:asciiTheme="majorHAnsi" w:hAnsiTheme="majorHAnsi" w:cstheme="majorHAnsi"/>
          <w:color w:val="1F497D" w:themeColor="text2"/>
        </w:rPr>
        <w:t>SINOPSE DOS CV DA EQUIPA</w:t>
      </w:r>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636"/>
        <w:gridCol w:w="7004"/>
      </w:tblGrid>
      <w:tr w:rsidR="00D54212" w:rsidRPr="000E1F69" w14:paraId="24C68263" w14:textId="77777777" w:rsidTr="0057246C">
        <w:trPr>
          <w:trHeight w:val="511"/>
          <w:jc w:val="center"/>
        </w:trPr>
        <w:tc>
          <w:tcPr>
            <w:tcW w:w="1636" w:type="dxa"/>
            <w:vAlign w:val="center"/>
          </w:tcPr>
          <w:p w14:paraId="050DD4DE" w14:textId="3487DA29" w:rsidR="00D54212" w:rsidRPr="000E1F69" w:rsidRDefault="0057246C" w:rsidP="0057246C">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7004" w:type="dxa"/>
            <w:vAlign w:val="center"/>
          </w:tcPr>
          <w:p w14:paraId="7EABED96" w14:textId="71F53E43" w:rsidR="00D54212" w:rsidRPr="000E1F69" w:rsidRDefault="0057246C" w:rsidP="0057246C">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D82C31" w:rsidRPr="000E1F69" w14:paraId="4B4ACF63" w14:textId="77777777" w:rsidTr="0057246C">
        <w:trPr>
          <w:trHeight w:val="561"/>
          <w:jc w:val="center"/>
        </w:trPr>
        <w:tc>
          <w:tcPr>
            <w:tcW w:w="1636" w:type="dxa"/>
            <w:vMerge w:val="restart"/>
            <w:vAlign w:val="center"/>
          </w:tcPr>
          <w:p w14:paraId="6E84E335" w14:textId="77777777" w:rsidR="00D82C31" w:rsidRPr="000E1F69" w:rsidRDefault="00D82C31" w:rsidP="0057246C">
            <w:pPr>
              <w:rPr>
                <w:rFonts w:asciiTheme="majorHAnsi" w:hAnsiTheme="majorHAnsi" w:cstheme="majorHAnsi"/>
                <w:b/>
                <w:lang w:val="pt-PT"/>
              </w:rPr>
            </w:pPr>
            <w:r w:rsidRPr="000E1F69">
              <w:rPr>
                <w:rFonts w:asciiTheme="majorHAnsi" w:hAnsiTheme="majorHAnsi" w:cstheme="majorHAnsi"/>
                <w:b/>
                <w:lang w:val="pt-PT"/>
              </w:rPr>
              <w:t>Sinopse dos CV da equipa</w:t>
            </w:r>
          </w:p>
        </w:tc>
        <w:tc>
          <w:tcPr>
            <w:tcW w:w="7004" w:type="dxa"/>
            <w:vAlign w:val="center"/>
          </w:tcPr>
          <w:p w14:paraId="7B0D60E3" w14:textId="07C9C4AA" w:rsidR="00D82C31" w:rsidRPr="000E1F69" w:rsidRDefault="00D82C31" w:rsidP="0057246C">
            <w:pPr>
              <w:rPr>
                <w:rFonts w:asciiTheme="majorHAnsi" w:hAnsiTheme="majorHAnsi" w:cstheme="majorHAnsi"/>
                <w:lang w:val="pt-PT"/>
              </w:rPr>
            </w:pPr>
            <w:r w:rsidRPr="000E1F69">
              <w:rPr>
                <w:rFonts w:asciiTheme="majorHAnsi" w:hAnsiTheme="majorHAnsi" w:cstheme="majorHAnsi"/>
                <w:lang w:val="pt-PT"/>
              </w:rPr>
              <w:t>Últimos 5 anos, competências e coerência | Limite: 10000 caracteres</w:t>
            </w:r>
          </w:p>
        </w:tc>
      </w:tr>
      <w:tr w:rsidR="00D82C31" w:rsidRPr="000E1F69" w14:paraId="76923806" w14:textId="77777777" w:rsidTr="0057246C">
        <w:trPr>
          <w:trHeight w:val="1830"/>
          <w:jc w:val="center"/>
        </w:trPr>
        <w:tc>
          <w:tcPr>
            <w:tcW w:w="1636" w:type="dxa"/>
            <w:vMerge/>
            <w:vAlign w:val="center"/>
          </w:tcPr>
          <w:p w14:paraId="0D9C5105" w14:textId="77777777" w:rsidR="00D82C31" w:rsidRPr="000E1F69" w:rsidRDefault="00D82C31" w:rsidP="0057246C">
            <w:pPr>
              <w:rPr>
                <w:rFonts w:asciiTheme="majorHAnsi" w:hAnsiTheme="majorHAnsi" w:cstheme="majorHAnsi"/>
                <w:lang w:val="pt-PT"/>
              </w:rPr>
            </w:pPr>
          </w:p>
        </w:tc>
        <w:tc>
          <w:tcPr>
            <w:tcW w:w="7004" w:type="dxa"/>
            <w:vAlign w:val="center"/>
          </w:tcPr>
          <w:p w14:paraId="2A21C228" w14:textId="1A24FACB" w:rsidR="009C7568" w:rsidRPr="000E1F69" w:rsidRDefault="009C7568" w:rsidP="009C7568">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10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4EBFAB77" w14:textId="77777777" w:rsidR="009C7568" w:rsidRPr="000E1F69" w:rsidRDefault="009C7568" w:rsidP="0057246C">
            <w:pPr>
              <w:rPr>
                <w:rFonts w:asciiTheme="majorHAnsi" w:hAnsiTheme="majorHAnsi" w:cstheme="majorHAnsi"/>
                <w:lang w:val="pt-PT"/>
              </w:rPr>
            </w:pPr>
          </w:p>
          <w:p w14:paraId="40DCED8E" w14:textId="1888AF74" w:rsidR="00D82C31" w:rsidRPr="000E1F69" w:rsidRDefault="00D82C31" w:rsidP="0057246C">
            <w:pPr>
              <w:rPr>
                <w:rFonts w:asciiTheme="majorHAnsi" w:hAnsiTheme="majorHAnsi" w:cstheme="majorHAnsi"/>
                <w:lang w:val="pt-PT"/>
              </w:rPr>
            </w:pPr>
            <w:r w:rsidRPr="000E1F69">
              <w:rPr>
                <w:rFonts w:asciiTheme="majorHAnsi" w:hAnsiTheme="majorHAnsi" w:cstheme="majorHAnsi"/>
                <w:lang w:val="pt-PT"/>
              </w:rPr>
              <w:t>Fundamentar o enquadramento e as competências da equipa de investigação e a sua coerência para o plano de trabalhos proposto. Deve focar-se nos últimos 5 anos efetivos de atividade científica da equipa de investigação, indicando as realizações científicas mais relevantes da equipa de investigação e demonstrando a sua competência na área do projeto proposto</w:t>
            </w:r>
          </w:p>
        </w:tc>
      </w:tr>
    </w:tbl>
    <w:p w14:paraId="092DDF36" w14:textId="77777777" w:rsidR="0057246C" w:rsidRPr="000E1F69" w:rsidRDefault="0057246C" w:rsidP="00AA28F4">
      <w:pPr>
        <w:pStyle w:val="Ttulo1"/>
        <w:rPr>
          <w:rFonts w:cstheme="majorHAnsi"/>
          <w:color w:val="000000" w:themeColor="text1"/>
          <w:lang w:val="pt-PT"/>
        </w:rPr>
      </w:pPr>
    </w:p>
    <w:p w14:paraId="7D3EAB2E" w14:textId="77777777" w:rsidR="0057246C" w:rsidRPr="000E1F69" w:rsidRDefault="0057246C">
      <w:pPr>
        <w:rPr>
          <w:rFonts w:asciiTheme="majorHAnsi" w:eastAsiaTheme="majorEastAsia" w:hAnsiTheme="majorHAnsi" w:cstheme="majorHAnsi"/>
          <w:b/>
          <w:bCs/>
          <w:color w:val="000000" w:themeColor="text1"/>
          <w:sz w:val="28"/>
          <w:szCs w:val="28"/>
          <w:lang w:val="pt-PT"/>
        </w:rPr>
      </w:pPr>
      <w:r w:rsidRPr="000E1F69">
        <w:rPr>
          <w:rFonts w:asciiTheme="majorHAnsi" w:hAnsiTheme="majorHAnsi" w:cstheme="majorHAnsi"/>
          <w:color w:val="000000" w:themeColor="text1"/>
          <w:lang w:val="pt-PT"/>
        </w:rPr>
        <w:br w:type="page"/>
      </w:r>
    </w:p>
    <w:p w14:paraId="1002EA9A" w14:textId="3FD8DA62" w:rsidR="00D54212" w:rsidRPr="000E1F69" w:rsidRDefault="0057246C" w:rsidP="00AA28F4">
      <w:pPr>
        <w:pStyle w:val="Ttulo1"/>
        <w:rPr>
          <w:rFonts w:cstheme="majorHAnsi"/>
          <w:color w:val="000000" w:themeColor="text1"/>
        </w:rPr>
      </w:pPr>
      <w:bookmarkStart w:id="4" w:name="_Toc229482286"/>
      <w:r w:rsidRPr="000E1F69">
        <w:rPr>
          <w:rFonts w:cstheme="majorHAnsi"/>
          <w:color w:val="1F497D" w:themeColor="text2"/>
        </w:rPr>
        <w:lastRenderedPageBreak/>
        <w:t>PLANO DE TRABALHO — RESUMO</w:t>
      </w:r>
      <w:bookmarkEnd w:id="4"/>
    </w:p>
    <w:p w14:paraId="5770D660" w14:textId="77777777" w:rsidR="003912DB" w:rsidRPr="000E1F69" w:rsidRDefault="003912DB" w:rsidP="003912DB">
      <w:pPr>
        <w:rPr>
          <w:rFonts w:asciiTheme="majorHAnsi" w:hAnsiTheme="majorHAnsi" w:cstheme="majorHAnsi"/>
        </w:rPr>
      </w:pPr>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785"/>
        <w:gridCol w:w="6845"/>
      </w:tblGrid>
      <w:tr w:rsidR="00D54212" w:rsidRPr="000E1F69" w14:paraId="56372EB6" w14:textId="77777777" w:rsidTr="003912DB">
        <w:trPr>
          <w:trHeight w:val="599"/>
          <w:jc w:val="center"/>
        </w:trPr>
        <w:tc>
          <w:tcPr>
            <w:tcW w:w="1785" w:type="dxa"/>
            <w:vAlign w:val="center"/>
          </w:tcPr>
          <w:p w14:paraId="5AEEBD0E" w14:textId="55146FF2" w:rsidR="00D54212" w:rsidRPr="000E1F69" w:rsidRDefault="003912DB" w:rsidP="0057246C">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6845" w:type="dxa"/>
            <w:vAlign w:val="center"/>
          </w:tcPr>
          <w:p w14:paraId="13D7BB3F" w14:textId="7AF42648" w:rsidR="00D54212" w:rsidRPr="000E1F69" w:rsidRDefault="003912DB" w:rsidP="0057246C">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9C7ACA" w:rsidRPr="000E1F69" w14:paraId="11D69E6E" w14:textId="77777777" w:rsidTr="003912DB">
        <w:trPr>
          <w:trHeight w:val="696"/>
          <w:jc w:val="center"/>
        </w:trPr>
        <w:tc>
          <w:tcPr>
            <w:tcW w:w="1785" w:type="dxa"/>
            <w:vMerge w:val="restart"/>
            <w:vAlign w:val="center"/>
          </w:tcPr>
          <w:p w14:paraId="1E07D941" w14:textId="77777777" w:rsidR="009C7ACA" w:rsidRPr="000E1F69" w:rsidRDefault="009C7ACA" w:rsidP="0057246C">
            <w:pPr>
              <w:rPr>
                <w:rFonts w:asciiTheme="majorHAnsi" w:hAnsiTheme="majorHAnsi" w:cstheme="majorHAnsi"/>
                <w:b/>
              </w:rPr>
            </w:pPr>
            <w:r w:rsidRPr="000E1F69">
              <w:rPr>
                <w:rFonts w:asciiTheme="majorHAnsi" w:hAnsiTheme="majorHAnsi" w:cstheme="majorHAnsi"/>
                <w:b/>
              </w:rPr>
              <w:t>Resumo em português</w:t>
            </w:r>
          </w:p>
        </w:tc>
        <w:tc>
          <w:tcPr>
            <w:tcW w:w="6845" w:type="dxa"/>
            <w:vAlign w:val="center"/>
          </w:tcPr>
          <w:p w14:paraId="2E2663FD" w14:textId="539741A3" w:rsidR="009C7ACA" w:rsidRPr="000E1F69" w:rsidRDefault="009C7ACA" w:rsidP="0057246C">
            <w:pPr>
              <w:rPr>
                <w:rFonts w:asciiTheme="majorHAnsi" w:hAnsiTheme="majorHAnsi" w:cstheme="majorHAnsi"/>
                <w:lang w:val="pt-PT"/>
              </w:rPr>
            </w:pPr>
            <w:r w:rsidRPr="000E1F69">
              <w:rPr>
                <w:rFonts w:asciiTheme="majorHAnsi" w:hAnsiTheme="majorHAnsi" w:cstheme="majorHAnsi"/>
                <w:lang w:val="pt-PT"/>
              </w:rPr>
              <w:t>Objetivos, metodologia, impacto | Limite: 5000 caracteres</w:t>
            </w:r>
          </w:p>
        </w:tc>
      </w:tr>
      <w:tr w:rsidR="009C7ACA" w:rsidRPr="000E1F69" w14:paraId="6FFBA11C" w14:textId="77777777" w:rsidTr="003912DB">
        <w:trPr>
          <w:trHeight w:val="2974"/>
          <w:jc w:val="center"/>
        </w:trPr>
        <w:tc>
          <w:tcPr>
            <w:tcW w:w="1785" w:type="dxa"/>
            <w:vMerge/>
            <w:vAlign w:val="center"/>
          </w:tcPr>
          <w:p w14:paraId="1E9A3308" w14:textId="77777777" w:rsidR="009C7ACA" w:rsidRPr="000E1F69" w:rsidRDefault="009C7ACA" w:rsidP="0057246C">
            <w:pPr>
              <w:rPr>
                <w:rFonts w:asciiTheme="majorHAnsi" w:hAnsiTheme="majorHAnsi" w:cstheme="majorHAnsi"/>
                <w:b/>
                <w:lang w:val="pt-PT"/>
              </w:rPr>
            </w:pPr>
          </w:p>
        </w:tc>
        <w:tc>
          <w:tcPr>
            <w:tcW w:w="6845" w:type="dxa"/>
            <w:vAlign w:val="center"/>
          </w:tcPr>
          <w:p w14:paraId="2A9C181B" w14:textId="38F2D217" w:rsidR="009C7568" w:rsidRPr="000E1F69" w:rsidRDefault="009C7568" w:rsidP="009C7568">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5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6A611CD5" w14:textId="77777777" w:rsidR="009C7568" w:rsidRPr="000E1F69" w:rsidRDefault="009C7568" w:rsidP="0057246C">
            <w:pPr>
              <w:rPr>
                <w:rFonts w:asciiTheme="majorHAnsi" w:hAnsiTheme="majorHAnsi" w:cstheme="majorHAnsi"/>
                <w:lang w:val="pt-PT"/>
              </w:rPr>
            </w:pPr>
          </w:p>
          <w:p w14:paraId="1CA48E81" w14:textId="279A6D55" w:rsidR="009C7ACA" w:rsidRPr="000E1F69" w:rsidRDefault="00D82C31" w:rsidP="0057246C">
            <w:pPr>
              <w:rPr>
                <w:rFonts w:asciiTheme="majorHAnsi" w:hAnsiTheme="majorHAnsi" w:cstheme="majorHAnsi"/>
              </w:rPr>
            </w:pPr>
            <w:r w:rsidRPr="000E1F69">
              <w:rPr>
                <w:rFonts w:asciiTheme="majorHAnsi" w:hAnsiTheme="majorHAnsi" w:cstheme="majorHAnsi"/>
                <w:lang w:val="pt-PT"/>
              </w:rPr>
              <w:t xml:space="preserve">Nesta seção, deve ser fornecido um resumo da proposta em português, abrangendo uma análise do estado da arte, objetivos-chave, o conhecimento e as competências disponíveis dentro da equipa, a estratégia e metodologias a serem utilizadas, além de um esboço da novidade do projeto e Resultados esperados. O PI deve especificar se o resumo usado pela FCT para disseminação pública será o mesmo como o que foi fornecido antes. Se, por razões de confidencialidade, o resumo para publicação for diferente, o PI deve selecionar a opção "Resumo para publicação diferente". </w:t>
            </w:r>
            <w:r w:rsidRPr="000E1F69">
              <w:rPr>
                <w:rFonts w:asciiTheme="majorHAnsi" w:hAnsiTheme="majorHAnsi" w:cstheme="majorHAnsi"/>
              </w:rPr>
              <w:t>O conteúdo desse campo permanece da responsabilidade do PI.</w:t>
            </w:r>
          </w:p>
        </w:tc>
      </w:tr>
      <w:tr w:rsidR="009C7ACA" w:rsidRPr="000E1F69" w14:paraId="7ED674C7" w14:textId="77777777" w:rsidTr="003912DB">
        <w:trPr>
          <w:trHeight w:val="551"/>
          <w:jc w:val="center"/>
        </w:trPr>
        <w:tc>
          <w:tcPr>
            <w:tcW w:w="1785" w:type="dxa"/>
            <w:vMerge w:val="restart"/>
            <w:vAlign w:val="center"/>
          </w:tcPr>
          <w:p w14:paraId="71889A4E" w14:textId="77777777" w:rsidR="009C7ACA" w:rsidRPr="000E1F69" w:rsidRDefault="009C7ACA" w:rsidP="0057246C">
            <w:pPr>
              <w:rPr>
                <w:rFonts w:asciiTheme="majorHAnsi" w:hAnsiTheme="majorHAnsi" w:cstheme="majorHAnsi"/>
                <w:b/>
              </w:rPr>
            </w:pPr>
            <w:r w:rsidRPr="000E1F69">
              <w:rPr>
                <w:rFonts w:asciiTheme="majorHAnsi" w:hAnsiTheme="majorHAnsi" w:cstheme="majorHAnsi"/>
                <w:b/>
              </w:rPr>
              <w:t>Resumo em inglês</w:t>
            </w:r>
          </w:p>
        </w:tc>
        <w:tc>
          <w:tcPr>
            <w:tcW w:w="6845" w:type="dxa"/>
            <w:vAlign w:val="center"/>
          </w:tcPr>
          <w:p w14:paraId="209492F5" w14:textId="55A5D084" w:rsidR="009C7ACA" w:rsidRPr="000E1F69" w:rsidRDefault="009C7ACA" w:rsidP="0057246C">
            <w:pPr>
              <w:rPr>
                <w:rFonts w:asciiTheme="majorHAnsi" w:hAnsiTheme="majorHAnsi" w:cstheme="majorHAnsi"/>
                <w:lang w:val="pt-PT"/>
              </w:rPr>
            </w:pPr>
            <w:r w:rsidRPr="000E1F69">
              <w:rPr>
                <w:rFonts w:asciiTheme="majorHAnsi" w:hAnsiTheme="majorHAnsi" w:cstheme="majorHAnsi"/>
                <w:lang w:val="pt-PT"/>
              </w:rPr>
              <w:t xml:space="preserve">Tradução fiel do resumo PT | Limite: </w:t>
            </w:r>
            <w:r w:rsidR="00D82C31" w:rsidRPr="000E1F69">
              <w:rPr>
                <w:rFonts w:asciiTheme="majorHAnsi" w:hAnsiTheme="majorHAnsi" w:cstheme="majorHAnsi"/>
                <w:lang w:val="pt-PT"/>
              </w:rPr>
              <w:t>5</w:t>
            </w:r>
            <w:r w:rsidRPr="000E1F69">
              <w:rPr>
                <w:rFonts w:asciiTheme="majorHAnsi" w:hAnsiTheme="majorHAnsi" w:cstheme="majorHAnsi"/>
                <w:lang w:val="pt-PT"/>
              </w:rPr>
              <w:t>000 caracteres</w:t>
            </w:r>
          </w:p>
        </w:tc>
      </w:tr>
      <w:tr w:rsidR="00D82C31" w:rsidRPr="000E1F69" w14:paraId="231796A2" w14:textId="77777777" w:rsidTr="003912DB">
        <w:trPr>
          <w:jc w:val="center"/>
        </w:trPr>
        <w:tc>
          <w:tcPr>
            <w:tcW w:w="1785" w:type="dxa"/>
            <w:vMerge/>
            <w:vAlign w:val="center"/>
          </w:tcPr>
          <w:p w14:paraId="29FEBE2D" w14:textId="77777777" w:rsidR="00D82C31" w:rsidRPr="000E1F69" w:rsidRDefault="00D82C31" w:rsidP="0057246C">
            <w:pPr>
              <w:rPr>
                <w:rFonts w:asciiTheme="majorHAnsi" w:hAnsiTheme="majorHAnsi" w:cstheme="majorHAnsi"/>
                <w:b/>
                <w:lang w:val="pt-PT"/>
              </w:rPr>
            </w:pPr>
          </w:p>
        </w:tc>
        <w:tc>
          <w:tcPr>
            <w:tcW w:w="6845" w:type="dxa"/>
            <w:vAlign w:val="center"/>
          </w:tcPr>
          <w:p w14:paraId="086AF08B" w14:textId="385A60E2" w:rsidR="009C7568" w:rsidRPr="000E1F69" w:rsidRDefault="009C7568" w:rsidP="009C7568">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5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1A5D4D4B" w14:textId="77777777" w:rsidR="009C7568" w:rsidRPr="000E1F69" w:rsidRDefault="009C7568" w:rsidP="0057246C">
            <w:pPr>
              <w:rPr>
                <w:rFonts w:asciiTheme="majorHAnsi" w:hAnsiTheme="majorHAnsi" w:cstheme="majorHAnsi"/>
              </w:rPr>
            </w:pPr>
          </w:p>
          <w:p w14:paraId="5AA012FE" w14:textId="057FFEC4" w:rsidR="00D82C31" w:rsidRPr="000E1F69" w:rsidRDefault="00D82C31" w:rsidP="0057246C">
            <w:pPr>
              <w:rPr>
                <w:rFonts w:asciiTheme="majorHAnsi" w:hAnsiTheme="majorHAnsi" w:cstheme="majorHAnsi"/>
              </w:rPr>
            </w:pPr>
            <w:r w:rsidRPr="000E1F69">
              <w:rPr>
                <w:rFonts w:asciiTheme="majorHAnsi" w:hAnsiTheme="majorHAnsi" w:cstheme="majorHAnsi"/>
              </w:rPr>
              <w:t xml:space="preserve">In this section, a summary of the proposal should be provided in English, covering an analysis of the state of the art, key objectives, the knowledge and skills available within the team, the strategy and methodologies to be used, and an outline of the project’s novelty and </w:t>
            </w:r>
          </w:p>
          <w:p w14:paraId="4A059229" w14:textId="77777777" w:rsidR="00D82C31" w:rsidRPr="000E1F69" w:rsidRDefault="00D82C31" w:rsidP="0057246C">
            <w:pPr>
              <w:rPr>
                <w:rFonts w:asciiTheme="majorHAnsi" w:hAnsiTheme="majorHAnsi" w:cstheme="majorHAnsi"/>
              </w:rPr>
            </w:pPr>
            <w:r w:rsidRPr="000E1F69">
              <w:rPr>
                <w:rFonts w:asciiTheme="majorHAnsi" w:hAnsiTheme="majorHAnsi" w:cstheme="majorHAnsi"/>
              </w:rPr>
              <w:t xml:space="preserve">expected results. The PI must specify whether the abstract used by FCT for public dissemination will be the same </w:t>
            </w:r>
          </w:p>
          <w:p w14:paraId="52C4FA59" w14:textId="77777777" w:rsidR="00D82C31" w:rsidRPr="000E1F69" w:rsidRDefault="00D82C31" w:rsidP="0057246C">
            <w:pPr>
              <w:rPr>
                <w:rFonts w:asciiTheme="majorHAnsi" w:hAnsiTheme="majorHAnsi" w:cstheme="majorHAnsi"/>
              </w:rPr>
            </w:pPr>
            <w:r w:rsidRPr="000E1F69">
              <w:rPr>
                <w:rFonts w:asciiTheme="majorHAnsi" w:hAnsiTheme="majorHAnsi" w:cstheme="majorHAnsi"/>
              </w:rPr>
              <w:t xml:space="preserve">as the one provided earlier. If, for confidentiality reasons, the abstract for publication differs, the PI should select the option “Abstract for publication different”. The content of this field remains </w:t>
            </w:r>
          </w:p>
          <w:p w14:paraId="2CD283D0" w14:textId="69C4FECC" w:rsidR="00D82C31" w:rsidRPr="000E1F69" w:rsidRDefault="00D82C31" w:rsidP="0057246C">
            <w:pPr>
              <w:rPr>
                <w:rFonts w:asciiTheme="majorHAnsi" w:hAnsiTheme="majorHAnsi" w:cstheme="majorHAnsi"/>
              </w:rPr>
            </w:pPr>
            <w:r w:rsidRPr="000E1F69">
              <w:rPr>
                <w:rFonts w:asciiTheme="majorHAnsi" w:hAnsiTheme="majorHAnsi" w:cstheme="majorHAnsi"/>
              </w:rPr>
              <w:t>the responsibility of the PI.</w:t>
            </w:r>
          </w:p>
        </w:tc>
      </w:tr>
    </w:tbl>
    <w:p w14:paraId="43766CFF" w14:textId="77777777" w:rsidR="003912DB" w:rsidRPr="000E1F69" w:rsidRDefault="003912DB" w:rsidP="00AA28F4">
      <w:pPr>
        <w:pStyle w:val="Ttulo1"/>
        <w:rPr>
          <w:rFonts w:cstheme="majorHAnsi"/>
        </w:rPr>
      </w:pPr>
    </w:p>
    <w:p w14:paraId="09C5D861" w14:textId="77777777" w:rsidR="003912DB" w:rsidRPr="000E1F69" w:rsidRDefault="003912DB">
      <w:pPr>
        <w:rPr>
          <w:rFonts w:asciiTheme="majorHAnsi" w:eastAsiaTheme="majorEastAsia" w:hAnsiTheme="majorHAnsi" w:cstheme="majorHAnsi"/>
          <w:b/>
          <w:bCs/>
          <w:color w:val="365F91" w:themeColor="accent1" w:themeShade="BF"/>
          <w:sz w:val="28"/>
          <w:szCs w:val="28"/>
        </w:rPr>
      </w:pPr>
      <w:r w:rsidRPr="000E1F69">
        <w:rPr>
          <w:rFonts w:asciiTheme="majorHAnsi" w:hAnsiTheme="majorHAnsi" w:cstheme="majorHAnsi"/>
        </w:rPr>
        <w:br w:type="page"/>
      </w:r>
    </w:p>
    <w:p w14:paraId="42371560" w14:textId="64F17492" w:rsidR="00D54212" w:rsidRPr="000E1F69" w:rsidRDefault="003912DB" w:rsidP="003912DB">
      <w:pPr>
        <w:pStyle w:val="Ttulo1"/>
        <w:spacing w:after="240"/>
        <w:rPr>
          <w:rFonts w:cstheme="majorHAnsi"/>
          <w:color w:val="1F497D" w:themeColor="text2"/>
        </w:rPr>
      </w:pPr>
      <w:bookmarkStart w:id="5" w:name="_Toc229482287"/>
      <w:r w:rsidRPr="000E1F69">
        <w:rPr>
          <w:rFonts w:cstheme="majorHAnsi"/>
          <w:color w:val="1F497D" w:themeColor="text2"/>
        </w:rPr>
        <w:lastRenderedPageBreak/>
        <w:t>ESTADO DA ARTE E OBJETIVOS</w:t>
      </w:r>
      <w:bookmarkEnd w:id="5"/>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865"/>
        <w:gridCol w:w="6957"/>
      </w:tblGrid>
      <w:tr w:rsidR="00D54212" w:rsidRPr="000E1F69" w14:paraId="1D04EA01" w14:textId="77777777" w:rsidTr="003912DB">
        <w:trPr>
          <w:trHeight w:val="653"/>
          <w:jc w:val="center"/>
        </w:trPr>
        <w:tc>
          <w:tcPr>
            <w:tcW w:w="1865" w:type="dxa"/>
            <w:vAlign w:val="center"/>
          </w:tcPr>
          <w:p w14:paraId="563BCAE8" w14:textId="686BDB0F" w:rsidR="00D54212" w:rsidRPr="000E1F69" w:rsidRDefault="003912DB" w:rsidP="003912DB">
            <w:pPr>
              <w:rPr>
                <w:rFonts w:asciiTheme="majorHAnsi" w:hAnsiTheme="majorHAnsi" w:cstheme="majorHAnsi"/>
                <w:color w:val="1F497D" w:themeColor="text2"/>
              </w:rPr>
            </w:pPr>
            <w:r w:rsidRPr="000E1F69">
              <w:rPr>
                <w:rFonts w:asciiTheme="majorHAnsi" w:hAnsiTheme="majorHAnsi" w:cstheme="majorHAnsi"/>
                <w:b/>
                <w:color w:val="1F497D" w:themeColor="text2"/>
              </w:rPr>
              <w:t>CAMPO</w:t>
            </w:r>
          </w:p>
        </w:tc>
        <w:tc>
          <w:tcPr>
            <w:tcW w:w="6957" w:type="dxa"/>
            <w:vAlign w:val="center"/>
          </w:tcPr>
          <w:p w14:paraId="4EE4079D" w14:textId="305FE847" w:rsidR="00D54212" w:rsidRPr="000E1F69" w:rsidRDefault="003912DB" w:rsidP="003912DB">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D82C31" w:rsidRPr="000E1F69" w14:paraId="56B901E8" w14:textId="77777777" w:rsidTr="003912DB">
        <w:trPr>
          <w:trHeight w:val="705"/>
          <w:jc w:val="center"/>
        </w:trPr>
        <w:tc>
          <w:tcPr>
            <w:tcW w:w="1865" w:type="dxa"/>
            <w:vMerge w:val="restart"/>
            <w:vAlign w:val="center"/>
          </w:tcPr>
          <w:p w14:paraId="6091E547" w14:textId="16DF04A5" w:rsidR="00D82C31" w:rsidRPr="000E1F69" w:rsidRDefault="00D82C31" w:rsidP="003912DB">
            <w:pPr>
              <w:rPr>
                <w:rFonts w:asciiTheme="majorHAnsi" w:hAnsiTheme="majorHAnsi" w:cstheme="majorHAnsi"/>
                <w:b/>
                <w:bCs/>
                <w:lang w:val="pt-PT"/>
              </w:rPr>
            </w:pPr>
            <w:r w:rsidRPr="000E1F69">
              <w:rPr>
                <w:rFonts w:asciiTheme="majorHAnsi" w:hAnsiTheme="majorHAnsi" w:cstheme="majorHAnsi"/>
                <w:b/>
                <w:bCs/>
                <w:lang w:val="pt-PT"/>
              </w:rPr>
              <w:t>Estado da arte e objetivos</w:t>
            </w:r>
          </w:p>
        </w:tc>
        <w:tc>
          <w:tcPr>
            <w:tcW w:w="6957" w:type="dxa"/>
            <w:vAlign w:val="center"/>
          </w:tcPr>
          <w:p w14:paraId="5815C87B" w14:textId="18FA6F5F" w:rsidR="00D82C31" w:rsidRPr="000E1F69" w:rsidRDefault="00D82C31" w:rsidP="003912DB">
            <w:pPr>
              <w:rPr>
                <w:rFonts w:asciiTheme="majorHAnsi" w:hAnsiTheme="majorHAnsi" w:cstheme="majorHAnsi"/>
              </w:rPr>
            </w:pPr>
            <w:r w:rsidRPr="000E1F69">
              <w:rPr>
                <w:rFonts w:asciiTheme="majorHAnsi" w:hAnsiTheme="majorHAnsi" w:cstheme="majorHAnsi"/>
              </w:rPr>
              <w:t>Contextualização científica | Limite: 6000 caracteres</w:t>
            </w:r>
          </w:p>
        </w:tc>
      </w:tr>
      <w:tr w:rsidR="00D82C31" w:rsidRPr="000E1F69" w14:paraId="32300CB8" w14:textId="77777777" w:rsidTr="003912DB">
        <w:trPr>
          <w:trHeight w:val="5236"/>
          <w:jc w:val="center"/>
        </w:trPr>
        <w:tc>
          <w:tcPr>
            <w:tcW w:w="1865" w:type="dxa"/>
            <w:vMerge/>
            <w:vAlign w:val="center"/>
          </w:tcPr>
          <w:p w14:paraId="0052DBF8" w14:textId="77777777" w:rsidR="00D82C31" w:rsidRPr="000E1F69" w:rsidRDefault="00D82C31" w:rsidP="003912DB">
            <w:pPr>
              <w:rPr>
                <w:rFonts w:asciiTheme="majorHAnsi" w:hAnsiTheme="majorHAnsi" w:cstheme="majorHAnsi"/>
              </w:rPr>
            </w:pPr>
          </w:p>
        </w:tc>
        <w:tc>
          <w:tcPr>
            <w:tcW w:w="6957" w:type="dxa"/>
            <w:vAlign w:val="center"/>
          </w:tcPr>
          <w:p w14:paraId="0C510A77" w14:textId="095466BC" w:rsidR="009C7568" w:rsidRPr="000E1F69" w:rsidRDefault="009C7568" w:rsidP="009C7568">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6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0FDF807E" w14:textId="77777777" w:rsidR="009C7568" w:rsidRPr="000E1F69" w:rsidRDefault="009C7568" w:rsidP="003912DB">
            <w:pPr>
              <w:rPr>
                <w:rFonts w:asciiTheme="majorHAnsi" w:hAnsiTheme="majorHAnsi" w:cstheme="majorHAnsi"/>
              </w:rPr>
            </w:pPr>
          </w:p>
          <w:p w14:paraId="18A89C3D" w14:textId="7F76E942" w:rsidR="009929DB" w:rsidRPr="000E1F69" w:rsidRDefault="00654BA7" w:rsidP="003912DB">
            <w:pPr>
              <w:rPr>
                <w:rFonts w:asciiTheme="majorHAnsi" w:hAnsiTheme="majorHAnsi" w:cstheme="majorHAnsi"/>
              </w:rPr>
            </w:pPr>
            <w:r w:rsidRPr="000E1F69">
              <w:rPr>
                <w:rFonts w:asciiTheme="majorHAnsi" w:hAnsiTheme="majorHAnsi" w:cstheme="majorHAnsi"/>
              </w:rPr>
              <w:t>In this section, the PI must present an overview of their research field, outlining the current state of the art within the area and detailing how the proposed research is both groundbreaking and potentially impactful. Relevant references to the PI’s previous work should also be included. The PI should address the following key questions:</w:t>
            </w:r>
          </w:p>
          <w:p w14:paraId="5F113A32" w14:textId="177E7C85" w:rsidR="009929DB" w:rsidRPr="000E1F69" w:rsidRDefault="00654BA7" w:rsidP="003912DB">
            <w:pPr>
              <w:rPr>
                <w:rFonts w:asciiTheme="majorHAnsi" w:hAnsiTheme="majorHAnsi" w:cstheme="majorHAnsi"/>
              </w:rPr>
            </w:pPr>
            <w:r w:rsidRPr="000E1F69">
              <w:rPr>
                <w:rFonts w:asciiTheme="majorHAnsi" w:hAnsiTheme="majorHAnsi" w:cstheme="majorHAnsi"/>
              </w:rPr>
              <w:t xml:space="preserve">• To what extent does the proposed research address significant and relevant challenges? </w:t>
            </w:r>
          </w:p>
          <w:p w14:paraId="4B73C57E" w14:textId="336C5BF9" w:rsidR="009929DB" w:rsidRPr="000E1F69" w:rsidRDefault="00654BA7" w:rsidP="003912DB">
            <w:pPr>
              <w:rPr>
                <w:rFonts w:asciiTheme="majorHAnsi" w:hAnsiTheme="majorHAnsi" w:cstheme="majorHAnsi"/>
              </w:rPr>
            </w:pPr>
            <w:r w:rsidRPr="000E1F69">
              <w:rPr>
                <w:rFonts w:asciiTheme="majorHAnsi" w:hAnsiTheme="majorHAnsi" w:cstheme="majorHAnsi"/>
              </w:rPr>
              <w:t xml:space="preserve">• How ambitious are the objectives, and to what degree do they go beyond the current state of the art (e.g., introducing novel concepts, approaches, or fostering advancements between or across disciplines)? </w:t>
            </w:r>
          </w:p>
          <w:p w14:paraId="05CD5B31" w14:textId="102736F3" w:rsidR="00D82C31" w:rsidRPr="000E1F69" w:rsidRDefault="00654BA7" w:rsidP="003912DB">
            <w:pPr>
              <w:rPr>
                <w:rFonts w:asciiTheme="majorHAnsi" w:hAnsiTheme="majorHAnsi" w:cstheme="majorHAnsi"/>
              </w:rPr>
            </w:pPr>
            <w:r w:rsidRPr="000E1F69">
              <w:rPr>
                <w:rFonts w:asciiTheme="majorHAnsi" w:hAnsiTheme="majorHAnsi" w:cstheme="majorHAnsi"/>
              </w:rPr>
              <w:t>• What is the potential contribution of the research project to the advancement of knowledge, and what is the potential impact of the project’s outcomes on the economic, technological, and societal dimensions? Additionally, for applications addressing specific Portuguese issues, please ensure your proposal highlights how the Portuguese context or environment differs from or presents unique characteristics compared to global or international contexts.</w:t>
            </w:r>
          </w:p>
        </w:tc>
      </w:tr>
    </w:tbl>
    <w:p w14:paraId="0CECAC3E" w14:textId="77777777" w:rsidR="003912DB" w:rsidRPr="000E1F69" w:rsidRDefault="003912DB" w:rsidP="00AA28F4">
      <w:pPr>
        <w:pStyle w:val="Ttulo1"/>
        <w:rPr>
          <w:rFonts w:cstheme="majorHAnsi"/>
        </w:rPr>
      </w:pPr>
    </w:p>
    <w:p w14:paraId="6C9E0BE0" w14:textId="77777777" w:rsidR="003912DB" w:rsidRPr="000E1F69" w:rsidRDefault="003912DB">
      <w:pPr>
        <w:rPr>
          <w:rFonts w:asciiTheme="majorHAnsi" w:eastAsiaTheme="majorEastAsia" w:hAnsiTheme="majorHAnsi" w:cstheme="majorHAnsi"/>
          <w:b/>
          <w:bCs/>
          <w:color w:val="365F91" w:themeColor="accent1" w:themeShade="BF"/>
          <w:sz w:val="28"/>
          <w:szCs w:val="28"/>
        </w:rPr>
      </w:pPr>
      <w:r w:rsidRPr="000E1F69">
        <w:rPr>
          <w:rFonts w:asciiTheme="majorHAnsi" w:hAnsiTheme="majorHAnsi" w:cstheme="majorHAnsi"/>
        </w:rPr>
        <w:br w:type="page"/>
      </w:r>
    </w:p>
    <w:p w14:paraId="3B99C3B4" w14:textId="3DE36AB9" w:rsidR="00D54212" w:rsidRPr="000E1F69" w:rsidRDefault="003912DB" w:rsidP="003912DB">
      <w:pPr>
        <w:pStyle w:val="Ttulo1"/>
        <w:spacing w:after="240"/>
        <w:rPr>
          <w:rFonts w:cstheme="majorHAnsi"/>
          <w:color w:val="1F497D" w:themeColor="text2"/>
        </w:rPr>
      </w:pPr>
      <w:bookmarkStart w:id="6" w:name="_Toc229482288"/>
      <w:r w:rsidRPr="000E1F69">
        <w:rPr>
          <w:rFonts w:cstheme="majorHAnsi"/>
          <w:color w:val="1F497D" w:themeColor="text2"/>
        </w:rPr>
        <w:lastRenderedPageBreak/>
        <w:t>PLANO DE INVESTIGAÇÃO E MÉTODOS</w:t>
      </w:r>
      <w:bookmarkEnd w:id="6"/>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490"/>
        <w:gridCol w:w="7150"/>
      </w:tblGrid>
      <w:tr w:rsidR="003912DB" w:rsidRPr="000E1F69" w14:paraId="4889F88F" w14:textId="77777777" w:rsidTr="00D1526B">
        <w:trPr>
          <w:trHeight w:val="568"/>
          <w:jc w:val="center"/>
        </w:trPr>
        <w:tc>
          <w:tcPr>
            <w:tcW w:w="1490" w:type="dxa"/>
            <w:vAlign w:val="center"/>
          </w:tcPr>
          <w:p w14:paraId="14F5AB5B" w14:textId="223969A9" w:rsidR="00D54212" w:rsidRPr="000E1F69" w:rsidRDefault="003912DB" w:rsidP="003912DB">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7150" w:type="dxa"/>
            <w:vAlign w:val="center"/>
          </w:tcPr>
          <w:p w14:paraId="2FBB892B" w14:textId="368ECF45" w:rsidR="00D54212" w:rsidRPr="000E1F69" w:rsidRDefault="003912DB" w:rsidP="003912DB">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3912DB" w:rsidRPr="000E1F69" w14:paraId="1AE5CD60" w14:textId="77777777" w:rsidTr="00D1526B">
        <w:trPr>
          <w:trHeight w:val="693"/>
          <w:jc w:val="center"/>
        </w:trPr>
        <w:tc>
          <w:tcPr>
            <w:tcW w:w="1490" w:type="dxa"/>
            <w:vMerge w:val="restart"/>
            <w:vAlign w:val="center"/>
          </w:tcPr>
          <w:p w14:paraId="701159CB" w14:textId="77777777" w:rsidR="007F20B4" w:rsidRPr="000E1F69" w:rsidRDefault="007F20B4" w:rsidP="003912DB">
            <w:pPr>
              <w:rPr>
                <w:rFonts w:asciiTheme="majorHAnsi" w:hAnsiTheme="majorHAnsi" w:cstheme="majorHAnsi"/>
                <w:b/>
                <w:lang w:val="pt-PT"/>
              </w:rPr>
            </w:pPr>
            <w:r w:rsidRPr="000E1F69">
              <w:rPr>
                <w:rFonts w:asciiTheme="majorHAnsi" w:hAnsiTheme="majorHAnsi" w:cstheme="majorHAnsi"/>
                <w:b/>
                <w:lang w:val="pt-PT"/>
              </w:rPr>
              <w:t>Plano de investigação e métodos</w:t>
            </w:r>
          </w:p>
        </w:tc>
        <w:tc>
          <w:tcPr>
            <w:tcW w:w="7150" w:type="dxa"/>
            <w:vAlign w:val="center"/>
          </w:tcPr>
          <w:p w14:paraId="64AEA466" w14:textId="45173473" w:rsidR="007F20B4" w:rsidRPr="000E1F69" w:rsidRDefault="007F20B4" w:rsidP="003912DB">
            <w:pPr>
              <w:rPr>
                <w:rFonts w:asciiTheme="majorHAnsi" w:hAnsiTheme="majorHAnsi" w:cstheme="majorHAnsi"/>
              </w:rPr>
            </w:pPr>
            <w:r w:rsidRPr="000E1F69">
              <w:rPr>
                <w:rFonts w:asciiTheme="majorHAnsi" w:hAnsiTheme="majorHAnsi" w:cstheme="majorHAnsi"/>
              </w:rPr>
              <w:t>Descrição detalhada | Limite: 10000 caracteres</w:t>
            </w:r>
          </w:p>
        </w:tc>
      </w:tr>
      <w:tr w:rsidR="003912DB" w:rsidRPr="000E1F69" w14:paraId="7A80AC0C" w14:textId="77777777" w:rsidTr="00D1526B">
        <w:trPr>
          <w:trHeight w:val="3254"/>
          <w:jc w:val="center"/>
        </w:trPr>
        <w:tc>
          <w:tcPr>
            <w:tcW w:w="1490" w:type="dxa"/>
            <w:vMerge/>
            <w:vAlign w:val="center"/>
          </w:tcPr>
          <w:p w14:paraId="4DA9AF67" w14:textId="77777777" w:rsidR="007F20B4" w:rsidRPr="000E1F69" w:rsidRDefault="007F20B4" w:rsidP="003912DB">
            <w:pPr>
              <w:rPr>
                <w:rFonts w:asciiTheme="majorHAnsi" w:hAnsiTheme="majorHAnsi" w:cstheme="majorHAnsi"/>
                <w:b/>
              </w:rPr>
            </w:pPr>
          </w:p>
        </w:tc>
        <w:tc>
          <w:tcPr>
            <w:tcW w:w="7150" w:type="dxa"/>
            <w:vAlign w:val="center"/>
          </w:tcPr>
          <w:p w14:paraId="76A3EC39" w14:textId="43E702AF" w:rsidR="00EA7FD5" w:rsidRPr="000E1F69" w:rsidRDefault="00EA7FD5" w:rsidP="00EA7FD5">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10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3DDD877F" w14:textId="77777777" w:rsidR="00EA7FD5" w:rsidRPr="000E1F69" w:rsidRDefault="00EA7FD5" w:rsidP="003912DB">
            <w:pPr>
              <w:rPr>
                <w:rFonts w:asciiTheme="majorHAnsi" w:hAnsiTheme="majorHAnsi" w:cstheme="majorHAnsi"/>
              </w:rPr>
            </w:pPr>
          </w:p>
          <w:p w14:paraId="25D3A07E" w14:textId="29806633" w:rsidR="009929DB" w:rsidRPr="000E1F69" w:rsidRDefault="007F20B4" w:rsidP="003912DB">
            <w:pPr>
              <w:rPr>
                <w:rFonts w:asciiTheme="majorHAnsi" w:hAnsiTheme="majorHAnsi" w:cstheme="majorHAnsi"/>
              </w:rPr>
            </w:pPr>
            <w:r w:rsidRPr="000E1F69">
              <w:rPr>
                <w:rFonts w:asciiTheme="majorHAnsi" w:hAnsiTheme="majorHAnsi" w:cstheme="majorHAnsi"/>
              </w:rPr>
              <w:t xml:space="preserve">In this section, the PI should describe the proposed research plan and the methodologies to be used, focusing on the following questions: </w:t>
            </w:r>
          </w:p>
          <w:p w14:paraId="791B05B5" w14:textId="77777777" w:rsidR="009929DB" w:rsidRPr="000E1F69" w:rsidRDefault="007F20B4" w:rsidP="003912DB">
            <w:pPr>
              <w:rPr>
                <w:rFonts w:asciiTheme="majorHAnsi" w:hAnsiTheme="majorHAnsi" w:cstheme="majorHAnsi"/>
              </w:rPr>
            </w:pPr>
            <w:r w:rsidRPr="000E1F69">
              <w:rPr>
                <w:rFonts w:asciiTheme="majorHAnsi" w:hAnsiTheme="majorHAnsi" w:cstheme="majorHAnsi"/>
              </w:rPr>
              <w:t xml:space="preserve">• To what extent is the outlined scientific approach feasible, bearing in mind the originality and/or groundbreaking potential of the proposal? </w:t>
            </w:r>
          </w:p>
          <w:p w14:paraId="30C27EB3" w14:textId="77777777" w:rsidR="009929DB" w:rsidRPr="000E1F69" w:rsidRDefault="007F20B4" w:rsidP="003912DB">
            <w:pPr>
              <w:rPr>
                <w:rFonts w:asciiTheme="majorHAnsi" w:hAnsiTheme="majorHAnsi" w:cstheme="majorHAnsi"/>
              </w:rPr>
            </w:pPr>
            <w:r w:rsidRPr="000E1F69">
              <w:rPr>
                <w:rFonts w:asciiTheme="majorHAnsi" w:hAnsiTheme="majorHAnsi" w:cstheme="majorHAnsi"/>
              </w:rPr>
              <w:t xml:space="preserve">• How suitable are the proposed research methodology and working arrangements for achieving the project’s goals? </w:t>
            </w:r>
          </w:p>
          <w:p w14:paraId="3E7E58F3" w14:textId="77777777" w:rsidR="009929DB" w:rsidRPr="000E1F69" w:rsidRDefault="007F20B4" w:rsidP="003912DB">
            <w:pPr>
              <w:rPr>
                <w:rFonts w:asciiTheme="majorHAnsi" w:hAnsiTheme="majorHAnsi" w:cstheme="majorHAnsi"/>
              </w:rPr>
            </w:pPr>
            <w:r w:rsidRPr="000E1F69">
              <w:rPr>
                <w:rFonts w:asciiTheme="majorHAnsi" w:hAnsiTheme="majorHAnsi" w:cstheme="majorHAnsi"/>
              </w:rPr>
              <w:t xml:space="preserve">• How well are the timelines, resources, and PI´s commitment aligned with and justified for the successful execution of the project? </w:t>
            </w:r>
          </w:p>
          <w:p w14:paraId="01BAE8C6" w14:textId="30837723" w:rsidR="007F20B4" w:rsidRPr="000E1F69" w:rsidRDefault="007F20B4" w:rsidP="003912DB">
            <w:pPr>
              <w:rPr>
                <w:rFonts w:asciiTheme="majorHAnsi" w:hAnsiTheme="majorHAnsi" w:cstheme="majorHAnsi"/>
              </w:rPr>
            </w:pPr>
            <w:r w:rsidRPr="000E1F69">
              <w:rPr>
                <w:rFonts w:asciiTheme="majorHAnsi" w:hAnsiTheme="majorHAnsi" w:cstheme="majorHAnsi"/>
              </w:rPr>
              <w:t>• Which contingency measures can the PI anticipate addressing potential bottlenecks in the primary plan?</w:t>
            </w:r>
          </w:p>
        </w:tc>
      </w:tr>
      <w:tr w:rsidR="003912DB" w:rsidRPr="000E1F69" w14:paraId="2BB9B2FB" w14:textId="77777777" w:rsidTr="00D1526B">
        <w:trPr>
          <w:trHeight w:val="706"/>
          <w:jc w:val="center"/>
        </w:trPr>
        <w:tc>
          <w:tcPr>
            <w:tcW w:w="1490" w:type="dxa"/>
            <w:vMerge w:val="restart"/>
            <w:vAlign w:val="center"/>
          </w:tcPr>
          <w:p w14:paraId="7D049A10" w14:textId="77777777" w:rsidR="00900509" w:rsidRPr="000E1F69" w:rsidRDefault="00900509" w:rsidP="003912DB">
            <w:pPr>
              <w:rPr>
                <w:rFonts w:asciiTheme="majorHAnsi" w:hAnsiTheme="majorHAnsi" w:cstheme="majorHAnsi"/>
                <w:b/>
              </w:rPr>
            </w:pPr>
            <w:r w:rsidRPr="000E1F69">
              <w:rPr>
                <w:rFonts w:asciiTheme="majorHAnsi" w:hAnsiTheme="majorHAnsi" w:cstheme="majorHAnsi"/>
                <w:b/>
              </w:rPr>
              <w:t>Referências bibliográficas</w:t>
            </w:r>
          </w:p>
        </w:tc>
        <w:tc>
          <w:tcPr>
            <w:tcW w:w="7150" w:type="dxa"/>
            <w:vAlign w:val="center"/>
          </w:tcPr>
          <w:p w14:paraId="34974EE0" w14:textId="2B96491D" w:rsidR="00900509" w:rsidRPr="000E1F69" w:rsidRDefault="00900509" w:rsidP="003912DB">
            <w:pPr>
              <w:rPr>
                <w:rFonts w:asciiTheme="majorHAnsi" w:hAnsiTheme="majorHAnsi" w:cstheme="majorHAnsi"/>
              </w:rPr>
            </w:pPr>
            <w:r w:rsidRPr="000E1F69">
              <w:rPr>
                <w:rFonts w:asciiTheme="majorHAnsi" w:hAnsiTheme="majorHAnsi" w:cstheme="majorHAnsi"/>
              </w:rPr>
              <w:t>Lista completa | Limite: 10000 caracteres</w:t>
            </w:r>
          </w:p>
        </w:tc>
      </w:tr>
      <w:tr w:rsidR="003912DB" w:rsidRPr="000E1F69" w14:paraId="7F520E5B" w14:textId="77777777" w:rsidTr="00D1526B">
        <w:trPr>
          <w:trHeight w:val="2828"/>
          <w:jc w:val="center"/>
        </w:trPr>
        <w:tc>
          <w:tcPr>
            <w:tcW w:w="1490" w:type="dxa"/>
            <w:vMerge/>
            <w:vAlign w:val="center"/>
          </w:tcPr>
          <w:p w14:paraId="11F2E0B9" w14:textId="77777777" w:rsidR="00900509" w:rsidRPr="000E1F69" w:rsidRDefault="00900509" w:rsidP="003912DB">
            <w:pPr>
              <w:rPr>
                <w:rFonts w:asciiTheme="majorHAnsi" w:hAnsiTheme="majorHAnsi" w:cstheme="majorHAnsi"/>
                <w:b/>
              </w:rPr>
            </w:pPr>
          </w:p>
        </w:tc>
        <w:tc>
          <w:tcPr>
            <w:tcW w:w="7150" w:type="dxa"/>
            <w:vAlign w:val="center"/>
          </w:tcPr>
          <w:p w14:paraId="58B7F4B7" w14:textId="2557629F" w:rsidR="00EA7FD5" w:rsidRPr="000E1F69" w:rsidRDefault="00EA7FD5" w:rsidP="00EA7FD5">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10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5ECC2518" w14:textId="77777777" w:rsidR="00EA7FD5" w:rsidRPr="000E1F69" w:rsidRDefault="00EA7FD5" w:rsidP="003912DB">
            <w:pPr>
              <w:rPr>
                <w:rFonts w:asciiTheme="majorHAnsi" w:hAnsiTheme="majorHAnsi" w:cstheme="majorHAnsi"/>
              </w:rPr>
            </w:pPr>
          </w:p>
          <w:p w14:paraId="2DA3C890" w14:textId="1E8B3DBC" w:rsidR="00900509" w:rsidRPr="000E1F69" w:rsidRDefault="00900509" w:rsidP="003912DB">
            <w:pPr>
              <w:rPr>
                <w:rFonts w:asciiTheme="majorHAnsi" w:hAnsiTheme="majorHAnsi" w:cstheme="majorHAnsi"/>
              </w:rPr>
            </w:pPr>
            <w:r w:rsidRPr="000E1F69">
              <w:rPr>
                <w:rFonts w:asciiTheme="majorHAnsi" w:hAnsiTheme="majorHAnsi" w:cstheme="majorHAnsi"/>
              </w:rPr>
              <w:t>References cited in the state of the art and in the research plan and methods should be listed in this section, with a cross-referencing style chosen by the PI, namely: APA, MLA or Chicago. Each reference should include the following information: title; authors' names in the order in which they appear in the publication; name of the book or journal; editorial data, if applicable; volume number; page numbers; year of publication. If the publications are available electronically, the PI can add their URL, although this is not mandatory. Bibliographical references are not limited to the PI and team members’ publications.</w:t>
            </w:r>
          </w:p>
        </w:tc>
      </w:tr>
    </w:tbl>
    <w:p w14:paraId="0F93C9AA" w14:textId="77777777" w:rsidR="003912DB" w:rsidRPr="000E1F69" w:rsidRDefault="003912DB">
      <w:pPr>
        <w:rPr>
          <w:rFonts w:asciiTheme="majorHAnsi" w:eastAsiaTheme="majorEastAsia" w:hAnsiTheme="majorHAnsi" w:cstheme="majorHAnsi"/>
          <w:b/>
          <w:bCs/>
          <w:color w:val="000000" w:themeColor="text1"/>
          <w:sz w:val="28"/>
          <w:szCs w:val="28"/>
        </w:rPr>
      </w:pPr>
      <w:r w:rsidRPr="000E1F69">
        <w:rPr>
          <w:rFonts w:asciiTheme="majorHAnsi" w:hAnsiTheme="majorHAnsi" w:cstheme="majorHAnsi"/>
          <w:color w:val="000000" w:themeColor="text1"/>
        </w:rPr>
        <w:br w:type="page"/>
      </w:r>
    </w:p>
    <w:p w14:paraId="0EB8557F" w14:textId="5585F84F" w:rsidR="00D54212" w:rsidRPr="000E1F69" w:rsidRDefault="003912DB" w:rsidP="003912DB">
      <w:pPr>
        <w:pStyle w:val="Ttulo1"/>
        <w:spacing w:after="240"/>
        <w:rPr>
          <w:rFonts w:cstheme="majorHAnsi"/>
          <w:color w:val="1F497D" w:themeColor="text2"/>
        </w:rPr>
      </w:pPr>
      <w:bookmarkStart w:id="7" w:name="_Toc229482289"/>
      <w:r w:rsidRPr="000E1F69">
        <w:rPr>
          <w:rFonts w:cstheme="majorHAnsi"/>
          <w:color w:val="1F497D" w:themeColor="text2"/>
        </w:rPr>
        <w:lastRenderedPageBreak/>
        <w:t>TAREFAS E CRONOGRAMA</w:t>
      </w:r>
      <w:bookmarkEnd w:id="7"/>
    </w:p>
    <w:tbl>
      <w:tblPr>
        <w:tblStyle w:val="TabelacomGrelha"/>
        <w:tblW w:w="8642" w:type="dxa"/>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344"/>
        <w:gridCol w:w="7298"/>
      </w:tblGrid>
      <w:tr w:rsidR="00D54212" w:rsidRPr="000E1F69" w14:paraId="77AAA886" w14:textId="77777777" w:rsidTr="007A3862">
        <w:trPr>
          <w:trHeight w:val="531"/>
          <w:jc w:val="center"/>
        </w:trPr>
        <w:tc>
          <w:tcPr>
            <w:tcW w:w="1344" w:type="dxa"/>
            <w:tcBorders>
              <w:top w:val="nil"/>
              <w:bottom w:val="single" w:sz="12" w:space="0" w:color="auto"/>
            </w:tcBorders>
            <w:vAlign w:val="center"/>
          </w:tcPr>
          <w:p w14:paraId="50B490B3" w14:textId="31ECD420" w:rsidR="00D54212" w:rsidRPr="000E1F69" w:rsidRDefault="003912DB" w:rsidP="003912DB">
            <w:pPr>
              <w:tabs>
                <w:tab w:val="center" w:pos="2049"/>
                <w:tab w:val="right" w:pos="4099"/>
              </w:tabs>
              <w:rPr>
                <w:rFonts w:asciiTheme="majorHAnsi" w:hAnsiTheme="majorHAnsi" w:cstheme="majorHAnsi"/>
                <w:color w:val="1F497D" w:themeColor="text2"/>
              </w:rPr>
            </w:pPr>
            <w:r w:rsidRPr="000E1F69">
              <w:rPr>
                <w:rFonts w:asciiTheme="majorHAnsi" w:hAnsiTheme="majorHAnsi" w:cstheme="majorHAnsi"/>
                <w:b/>
                <w:color w:val="1F497D" w:themeColor="text2"/>
              </w:rPr>
              <w:t>CAMPO</w:t>
            </w:r>
          </w:p>
        </w:tc>
        <w:tc>
          <w:tcPr>
            <w:tcW w:w="7298" w:type="dxa"/>
            <w:tcBorders>
              <w:top w:val="nil"/>
              <w:bottom w:val="single" w:sz="12" w:space="0" w:color="auto"/>
            </w:tcBorders>
            <w:vAlign w:val="center"/>
          </w:tcPr>
          <w:p w14:paraId="3A1FF945" w14:textId="46708C6B" w:rsidR="00D54212" w:rsidRPr="000E1F69" w:rsidRDefault="003912DB" w:rsidP="003912DB">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D84846" w:rsidRPr="000E1F69" w14:paraId="0FC9901A" w14:textId="77777777" w:rsidTr="007A3862">
        <w:trPr>
          <w:trHeight w:val="1361"/>
          <w:jc w:val="center"/>
        </w:trPr>
        <w:tc>
          <w:tcPr>
            <w:tcW w:w="1344" w:type="dxa"/>
            <w:tcBorders>
              <w:top w:val="single" w:sz="12" w:space="0" w:color="auto"/>
            </w:tcBorders>
            <w:vAlign w:val="center"/>
          </w:tcPr>
          <w:p w14:paraId="6910226D" w14:textId="5DF67449" w:rsidR="00D84846" w:rsidRPr="000E1F69" w:rsidRDefault="00D84846" w:rsidP="003912DB">
            <w:pPr>
              <w:rPr>
                <w:rFonts w:asciiTheme="majorHAnsi" w:hAnsiTheme="majorHAnsi" w:cstheme="majorHAnsi"/>
                <w:b/>
                <w:bCs/>
                <w:lang w:val="pt-PT"/>
              </w:rPr>
            </w:pPr>
            <w:r w:rsidRPr="000E1F69">
              <w:rPr>
                <w:rFonts w:asciiTheme="majorHAnsi" w:hAnsiTheme="majorHAnsi" w:cstheme="majorHAnsi"/>
                <w:b/>
                <w:bCs/>
                <w:lang w:val="pt-PT"/>
              </w:rPr>
              <w:t>Descrição das tarefas e resultados esperados</w:t>
            </w:r>
          </w:p>
        </w:tc>
        <w:tc>
          <w:tcPr>
            <w:tcW w:w="7298" w:type="dxa"/>
            <w:tcBorders>
              <w:top w:val="single" w:sz="12" w:space="0" w:color="auto"/>
            </w:tcBorders>
            <w:vAlign w:val="center"/>
          </w:tcPr>
          <w:p w14:paraId="65A868D8" w14:textId="1DB7DB6A" w:rsidR="00EA7FD5" w:rsidRPr="000E1F69" w:rsidRDefault="00734CA1" w:rsidP="00EA7FD5">
            <w:pPr>
              <w:rPr>
                <w:rFonts w:asciiTheme="majorHAnsi" w:hAnsiTheme="majorHAnsi" w:cstheme="majorHAnsi"/>
                <w:color w:val="000000" w:themeColor="text1"/>
              </w:rPr>
            </w:pPr>
            <w:r>
              <w:rPr>
                <w:rFonts w:asciiTheme="majorHAnsi" w:hAnsiTheme="majorHAnsi" w:cstheme="majorHAnsi"/>
                <w:color w:val="000000" w:themeColor="text1"/>
              </w:rPr>
              <w:fldChar w:fldCharType="begin">
                <w:ffData>
                  <w:name w:val=""/>
                  <w:enabled/>
                  <w:calcOnExit/>
                  <w:textInput>
                    <w:maxLength w:val="32000"/>
                    <w:format w:val="Primeira letra maiúscula"/>
                  </w:textInput>
                </w:ffData>
              </w:fldChar>
            </w:r>
            <w:r>
              <w:rPr>
                <w:rFonts w:asciiTheme="majorHAnsi" w:hAnsiTheme="majorHAnsi" w:cstheme="majorHAnsi"/>
                <w:color w:val="000000" w:themeColor="text1"/>
              </w:rPr>
              <w:instrText xml:space="preserve"> FORMTEXT </w:instrText>
            </w:r>
            <w:r>
              <w:rPr>
                <w:rFonts w:asciiTheme="majorHAnsi" w:hAnsiTheme="majorHAnsi" w:cstheme="majorHAnsi"/>
                <w:color w:val="000000" w:themeColor="text1"/>
              </w:rPr>
            </w:r>
            <w:r>
              <w:rPr>
                <w:rFonts w:asciiTheme="majorHAnsi" w:hAnsiTheme="majorHAnsi" w:cstheme="majorHAnsi"/>
                <w:color w:val="000000" w:themeColor="text1"/>
              </w:rPr>
              <w:fldChar w:fldCharType="separate"/>
            </w:r>
            <w:r>
              <w:rPr>
                <w:rFonts w:asciiTheme="majorHAnsi" w:hAnsiTheme="majorHAnsi" w:cstheme="majorHAnsi"/>
                <w:noProof/>
                <w:color w:val="000000" w:themeColor="text1"/>
              </w:rPr>
              <w:t> </w:t>
            </w:r>
            <w:r>
              <w:rPr>
                <w:rFonts w:asciiTheme="majorHAnsi" w:hAnsiTheme="majorHAnsi" w:cstheme="majorHAnsi"/>
                <w:noProof/>
                <w:color w:val="000000" w:themeColor="text1"/>
              </w:rPr>
              <w:t> </w:t>
            </w:r>
            <w:r>
              <w:rPr>
                <w:rFonts w:asciiTheme="majorHAnsi" w:hAnsiTheme="majorHAnsi" w:cstheme="majorHAnsi"/>
                <w:noProof/>
                <w:color w:val="000000" w:themeColor="text1"/>
              </w:rPr>
              <w:t> </w:t>
            </w:r>
            <w:r>
              <w:rPr>
                <w:rFonts w:asciiTheme="majorHAnsi" w:hAnsiTheme="majorHAnsi" w:cstheme="majorHAnsi"/>
                <w:noProof/>
                <w:color w:val="000000" w:themeColor="text1"/>
              </w:rPr>
              <w:t> </w:t>
            </w:r>
            <w:r>
              <w:rPr>
                <w:rFonts w:asciiTheme="majorHAnsi" w:hAnsiTheme="majorHAnsi" w:cstheme="majorHAnsi"/>
                <w:noProof/>
                <w:color w:val="000000" w:themeColor="text1"/>
              </w:rPr>
              <w:t> </w:t>
            </w:r>
            <w:r>
              <w:rPr>
                <w:rFonts w:asciiTheme="majorHAnsi" w:hAnsiTheme="majorHAnsi" w:cstheme="majorHAnsi"/>
                <w:color w:val="000000" w:themeColor="text1"/>
              </w:rPr>
              <w:fldChar w:fldCharType="end"/>
            </w:r>
          </w:p>
          <w:p w14:paraId="5B123C84" w14:textId="77777777" w:rsidR="00EA7FD5" w:rsidRPr="000E1F69" w:rsidRDefault="00EA7FD5" w:rsidP="007A3862">
            <w:pPr>
              <w:rPr>
                <w:rFonts w:asciiTheme="majorHAnsi" w:hAnsiTheme="majorHAnsi" w:cstheme="majorHAnsi"/>
                <w:lang w:val="pt-PT"/>
              </w:rPr>
            </w:pPr>
          </w:p>
          <w:p w14:paraId="2B059248" w14:textId="2F62873E" w:rsidR="003912DB" w:rsidRPr="000E1F69" w:rsidRDefault="00D84846" w:rsidP="007A3862">
            <w:pPr>
              <w:rPr>
                <w:rFonts w:asciiTheme="majorHAnsi" w:hAnsiTheme="majorHAnsi" w:cstheme="majorHAnsi"/>
                <w:lang w:val="pt-PT"/>
              </w:rPr>
            </w:pPr>
            <w:r w:rsidRPr="000E1F69">
              <w:rPr>
                <w:rFonts w:asciiTheme="majorHAnsi" w:hAnsiTheme="majorHAnsi" w:cstheme="majorHAnsi"/>
                <w:lang w:val="pt-PT"/>
              </w:rPr>
              <w:t>Descrição das tarefas</w:t>
            </w:r>
            <w:r w:rsidR="00AA2210">
              <w:rPr>
                <w:rFonts w:asciiTheme="majorHAnsi" w:hAnsiTheme="majorHAnsi" w:cstheme="majorHAnsi"/>
                <w:lang w:val="pt-PT"/>
              </w:rPr>
              <w:t xml:space="preserve"> e cronograma das atividades</w:t>
            </w:r>
            <w:r w:rsidRPr="000E1F69">
              <w:rPr>
                <w:rFonts w:asciiTheme="majorHAnsi" w:hAnsiTheme="majorHAnsi" w:cstheme="majorHAnsi"/>
                <w:lang w:val="pt-PT"/>
              </w:rPr>
              <w:t xml:space="preserve"> | Limite: 4000 caracteres</w:t>
            </w:r>
            <w:r w:rsidR="00734CA1">
              <w:rPr>
                <w:rFonts w:asciiTheme="majorHAnsi" w:hAnsiTheme="majorHAnsi" w:cstheme="majorHAnsi"/>
                <w:lang w:val="pt-PT"/>
              </w:rPr>
              <w:t xml:space="preserve"> por tarefa (até 32000 caracteres)</w:t>
            </w:r>
          </w:p>
        </w:tc>
      </w:tr>
      <w:tr w:rsidR="009929DB" w:rsidRPr="000E1F69" w14:paraId="6E48D8AD" w14:textId="77777777" w:rsidTr="007A3862">
        <w:trPr>
          <w:trHeight w:val="953"/>
          <w:jc w:val="center"/>
        </w:trPr>
        <w:tc>
          <w:tcPr>
            <w:tcW w:w="1344" w:type="dxa"/>
            <w:vMerge w:val="restart"/>
            <w:vAlign w:val="center"/>
          </w:tcPr>
          <w:p w14:paraId="42A9F4E9" w14:textId="77777777" w:rsidR="009929DB" w:rsidRPr="000E1F69" w:rsidRDefault="009929DB" w:rsidP="003912DB">
            <w:pPr>
              <w:rPr>
                <w:rFonts w:asciiTheme="majorHAnsi" w:hAnsiTheme="majorHAnsi" w:cstheme="majorHAnsi"/>
                <w:b/>
                <w:bCs/>
              </w:rPr>
            </w:pPr>
            <w:r w:rsidRPr="000E1F69">
              <w:rPr>
                <w:rFonts w:asciiTheme="majorHAnsi" w:hAnsiTheme="majorHAnsi" w:cstheme="majorHAnsi"/>
                <w:b/>
                <w:bCs/>
              </w:rPr>
              <w:t>Lista de entregáveis</w:t>
            </w:r>
          </w:p>
        </w:tc>
        <w:tc>
          <w:tcPr>
            <w:tcW w:w="7298" w:type="dxa"/>
            <w:vAlign w:val="center"/>
          </w:tcPr>
          <w:p w14:paraId="0847B558" w14:textId="2A0737F6" w:rsidR="00EA7FD5" w:rsidRPr="000E1F69" w:rsidRDefault="00734CA1" w:rsidP="00EA7FD5">
            <w:pPr>
              <w:rPr>
                <w:rFonts w:asciiTheme="majorHAnsi" w:hAnsiTheme="majorHAnsi" w:cstheme="majorHAnsi"/>
                <w:color w:val="000000" w:themeColor="text1"/>
              </w:rPr>
            </w:pPr>
            <w:r>
              <w:rPr>
                <w:rFonts w:asciiTheme="majorHAnsi" w:hAnsiTheme="majorHAnsi" w:cstheme="majorHAnsi"/>
                <w:color w:val="000000" w:themeColor="text1"/>
              </w:rPr>
              <w:fldChar w:fldCharType="begin">
                <w:ffData>
                  <w:name w:val=""/>
                  <w:enabled/>
                  <w:calcOnExit/>
                  <w:textInput>
                    <w:maxLength w:val="6400"/>
                    <w:format w:val="Primeira letra maiúscula"/>
                  </w:textInput>
                </w:ffData>
              </w:fldChar>
            </w:r>
            <w:r>
              <w:rPr>
                <w:rFonts w:asciiTheme="majorHAnsi" w:hAnsiTheme="majorHAnsi" w:cstheme="majorHAnsi"/>
                <w:color w:val="000000" w:themeColor="text1"/>
              </w:rPr>
              <w:instrText xml:space="preserve"> FORMTEXT </w:instrText>
            </w:r>
            <w:r>
              <w:rPr>
                <w:rFonts w:asciiTheme="majorHAnsi" w:hAnsiTheme="majorHAnsi" w:cstheme="majorHAnsi"/>
                <w:color w:val="000000" w:themeColor="text1"/>
              </w:rPr>
            </w:r>
            <w:r>
              <w:rPr>
                <w:rFonts w:asciiTheme="majorHAnsi" w:hAnsiTheme="majorHAnsi" w:cstheme="majorHAnsi"/>
                <w:color w:val="000000" w:themeColor="text1"/>
              </w:rPr>
              <w:fldChar w:fldCharType="separate"/>
            </w:r>
            <w:r>
              <w:rPr>
                <w:rFonts w:asciiTheme="majorHAnsi" w:hAnsiTheme="majorHAnsi" w:cstheme="majorHAnsi"/>
                <w:noProof/>
                <w:color w:val="000000" w:themeColor="text1"/>
              </w:rPr>
              <w:t> </w:t>
            </w:r>
            <w:r>
              <w:rPr>
                <w:rFonts w:asciiTheme="majorHAnsi" w:hAnsiTheme="majorHAnsi" w:cstheme="majorHAnsi"/>
                <w:noProof/>
                <w:color w:val="000000" w:themeColor="text1"/>
              </w:rPr>
              <w:t> </w:t>
            </w:r>
            <w:r>
              <w:rPr>
                <w:rFonts w:asciiTheme="majorHAnsi" w:hAnsiTheme="majorHAnsi" w:cstheme="majorHAnsi"/>
                <w:noProof/>
                <w:color w:val="000000" w:themeColor="text1"/>
              </w:rPr>
              <w:t> </w:t>
            </w:r>
            <w:r>
              <w:rPr>
                <w:rFonts w:asciiTheme="majorHAnsi" w:hAnsiTheme="majorHAnsi" w:cstheme="majorHAnsi"/>
                <w:noProof/>
                <w:color w:val="000000" w:themeColor="text1"/>
              </w:rPr>
              <w:t> </w:t>
            </w:r>
            <w:r>
              <w:rPr>
                <w:rFonts w:asciiTheme="majorHAnsi" w:hAnsiTheme="majorHAnsi" w:cstheme="majorHAnsi"/>
                <w:noProof/>
                <w:color w:val="000000" w:themeColor="text1"/>
              </w:rPr>
              <w:t> </w:t>
            </w:r>
            <w:r>
              <w:rPr>
                <w:rFonts w:asciiTheme="majorHAnsi" w:hAnsiTheme="majorHAnsi" w:cstheme="majorHAnsi"/>
                <w:color w:val="000000" w:themeColor="text1"/>
              </w:rPr>
              <w:fldChar w:fldCharType="end"/>
            </w:r>
          </w:p>
          <w:p w14:paraId="44F7D42D" w14:textId="77777777" w:rsidR="00EA7FD5" w:rsidRPr="000E1F69" w:rsidRDefault="00EA7FD5" w:rsidP="003912DB">
            <w:pPr>
              <w:rPr>
                <w:rFonts w:asciiTheme="majorHAnsi" w:hAnsiTheme="majorHAnsi" w:cstheme="majorHAnsi"/>
              </w:rPr>
            </w:pPr>
          </w:p>
          <w:p w14:paraId="0D2562B8" w14:textId="66BDCCB6" w:rsidR="009929DB" w:rsidRPr="000E1F69" w:rsidRDefault="009929DB" w:rsidP="003912DB">
            <w:pPr>
              <w:rPr>
                <w:rFonts w:asciiTheme="majorHAnsi" w:hAnsiTheme="majorHAnsi" w:cstheme="majorHAnsi"/>
              </w:rPr>
            </w:pPr>
            <w:proofErr w:type="spellStart"/>
            <w:r w:rsidRPr="000E1F69">
              <w:rPr>
                <w:rFonts w:asciiTheme="majorHAnsi" w:hAnsiTheme="majorHAnsi" w:cstheme="majorHAnsi"/>
              </w:rPr>
              <w:t>Itens</w:t>
            </w:r>
            <w:proofErr w:type="spellEnd"/>
            <w:r w:rsidRPr="000E1F69">
              <w:rPr>
                <w:rFonts w:asciiTheme="majorHAnsi" w:hAnsiTheme="majorHAnsi" w:cstheme="majorHAnsi"/>
              </w:rPr>
              <w:t xml:space="preserve"> </w:t>
            </w:r>
            <w:proofErr w:type="spellStart"/>
            <w:r w:rsidRPr="000E1F69">
              <w:rPr>
                <w:rFonts w:asciiTheme="majorHAnsi" w:hAnsiTheme="majorHAnsi" w:cstheme="majorHAnsi"/>
              </w:rPr>
              <w:t>esperados</w:t>
            </w:r>
            <w:proofErr w:type="spellEnd"/>
            <w:r w:rsidRPr="000E1F69">
              <w:rPr>
                <w:rFonts w:asciiTheme="majorHAnsi" w:hAnsiTheme="majorHAnsi" w:cstheme="majorHAnsi"/>
              </w:rPr>
              <w:t xml:space="preserve"> | </w:t>
            </w:r>
            <w:proofErr w:type="spellStart"/>
            <w:r w:rsidRPr="000E1F69">
              <w:rPr>
                <w:rFonts w:asciiTheme="majorHAnsi" w:hAnsiTheme="majorHAnsi" w:cstheme="majorHAnsi"/>
              </w:rPr>
              <w:t>Limite</w:t>
            </w:r>
            <w:proofErr w:type="spellEnd"/>
            <w:r w:rsidRPr="000E1F69">
              <w:rPr>
                <w:rFonts w:asciiTheme="majorHAnsi" w:hAnsiTheme="majorHAnsi" w:cstheme="majorHAnsi"/>
              </w:rPr>
              <w:t xml:space="preserve">: 800 </w:t>
            </w:r>
            <w:proofErr w:type="spellStart"/>
            <w:r w:rsidRPr="000E1F69">
              <w:rPr>
                <w:rFonts w:asciiTheme="majorHAnsi" w:hAnsiTheme="majorHAnsi" w:cstheme="majorHAnsi"/>
              </w:rPr>
              <w:t>caracteres</w:t>
            </w:r>
            <w:proofErr w:type="spellEnd"/>
            <w:r w:rsidR="00734CA1">
              <w:rPr>
                <w:rFonts w:asciiTheme="majorHAnsi" w:hAnsiTheme="majorHAnsi" w:cstheme="majorHAnsi"/>
              </w:rPr>
              <w:t xml:space="preserve"> </w:t>
            </w:r>
            <w:proofErr w:type="spellStart"/>
            <w:r w:rsidR="00734CA1">
              <w:rPr>
                <w:rFonts w:asciiTheme="majorHAnsi" w:hAnsiTheme="majorHAnsi" w:cstheme="majorHAnsi"/>
              </w:rPr>
              <w:t>por</w:t>
            </w:r>
            <w:proofErr w:type="spellEnd"/>
            <w:r w:rsidR="00734CA1">
              <w:rPr>
                <w:rFonts w:asciiTheme="majorHAnsi" w:hAnsiTheme="majorHAnsi" w:cstheme="majorHAnsi"/>
              </w:rPr>
              <w:t xml:space="preserve"> </w:t>
            </w:r>
            <w:proofErr w:type="spellStart"/>
            <w:r w:rsidR="00734CA1">
              <w:rPr>
                <w:rFonts w:asciiTheme="majorHAnsi" w:hAnsiTheme="majorHAnsi" w:cstheme="majorHAnsi"/>
              </w:rPr>
              <w:t>entregável</w:t>
            </w:r>
            <w:proofErr w:type="spellEnd"/>
            <w:r w:rsidR="00734CA1">
              <w:rPr>
                <w:rFonts w:asciiTheme="majorHAnsi" w:hAnsiTheme="majorHAnsi" w:cstheme="majorHAnsi"/>
              </w:rPr>
              <w:t xml:space="preserve"> (</w:t>
            </w:r>
            <w:proofErr w:type="spellStart"/>
            <w:r w:rsidR="00734CA1">
              <w:rPr>
                <w:rFonts w:asciiTheme="majorHAnsi" w:hAnsiTheme="majorHAnsi" w:cstheme="majorHAnsi"/>
              </w:rPr>
              <w:t>até</w:t>
            </w:r>
            <w:proofErr w:type="spellEnd"/>
            <w:r w:rsidR="00734CA1">
              <w:rPr>
                <w:rFonts w:asciiTheme="majorHAnsi" w:hAnsiTheme="majorHAnsi" w:cstheme="majorHAnsi"/>
              </w:rPr>
              <w:t xml:space="preserve"> 6400 </w:t>
            </w:r>
            <w:proofErr w:type="spellStart"/>
            <w:r w:rsidR="00734CA1">
              <w:rPr>
                <w:rFonts w:asciiTheme="majorHAnsi" w:hAnsiTheme="majorHAnsi" w:cstheme="majorHAnsi"/>
              </w:rPr>
              <w:t>caracteres</w:t>
            </w:r>
            <w:proofErr w:type="spellEnd"/>
            <w:r w:rsidR="00734CA1">
              <w:rPr>
                <w:rFonts w:asciiTheme="majorHAnsi" w:hAnsiTheme="majorHAnsi" w:cstheme="majorHAnsi"/>
              </w:rPr>
              <w:t>)</w:t>
            </w:r>
          </w:p>
        </w:tc>
      </w:tr>
      <w:tr w:rsidR="009929DB" w:rsidRPr="000E1F69" w14:paraId="106CE610" w14:textId="77777777" w:rsidTr="007A3862">
        <w:trPr>
          <w:trHeight w:val="2114"/>
          <w:jc w:val="center"/>
        </w:trPr>
        <w:tc>
          <w:tcPr>
            <w:tcW w:w="1344" w:type="dxa"/>
            <w:vMerge/>
            <w:vAlign w:val="center"/>
          </w:tcPr>
          <w:p w14:paraId="7C39A622" w14:textId="77777777" w:rsidR="009929DB" w:rsidRPr="000E1F69" w:rsidRDefault="009929DB" w:rsidP="003912DB">
            <w:pPr>
              <w:rPr>
                <w:rFonts w:asciiTheme="majorHAnsi" w:hAnsiTheme="majorHAnsi" w:cstheme="majorHAnsi"/>
                <w:b/>
                <w:bCs/>
              </w:rPr>
            </w:pPr>
          </w:p>
        </w:tc>
        <w:tc>
          <w:tcPr>
            <w:tcW w:w="7298" w:type="dxa"/>
            <w:vAlign w:val="center"/>
          </w:tcPr>
          <w:p w14:paraId="4AA754CC" w14:textId="70494C32" w:rsidR="00DC2CA3" w:rsidRPr="000E1F69" w:rsidRDefault="00DC2CA3" w:rsidP="003912DB">
            <w:pPr>
              <w:rPr>
                <w:rFonts w:asciiTheme="majorHAnsi" w:hAnsiTheme="majorHAnsi" w:cstheme="majorHAnsi"/>
              </w:rPr>
            </w:pPr>
            <w:r w:rsidRPr="000E1F69">
              <w:rPr>
                <w:rFonts w:asciiTheme="majorHAnsi" w:hAnsiTheme="majorHAnsi" w:cstheme="majorHAnsi"/>
              </w:rPr>
              <w:t>In this section the PI should include deliverables that will demonstrate task completion. Include only deliverables that are essential for project monitoring and work completion. A deliverable may be produced by a single task or result from multiple related tasks. Under the Lump Sum funding, payment is based on work completion demonstrated through deliverables, not on research success or financial records.</w:t>
            </w:r>
          </w:p>
        </w:tc>
      </w:tr>
    </w:tbl>
    <w:p w14:paraId="04F2D070" w14:textId="77777777" w:rsidR="007A3862" w:rsidRPr="000E1F69" w:rsidRDefault="007A3862">
      <w:pPr>
        <w:rPr>
          <w:rFonts w:asciiTheme="majorHAnsi" w:eastAsiaTheme="majorEastAsia" w:hAnsiTheme="majorHAnsi" w:cstheme="majorHAnsi"/>
          <w:b/>
          <w:bCs/>
          <w:color w:val="365F91" w:themeColor="accent1" w:themeShade="BF"/>
          <w:sz w:val="28"/>
          <w:szCs w:val="28"/>
        </w:rPr>
      </w:pPr>
      <w:r w:rsidRPr="000E1F69">
        <w:rPr>
          <w:rFonts w:asciiTheme="majorHAnsi" w:hAnsiTheme="majorHAnsi" w:cstheme="majorHAnsi"/>
        </w:rPr>
        <w:br w:type="page"/>
      </w:r>
    </w:p>
    <w:p w14:paraId="4431D110" w14:textId="591210FB" w:rsidR="00D54212" w:rsidRPr="000E1F69" w:rsidRDefault="00D2528A" w:rsidP="00AA28F4">
      <w:pPr>
        <w:pStyle w:val="Ttulo1"/>
        <w:rPr>
          <w:rFonts w:cstheme="majorHAnsi"/>
          <w:color w:val="1F497D" w:themeColor="text2"/>
        </w:rPr>
      </w:pPr>
      <w:bookmarkStart w:id="8" w:name="_Toc229482290"/>
      <w:r w:rsidRPr="000E1F69">
        <w:rPr>
          <w:rFonts w:cstheme="majorHAnsi"/>
          <w:color w:val="1F497D" w:themeColor="text2"/>
        </w:rPr>
        <w:lastRenderedPageBreak/>
        <w:t>QUESTÕES ÉTICAS</w:t>
      </w:r>
      <w:bookmarkEnd w:id="8"/>
    </w:p>
    <w:p w14:paraId="0FE309A6" w14:textId="77777777" w:rsidR="00D2528A" w:rsidRPr="000E1F69" w:rsidRDefault="00D2528A" w:rsidP="00D2528A">
      <w:pPr>
        <w:rPr>
          <w:rFonts w:asciiTheme="majorHAnsi" w:hAnsiTheme="majorHAnsi" w:cstheme="majorHAnsi"/>
        </w:rPr>
      </w:pPr>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122"/>
        <w:gridCol w:w="6508"/>
      </w:tblGrid>
      <w:tr w:rsidR="00D54212" w:rsidRPr="000E1F69" w14:paraId="04E04E8C" w14:textId="77777777" w:rsidTr="00D2528A">
        <w:trPr>
          <w:trHeight w:val="521"/>
          <w:jc w:val="center"/>
        </w:trPr>
        <w:tc>
          <w:tcPr>
            <w:tcW w:w="2122" w:type="dxa"/>
            <w:tcBorders>
              <w:top w:val="nil"/>
              <w:bottom w:val="single" w:sz="12" w:space="0" w:color="auto"/>
            </w:tcBorders>
            <w:vAlign w:val="center"/>
          </w:tcPr>
          <w:p w14:paraId="462E3112" w14:textId="4E8F1BD1" w:rsidR="00D54212" w:rsidRPr="000E1F69" w:rsidRDefault="00D2528A" w:rsidP="00D2528A">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6508" w:type="dxa"/>
            <w:tcBorders>
              <w:top w:val="nil"/>
              <w:bottom w:val="single" w:sz="12" w:space="0" w:color="auto"/>
            </w:tcBorders>
            <w:vAlign w:val="center"/>
          </w:tcPr>
          <w:p w14:paraId="751D6CB5" w14:textId="04E58BBB" w:rsidR="00D54212" w:rsidRPr="000E1F69" w:rsidRDefault="00D2528A" w:rsidP="00D2528A">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D54212" w:rsidRPr="000E1F69" w14:paraId="2EF95B17" w14:textId="77777777" w:rsidTr="00D2528A">
        <w:trPr>
          <w:trHeight w:val="825"/>
          <w:jc w:val="center"/>
        </w:trPr>
        <w:tc>
          <w:tcPr>
            <w:tcW w:w="2122" w:type="dxa"/>
            <w:tcBorders>
              <w:top w:val="single" w:sz="12" w:space="0" w:color="auto"/>
            </w:tcBorders>
            <w:vAlign w:val="center"/>
          </w:tcPr>
          <w:p w14:paraId="2C320ED4" w14:textId="77777777" w:rsidR="00D54212" w:rsidRPr="000E1F69" w:rsidRDefault="008E5393" w:rsidP="00D2528A">
            <w:pPr>
              <w:rPr>
                <w:rFonts w:asciiTheme="majorHAnsi" w:hAnsiTheme="majorHAnsi" w:cstheme="majorHAnsi"/>
                <w:b/>
              </w:rPr>
            </w:pPr>
            <w:r w:rsidRPr="000E1F69">
              <w:rPr>
                <w:rFonts w:asciiTheme="majorHAnsi" w:hAnsiTheme="majorHAnsi" w:cstheme="majorHAnsi"/>
                <w:b/>
              </w:rPr>
              <w:t>Questões éticas identificadas</w:t>
            </w:r>
          </w:p>
        </w:tc>
        <w:tc>
          <w:tcPr>
            <w:tcW w:w="6508" w:type="dxa"/>
            <w:tcBorders>
              <w:top w:val="single" w:sz="12" w:space="0" w:color="auto"/>
            </w:tcBorders>
            <w:vAlign w:val="center"/>
          </w:tcPr>
          <w:p w14:paraId="0E0F2866" w14:textId="77777777" w:rsidR="00881CBE" w:rsidRPr="000E1F69" w:rsidRDefault="00881CBE" w:rsidP="00881CBE">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176F96D0" w14:textId="71697B00" w:rsidR="00D54212" w:rsidRPr="000E1F69" w:rsidRDefault="008E5393" w:rsidP="00D2528A">
            <w:pPr>
              <w:rPr>
                <w:rFonts w:asciiTheme="majorHAnsi" w:hAnsiTheme="majorHAnsi" w:cstheme="majorHAnsi"/>
              </w:rPr>
            </w:pPr>
            <w:r w:rsidRPr="000E1F69">
              <w:rPr>
                <w:rFonts w:asciiTheme="majorHAnsi" w:hAnsiTheme="majorHAnsi" w:cstheme="majorHAnsi"/>
              </w:rPr>
              <w:t xml:space="preserve">Sim/Não </w:t>
            </w:r>
          </w:p>
        </w:tc>
      </w:tr>
      <w:tr w:rsidR="00AD688F" w:rsidRPr="000E1F69" w14:paraId="6339B786" w14:textId="77777777" w:rsidTr="00D2528A">
        <w:trPr>
          <w:trHeight w:val="559"/>
          <w:jc w:val="center"/>
        </w:trPr>
        <w:tc>
          <w:tcPr>
            <w:tcW w:w="2122" w:type="dxa"/>
            <w:vMerge w:val="restart"/>
            <w:vAlign w:val="center"/>
          </w:tcPr>
          <w:p w14:paraId="2F285DAB" w14:textId="77777777" w:rsidR="00AD688F" w:rsidRPr="000E1F69" w:rsidRDefault="00AD688F" w:rsidP="00D2528A">
            <w:pPr>
              <w:rPr>
                <w:rFonts w:asciiTheme="majorHAnsi" w:hAnsiTheme="majorHAnsi" w:cstheme="majorHAnsi"/>
                <w:b/>
              </w:rPr>
            </w:pPr>
            <w:r w:rsidRPr="000E1F69">
              <w:rPr>
                <w:rFonts w:asciiTheme="majorHAnsi" w:hAnsiTheme="majorHAnsi" w:cstheme="majorHAnsi"/>
                <w:b/>
              </w:rPr>
              <w:t>Declarações de ética</w:t>
            </w:r>
          </w:p>
        </w:tc>
        <w:tc>
          <w:tcPr>
            <w:tcW w:w="6508" w:type="dxa"/>
            <w:vAlign w:val="center"/>
          </w:tcPr>
          <w:p w14:paraId="3A9E3A92" w14:textId="24201C00" w:rsidR="00AD688F" w:rsidRPr="000E1F69" w:rsidRDefault="00AD688F" w:rsidP="00D2528A">
            <w:pPr>
              <w:rPr>
                <w:rFonts w:asciiTheme="majorHAnsi" w:hAnsiTheme="majorHAnsi" w:cstheme="majorHAnsi"/>
              </w:rPr>
            </w:pPr>
            <w:r w:rsidRPr="000E1F69">
              <w:rPr>
                <w:rFonts w:asciiTheme="majorHAnsi" w:hAnsiTheme="majorHAnsi" w:cstheme="majorHAnsi"/>
              </w:rPr>
              <w:t xml:space="preserve">Detalhes </w:t>
            </w:r>
          </w:p>
        </w:tc>
      </w:tr>
      <w:tr w:rsidR="00AD688F" w:rsidRPr="000E1F69" w14:paraId="1F469821" w14:textId="77777777" w:rsidTr="00D2528A">
        <w:trPr>
          <w:trHeight w:val="1545"/>
          <w:jc w:val="center"/>
        </w:trPr>
        <w:tc>
          <w:tcPr>
            <w:tcW w:w="2122" w:type="dxa"/>
            <w:vMerge/>
            <w:vAlign w:val="center"/>
          </w:tcPr>
          <w:p w14:paraId="1D9A0096" w14:textId="77777777" w:rsidR="00AD688F" w:rsidRPr="000E1F69" w:rsidRDefault="00AD688F" w:rsidP="00D2528A">
            <w:pPr>
              <w:rPr>
                <w:rFonts w:asciiTheme="majorHAnsi" w:hAnsiTheme="majorHAnsi" w:cstheme="majorHAnsi"/>
                <w:b/>
              </w:rPr>
            </w:pPr>
          </w:p>
        </w:tc>
        <w:tc>
          <w:tcPr>
            <w:tcW w:w="6508" w:type="dxa"/>
            <w:vAlign w:val="center"/>
          </w:tcPr>
          <w:p w14:paraId="65431B0E" w14:textId="77777777" w:rsidR="00881CBE" w:rsidRPr="000E1F69" w:rsidRDefault="00881CBE" w:rsidP="00881CBE">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38152C05" w14:textId="768D8A86" w:rsidR="00AD688F" w:rsidRPr="000E1F69" w:rsidRDefault="00AD688F" w:rsidP="00D2528A">
            <w:pPr>
              <w:rPr>
                <w:rFonts w:asciiTheme="majorHAnsi" w:hAnsiTheme="majorHAnsi" w:cstheme="majorHAnsi"/>
              </w:rPr>
            </w:pPr>
            <w:r w:rsidRPr="000E1F69">
              <w:rPr>
                <w:rFonts w:asciiTheme="majorHAnsi" w:hAnsiTheme="majorHAnsi" w:cstheme="majorHAnsi"/>
              </w:rPr>
              <w:t xml:space="preserve">The PI should indicate whether there are any ethical issues identified in the project. If so, the PI should select the ethical statements considered to be the most appropriate and the reasons for your choice. </w:t>
            </w:r>
          </w:p>
        </w:tc>
      </w:tr>
      <w:tr w:rsidR="00AD688F" w:rsidRPr="000E1F69" w14:paraId="2BDBBA35" w14:textId="77777777" w:rsidTr="00D2528A">
        <w:trPr>
          <w:trHeight w:val="702"/>
          <w:jc w:val="center"/>
        </w:trPr>
        <w:tc>
          <w:tcPr>
            <w:tcW w:w="2122" w:type="dxa"/>
            <w:vMerge w:val="restart"/>
            <w:vAlign w:val="center"/>
          </w:tcPr>
          <w:p w14:paraId="38426A45" w14:textId="77777777" w:rsidR="00AD688F" w:rsidRPr="000E1F69" w:rsidRDefault="00AD688F" w:rsidP="00D2528A">
            <w:pPr>
              <w:rPr>
                <w:rFonts w:asciiTheme="majorHAnsi" w:hAnsiTheme="majorHAnsi" w:cstheme="majorHAnsi"/>
                <w:b/>
              </w:rPr>
            </w:pPr>
            <w:r w:rsidRPr="000E1F69">
              <w:rPr>
                <w:rFonts w:asciiTheme="majorHAnsi" w:hAnsiTheme="majorHAnsi" w:cstheme="majorHAnsi"/>
                <w:b/>
              </w:rPr>
              <w:t>Fundamentação</w:t>
            </w:r>
          </w:p>
        </w:tc>
        <w:tc>
          <w:tcPr>
            <w:tcW w:w="6508" w:type="dxa"/>
            <w:vAlign w:val="center"/>
          </w:tcPr>
          <w:p w14:paraId="365782B3" w14:textId="77777777" w:rsidR="00AD688F" w:rsidRPr="000E1F69" w:rsidRDefault="00AD688F" w:rsidP="00D2528A">
            <w:pPr>
              <w:rPr>
                <w:rFonts w:asciiTheme="majorHAnsi" w:hAnsiTheme="majorHAnsi" w:cstheme="majorHAnsi"/>
              </w:rPr>
            </w:pPr>
            <w:r w:rsidRPr="000E1F69">
              <w:rPr>
                <w:rFonts w:asciiTheme="majorHAnsi" w:hAnsiTheme="majorHAnsi" w:cstheme="majorHAnsi"/>
              </w:rPr>
              <w:t>Justificação | Limite: 3000 caracteres</w:t>
            </w:r>
          </w:p>
          <w:p w14:paraId="563DD45C" w14:textId="1B6F17D1" w:rsidR="00034B5D" w:rsidRPr="000E1F69" w:rsidRDefault="00034B5D" w:rsidP="00034B5D">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3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66F3A3B1" w14:textId="5DD9E0E8" w:rsidR="00034B5D" w:rsidRPr="000E1F69" w:rsidRDefault="00034B5D" w:rsidP="00D2528A">
            <w:pPr>
              <w:rPr>
                <w:rFonts w:asciiTheme="majorHAnsi" w:hAnsiTheme="majorHAnsi" w:cstheme="majorHAnsi"/>
              </w:rPr>
            </w:pPr>
          </w:p>
        </w:tc>
      </w:tr>
      <w:tr w:rsidR="00AD688F" w:rsidRPr="000E1F69" w14:paraId="566125DC" w14:textId="77777777" w:rsidTr="00D2528A">
        <w:trPr>
          <w:jc w:val="center"/>
        </w:trPr>
        <w:tc>
          <w:tcPr>
            <w:tcW w:w="2122" w:type="dxa"/>
            <w:vMerge/>
            <w:vAlign w:val="center"/>
          </w:tcPr>
          <w:p w14:paraId="577691F9" w14:textId="77777777" w:rsidR="00AD688F" w:rsidRPr="000E1F69" w:rsidRDefault="00AD688F" w:rsidP="00D2528A">
            <w:pPr>
              <w:rPr>
                <w:rFonts w:asciiTheme="majorHAnsi" w:hAnsiTheme="majorHAnsi" w:cstheme="majorHAnsi"/>
              </w:rPr>
            </w:pPr>
          </w:p>
        </w:tc>
        <w:tc>
          <w:tcPr>
            <w:tcW w:w="6508" w:type="dxa"/>
            <w:vAlign w:val="center"/>
          </w:tcPr>
          <w:p w14:paraId="7ACAEFDF" w14:textId="595E23F2" w:rsidR="00AD688F" w:rsidRPr="000E1F69" w:rsidRDefault="00AD688F" w:rsidP="00D2528A">
            <w:pPr>
              <w:rPr>
                <w:rFonts w:asciiTheme="majorHAnsi" w:hAnsiTheme="majorHAnsi" w:cstheme="majorHAnsi"/>
              </w:rPr>
            </w:pPr>
            <w:r w:rsidRPr="000E1F69">
              <w:rPr>
                <w:rFonts w:asciiTheme="majorHAnsi" w:hAnsiTheme="majorHAnsi" w:cstheme="majorHAnsi"/>
              </w:rPr>
              <w:t xml:space="preserve">The PI should also mention what </w:t>
            </w:r>
            <w:proofErr w:type="gramStart"/>
            <w:r w:rsidRPr="000E1F69">
              <w:rPr>
                <w:rFonts w:asciiTheme="majorHAnsi" w:hAnsiTheme="majorHAnsi" w:cstheme="majorHAnsi"/>
              </w:rPr>
              <w:t>are the national and European regulations</w:t>
            </w:r>
            <w:proofErr w:type="gramEnd"/>
            <w:r w:rsidRPr="000E1F69">
              <w:rPr>
                <w:rFonts w:asciiTheme="majorHAnsi" w:hAnsiTheme="majorHAnsi" w:cstheme="majorHAnsi"/>
              </w:rPr>
              <w:t>, as well as the best practices to be followed during the development of the project, regarding those ethical issues. The available options are described in the Ethics Self-Assessment Guide. If the project requires ethics approvals (e.g., ethics committees, animal welfare authorizations), the PI should ensure that the work plan accounts for the time needed to obtain these approvals, as they often take longer than expected and research cannot start without them. Evaluators will consider whether ethical issues have been appropriately addressed and whether the proposed timeline for obtaining approvals is realistic.</w:t>
            </w:r>
          </w:p>
        </w:tc>
      </w:tr>
    </w:tbl>
    <w:p w14:paraId="7544CFF6" w14:textId="77777777" w:rsidR="00D2528A" w:rsidRPr="000E1F69" w:rsidRDefault="00D2528A" w:rsidP="00AA28F4">
      <w:pPr>
        <w:pStyle w:val="Ttulo1"/>
        <w:rPr>
          <w:rFonts w:cstheme="majorHAnsi"/>
          <w:color w:val="auto"/>
        </w:rPr>
      </w:pPr>
    </w:p>
    <w:p w14:paraId="344EFE22" w14:textId="77777777" w:rsidR="00D2528A" w:rsidRPr="000E1F69" w:rsidRDefault="00D2528A">
      <w:pPr>
        <w:rPr>
          <w:rFonts w:asciiTheme="majorHAnsi" w:eastAsiaTheme="majorEastAsia" w:hAnsiTheme="majorHAnsi" w:cstheme="majorHAnsi"/>
          <w:b/>
          <w:bCs/>
          <w:sz w:val="28"/>
          <w:szCs w:val="28"/>
        </w:rPr>
      </w:pPr>
      <w:r w:rsidRPr="000E1F69">
        <w:rPr>
          <w:rFonts w:asciiTheme="majorHAnsi" w:hAnsiTheme="majorHAnsi" w:cstheme="majorHAnsi"/>
        </w:rPr>
        <w:br w:type="page"/>
      </w:r>
    </w:p>
    <w:p w14:paraId="2783553A" w14:textId="6BEB1344" w:rsidR="00D54212" w:rsidRPr="000E1F69" w:rsidRDefault="00D2528A" w:rsidP="00AA28F4">
      <w:pPr>
        <w:pStyle w:val="Ttulo1"/>
        <w:rPr>
          <w:rFonts w:cstheme="majorHAnsi"/>
          <w:color w:val="1F497D" w:themeColor="text2"/>
        </w:rPr>
      </w:pPr>
      <w:bookmarkStart w:id="9" w:name="_Toc229482291"/>
      <w:r w:rsidRPr="000E1F69">
        <w:rPr>
          <w:rFonts w:cstheme="majorHAnsi"/>
          <w:color w:val="1F497D" w:themeColor="text2"/>
        </w:rPr>
        <w:lastRenderedPageBreak/>
        <w:t>AGENDA 2030</w:t>
      </w:r>
      <w:bookmarkEnd w:id="9"/>
    </w:p>
    <w:p w14:paraId="7B5FEF8E" w14:textId="77777777" w:rsidR="00D2528A" w:rsidRPr="000E1F69" w:rsidRDefault="00D2528A" w:rsidP="00D2528A">
      <w:pPr>
        <w:rPr>
          <w:rFonts w:asciiTheme="majorHAnsi" w:hAnsiTheme="majorHAnsi" w:cstheme="majorHAnsi"/>
        </w:rPr>
      </w:pPr>
    </w:p>
    <w:tbl>
      <w:tblPr>
        <w:tblStyle w:val="TabelacomGrelha"/>
        <w:tblW w:w="864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0"/>
        <w:gridCol w:w="6902"/>
      </w:tblGrid>
      <w:tr w:rsidR="00D2528A" w:rsidRPr="000E1F69" w14:paraId="3CF3E7C7" w14:textId="77777777" w:rsidTr="00D2528A">
        <w:trPr>
          <w:trHeight w:val="521"/>
          <w:jc w:val="center"/>
        </w:trPr>
        <w:tc>
          <w:tcPr>
            <w:tcW w:w="1740" w:type="dxa"/>
            <w:tcBorders>
              <w:bottom w:val="single" w:sz="12" w:space="0" w:color="auto"/>
            </w:tcBorders>
            <w:vAlign w:val="center"/>
          </w:tcPr>
          <w:p w14:paraId="746960F8" w14:textId="40653699" w:rsidR="00D54212" w:rsidRPr="000E1F69" w:rsidRDefault="00D2528A" w:rsidP="00D2528A">
            <w:pPr>
              <w:rPr>
                <w:rFonts w:asciiTheme="majorHAnsi" w:hAnsiTheme="majorHAnsi" w:cstheme="majorHAnsi"/>
                <w:color w:val="1F497D" w:themeColor="text2"/>
              </w:rPr>
            </w:pPr>
            <w:r w:rsidRPr="000E1F69">
              <w:rPr>
                <w:rFonts w:asciiTheme="majorHAnsi" w:hAnsiTheme="majorHAnsi" w:cstheme="majorHAnsi"/>
                <w:b/>
                <w:color w:val="1F497D" w:themeColor="text2"/>
              </w:rPr>
              <w:t>CAMPO</w:t>
            </w:r>
          </w:p>
        </w:tc>
        <w:tc>
          <w:tcPr>
            <w:tcW w:w="6902" w:type="dxa"/>
            <w:tcBorders>
              <w:bottom w:val="single" w:sz="12" w:space="0" w:color="auto"/>
            </w:tcBorders>
            <w:vAlign w:val="center"/>
          </w:tcPr>
          <w:p w14:paraId="09B9EE34" w14:textId="5B48F765" w:rsidR="00D54212" w:rsidRPr="000E1F69" w:rsidRDefault="00D2528A" w:rsidP="00D2528A">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034B5D" w:rsidRPr="000E1F69" w14:paraId="453FCF72" w14:textId="77777777" w:rsidTr="00EF72EA">
        <w:trPr>
          <w:trHeight w:val="1108"/>
          <w:jc w:val="center"/>
        </w:trPr>
        <w:tc>
          <w:tcPr>
            <w:tcW w:w="1740" w:type="dxa"/>
            <w:vMerge w:val="restart"/>
            <w:tcBorders>
              <w:top w:val="single" w:sz="12" w:space="0" w:color="auto"/>
            </w:tcBorders>
            <w:vAlign w:val="center"/>
          </w:tcPr>
          <w:p w14:paraId="740FA18B" w14:textId="77777777" w:rsidR="00034B5D" w:rsidRPr="000E1F69" w:rsidRDefault="00034B5D" w:rsidP="00D2528A">
            <w:pPr>
              <w:rPr>
                <w:rFonts w:asciiTheme="majorHAnsi" w:hAnsiTheme="majorHAnsi" w:cstheme="majorHAnsi"/>
                <w:b/>
                <w:bCs/>
              </w:rPr>
            </w:pPr>
            <w:r w:rsidRPr="000E1F69">
              <w:rPr>
                <w:rFonts w:asciiTheme="majorHAnsi" w:hAnsiTheme="majorHAnsi" w:cstheme="majorHAnsi"/>
                <w:b/>
                <w:bCs/>
              </w:rPr>
              <w:t>Enquadramento nos ODS</w:t>
            </w:r>
          </w:p>
        </w:tc>
        <w:tc>
          <w:tcPr>
            <w:tcW w:w="6902" w:type="dxa"/>
            <w:tcBorders>
              <w:top w:val="single" w:sz="12" w:space="0" w:color="auto"/>
              <w:bottom w:val="single" w:sz="12" w:space="0" w:color="auto"/>
            </w:tcBorders>
            <w:vAlign w:val="center"/>
          </w:tcPr>
          <w:p w14:paraId="2A209CD9" w14:textId="77777777" w:rsidR="00034B5D" w:rsidRPr="000E1F69" w:rsidRDefault="00034B5D" w:rsidP="00D2528A">
            <w:pPr>
              <w:rPr>
                <w:rFonts w:asciiTheme="majorHAnsi" w:hAnsiTheme="majorHAnsi" w:cstheme="majorHAnsi"/>
              </w:rPr>
            </w:pPr>
            <w:r w:rsidRPr="000E1F69">
              <w:rPr>
                <w:rFonts w:asciiTheme="majorHAnsi" w:hAnsiTheme="majorHAnsi" w:cstheme="majorHAnsi"/>
              </w:rPr>
              <w:t xml:space="preserve">Indicar ODS relevantes </w:t>
            </w:r>
          </w:p>
          <w:p w14:paraId="16B5530D" w14:textId="6E61BE93" w:rsidR="00034B5D" w:rsidRPr="000E1F69" w:rsidRDefault="00034B5D" w:rsidP="00D2528A">
            <w:pPr>
              <w:rPr>
                <w:rFonts w:asciiTheme="majorHAnsi" w:hAnsiTheme="majorHAnsi" w:cstheme="majorHAnsi"/>
              </w:rPr>
            </w:pPr>
            <w:r w:rsidRPr="000E1F69">
              <w:rPr>
                <w:rFonts w:asciiTheme="majorHAnsi" w:hAnsiTheme="majorHAnsi" w:cstheme="majorHAnsi"/>
              </w:rPr>
              <w:t>In this section, the PI should identify one to three of the 17 SDGs from the United Nations 2030 Agenda.</w:t>
            </w:r>
          </w:p>
        </w:tc>
      </w:tr>
      <w:tr w:rsidR="00034B5D" w:rsidRPr="000E1F69" w14:paraId="1A228048" w14:textId="77777777" w:rsidTr="00EF72EA">
        <w:trPr>
          <w:trHeight w:val="1108"/>
          <w:jc w:val="center"/>
        </w:trPr>
        <w:tc>
          <w:tcPr>
            <w:tcW w:w="1740" w:type="dxa"/>
            <w:vMerge/>
            <w:vAlign w:val="center"/>
          </w:tcPr>
          <w:p w14:paraId="6004FA4A" w14:textId="77777777" w:rsidR="00034B5D" w:rsidRPr="000E1F69" w:rsidRDefault="00034B5D" w:rsidP="00D2528A">
            <w:pPr>
              <w:rPr>
                <w:rFonts w:asciiTheme="majorHAnsi" w:hAnsiTheme="majorHAnsi" w:cstheme="majorHAnsi"/>
                <w:b/>
                <w:bCs/>
              </w:rPr>
            </w:pPr>
          </w:p>
        </w:tc>
        <w:tc>
          <w:tcPr>
            <w:tcW w:w="6902" w:type="dxa"/>
            <w:tcBorders>
              <w:top w:val="single" w:sz="12" w:space="0" w:color="auto"/>
            </w:tcBorders>
            <w:vAlign w:val="center"/>
          </w:tcPr>
          <w:p w14:paraId="38A01430" w14:textId="77777777" w:rsidR="00034B5D" w:rsidRPr="000E1F69" w:rsidRDefault="00034B5D" w:rsidP="00034B5D">
            <w:pPr>
              <w:rPr>
                <w:rFonts w:asciiTheme="majorHAnsi" w:hAnsiTheme="majorHAnsi" w:cstheme="majorHAnsi"/>
              </w:rPr>
            </w:pPr>
            <w:r w:rsidRPr="000E1F69">
              <w:rPr>
                <w:rFonts w:asciiTheme="majorHAnsi" w:hAnsiTheme="majorHAnsi" w:cstheme="majorHAnsi"/>
              </w:rPr>
              <w:t>Justificação | Limite: 3000 caracteres</w:t>
            </w:r>
          </w:p>
          <w:p w14:paraId="70333A98" w14:textId="77777777" w:rsidR="00034B5D" w:rsidRPr="000E1F69" w:rsidRDefault="00034B5D" w:rsidP="00034B5D">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3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3A02D7ED" w14:textId="77777777" w:rsidR="00034B5D" w:rsidRPr="000E1F69" w:rsidRDefault="00034B5D" w:rsidP="00D2528A">
            <w:pPr>
              <w:rPr>
                <w:rFonts w:asciiTheme="majorHAnsi" w:hAnsiTheme="majorHAnsi" w:cstheme="majorHAnsi"/>
              </w:rPr>
            </w:pPr>
          </w:p>
        </w:tc>
      </w:tr>
    </w:tbl>
    <w:p w14:paraId="4CB2E5C1" w14:textId="0DE8647A" w:rsidR="00D2528A" w:rsidRPr="000E1F69" w:rsidRDefault="00D2528A" w:rsidP="007A0FEA">
      <w:pPr>
        <w:rPr>
          <w:rFonts w:asciiTheme="majorHAnsi" w:eastAsiaTheme="majorEastAsia" w:hAnsiTheme="majorHAnsi" w:cstheme="majorHAnsi"/>
          <w:b/>
          <w:bCs/>
          <w:sz w:val="28"/>
          <w:szCs w:val="28"/>
        </w:rPr>
      </w:pPr>
    </w:p>
    <w:sectPr w:rsidR="00D2528A" w:rsidRPr="000E1F69" w:rsidSect="000E1F69">
      <w:headerReference w:type="default" r:id="rId8"/>
      <w:footerReference w:type="default" r:id="rId9"/>
      <w:headerReference w:type="first" r:id="rId10"/>
      <w:pgSz w:w="12240" w:h="15840"/>
      <w:pgMar w:top="1440" w:right="1800" w:bottom="1440" w:left="156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0430C" w14:textId="77777777" w:rsidR="00504686" w:rsidRDefault="00504686" w:rsidP="0009795D">
      <w:pPr>
        <w:spacing w:after="0" w:line="240" w:lineRule="auto"/>
      </w:pPr>
      <w:r>
        <w:separator/>
      </w:r>
    </w:p>
  </w:endnote>
  <w:endnote w:type="continuationSeparator" w:id="0">
    <w:p w14:paraId="21724642" w14:textId="77777777" w:rsidR="00504686" w:rsidRDefault="00504686" w:rsidP="000979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20CE7" w14:textId="43208FFA" w:rsidR="000E1F69" w:rsidRPr="000E1F69" w:rsidRDefault="000E1F69" w:rsidP="000E1F69">
    <w:pPr>
      <w:pStyle w:val="Rodap"/>
      <w:ind w:left="-284"/>
      <w:rPr>
        <w:rFonts w:ascii="Calibri Light" w:eastAsia="Arial Unicode MS" w:hAnsi="Calibri Light" w:cs="Calibri Light"/>
        <w:color w:val="000000"/>
        <w:sz w:val="18"/>
        <w:szCs w:val="20"/>
        <w:bdr w:val="nil"/>
      </w:rPr>
    </w:pPr>
    <w:r w:rsidRPr="000E1F69">
      <w:rPr>
        <w:rFonts w:ascii="Calibri Light" w:eastAsia="Arial Unicode MS" w:hAnsi="Calibri Light" w:cs="Calibri Light"/>
        <w:color w:val="000000"/>
        <w:sz w:val="18"/>
        <w:szCs w:val="20"/>
        <w:bdr w:val="nil"/>
      </w:rPr>
      <w:fldChar w:fldCharType="begin"/>
    </w:r>
    <w:r w:rsidRPr="000E1F69">
      <w:rPr>
        <w:rFonts w:ascii="Calibri Light" w:eastAsia="Arial Unicode MS" w:hAnsi="Calibri Light" w:cs="Calibri Light"/>
        <w:color w:val="000000"/>
        <w:sz w:val="18"/>
        <w:szCs w:val="20"/>
        <w:bdr w:val="nil"/>
      </w:rPr>
      <w:instrText xml:space="preserve"> PAGE </w:instrText>
    </w:r>
    <w:r w:rsidRPr="000E1F69">
      <w:rPr>
        <w:rFonts w:ascii="Calibri Light" w:eastAsia="Arial Unicode MS" w:hAnsi="Calibri Light" w:cs="Calibri Light"/>
        <w:color w:val="000000"/>
        <w:sz w:val="18"/>
        <w:szCs w:val="20"/>
        <w:bdr w:val="nil"/>
      </w:rPr>
      <w:fldChar w:fldCharType="separate"/>
    </w:r>
    <w:r w:rsidRPr="000E1F69">
      <w:rPr>
        <w:rFonts w:ascii="Calibri Light" w:eastAsia="Arial Unicode MS" w:hAnsi="Calibri Light" w:cs="Calibri Light"/>
        <w:color w:val="000000"/>
        <w:sz w:val="18"/>
        <w:szCs w:val="20"/>
        <w:bdr w:val="nil"/>
      </w:rPr>
      <w:t>1</w:t>
    </w:r>
    <w:r w:rsidRPr="000E1F69">
      <w:rPr>
        <w:rFonts w:ascii="Calibri Light" w:eastAsia="Arial Unicode MS" w:hAnsi="Calibri Light" w:cs="Calibri Light"/>
        <w:color w:val="000000"/>
        <w:sz w:val="18"/>
        <w:szCs w:val="20"/>
        <w:bdr w:val="nil"/>
      </w:rPr>
      <w:fldChar w:fldCharType="end"/>
    </w:r>
    <w:r w:rsidRPr="000E1F69">
      <w:rPr>
        <w:rFonts w:ascii="Calibri Light" w:eastAsia="Arial Unicode MS" w:hAnsi="Calibri Light" w:cs="Calibri Light"/>
        <w:color w:val="000000"/>
        <w:sz w:val="18"/>
        <w:szCs w:val="20"/>
        <w:bdr w:val="nil"/>
      </w:rPr>
      <w:t xml:space="preserve"> de </w:t>
    </w:r>
    <w:r w:rsidRPr="000E1F69">
      <w:rPr>
        <w:rFonts w:ascii="Calibri Light" w:eastAsia="Arial Unicode MS" w:hAnsi="Calibri Light" w:cs="Calibri Light"/>
        <w:color w:val="000000"/>
        <w:sz w:val="18"/>
        <w:szCs w:val="20"/>
        <w:bdr w:val="nil"/>
      </w:rPr>
      <w:fldChar w:fldCharType="begin"/>
    </w:r>
    <w:r w:rsidRPr="000E1F69">
      <w:rPr>
        <w:rFonts w:ascii="Calibri Light" w:eastAsia="Arial Unicode MS" w:hAnsi="Calibri Light" w:cs="Calibri Light"/>
        <w:color w:val="000000"/>
        <w:sz w:val="18"/>
        <w:szCs w:val="20"/>
        <w:bdr w:val="nil"/>
      </w:rPr>
      <w:instrText xml:space="preserve"> NUMPAGES </w:instrText>
    </w:r>
    <w:r w:rsidRPr="000E1F69">
      <w:rPr>
        <w:rFonts w:ascii="Calibri Light" w:eastAsia="Arial Unicode MS" w:hAnsi="Calibri Light" w:cs="Calibri Light"/>
        <w:color w:val="000000"/>
        <w:sz w:val="18"/>
        <w:szCs w:val="20"/>
        <w:bdr w:val="nil"/>
      </w:rPr>
      <w:fldChar w:fldCharType="separate"/>
    </w:r>
    <w:r w:rsidRPr="000E1F69">
      <w:rPr>
        <w:rFonts w:ascii="Calibri Light" w:eastAsia="Arial Unicode MS" w:hAnsi="Calibri Light" w:cs="Calibri Light"/>
        <w:color w:val="000000"/>
        <w:sz w:val="18"/>
        <w:szCs w:val="20"/>
        <w:bdr w:val="nil"/>
      </w:rPr>
      <w:t>1</w:t>
    </w:r>
    <w:r w:rsidRPr="000E1F69">
      <w:rPr>
        <w:rFonts w:ascii="Calibri Light" w:eastAsia="Arial Unicode MS" w:hAnsi="Calibri Light" w:cs="Calibri Light"/>
        <w:color w:val="000000"/>
        <w:sz w:val="18"/>
        <w:szCs w:val="20"/>
        <w:bdr w:val="nil"/>
      </w:rPr>
      <w:fldChar w:fldCharType="end"/>
    </w:r>
  </w:p>
  <w:p w14:paraId="1F35C812" w14:textId="3476D2B7" w:rsidR="000E1F69" w:rsidRPr="000E1F69" w:rsidRDefault="000E1F69" w:rsidP="000E1F69">
    <w:pPr>
      <w:pBdr>
        <w:top w:val="nil"/>
        <w:left w:val="nil"/>
        <w:bottom w:val="nil"/>
        <w:right w:val="nil"/>
        <w:between w:val="nil"/>
        <w:bar w:val="nil"/>
      </w:pBdr>
      <w:tabs>
        <w:tab w:val="center" w:pos="4252"/>
        <w:tab w:val="right" w:pos="8504"/>
      </w:tabs>
      <w:spacing w:after="0" w:line="240" w:lineRule="auto"/>
      <w:ind w:left="-284"/>
      <w:rPr>
        <w:rFonts w:ascii="Calibri Light" w:eastAsia="Arial Unicode MS" w:hAnsi="Calibri Light" w:cs="Calibri Light"/>
        <w:sz w:val="18"/>
        <w:szCs w:val="20"/>
        <w:bdr w:val="nil"/>
      </w:rPr>
    </w:pPr>
    <w:r w:rsidRPr="000E1F69">
      <w:rPr>
        <w:rFonts w:ascii="Calibri Light" w:eastAsia="Arial Unicode MS" w:hAnsi="Calibri Light" w:cs="Calibri Light"/>
        <w:sz w:val="18"/>
        <w:szCs w:val="20"/>
        <w:bdr w:val="nil"/>
      </w:rPr>
      <w:t>Mod 41</w:t>
    </w:r>
    <w:r>
      <w:rPr>
        <w:rFonts w:ascii="Calibri Light" w:eastAsia="Arial Unicode MS" w:hAnsi="Calibri Light" w:cs="Calibri Light"/>
        <w:sz w:val="18"/>
        <w:szCs w:val="20"/>
        <w:bdr w:val="nil"/>
      </w:rPr>
      <w:t>8</w:t>
    </w:r>
    <w:r w:rsidRPr="000E1F69">
      <w:rPr>
        <w:rFonts w:ascii="Calibri Light" w:eastAsia="Arial Unicode MS" w:hAnsi="Calibri Light" w:cs="Calibri Light"/>
        <w:sz w:val="18"/>
        <w:szCs w:val="20"/>
        <w:bdr w:val="nil"/>
      </w:rPr>
      <w:t>_2.0</w:t>
    </w:r>
  </w:p>
  <w:p w14:paraId="76AAEDA8" w14:textId="65EBBF7C" w:rsidR="00D2528A" w:rsidRPr="000E1F69" w:rsidRDefault="000E1F69" w:rsidP="000E1F69">
    <w:pPr>
      <w:pBdr>
        <w:top w:val="nil"/>
        <w:left w:val="nil"/>
        <w:bottom w:val="nil"/>
        <w:right w:val="nil"/>
        <w:between w:val="nil"/>
        <w:bar w:val="nil"/>
      </w:pBdr>
      <w:tabs>
        <w:tab w:val="center" w:pos="4252"/>
        <w:tab w:val="right" w:pos="8504"/>
      </w:tabs>
      <w:spacing w:after="0" w:line="240" w:lineRule="auto"/>
      <w:ind w:left="-284"/>
      <w:rPr>
        <w:rFonts w:ascii="Calibri Light" w:eastAsia="Arial Unicode MS" w:hAnsi="Calibri Light" w:cs="Calibri Light"/>
        <w:sz w:val="14"/>
        <w:szCs w:val="20"/>
        <w:bdr w:val="nil"/>
      </w:rPr>
    </w:pPr>
    <w:r w:rsidRPr="000E1F69">
      <w:rPr>
        <w:rFonts w:ascii="Calibri Light" w:eastAsia="Arial Unicode MS" w:hAnsi="Calibri Light" w:cs="Calibri Light"/>
        <w:sz w:val="14"/>
        <w:szCs w:val="20"/>
        <w:bdr w:val="nil"/>
      </w:rPr>
      <w:t>SISTEMA INTERNO DE GARANTIA DA QUALIDADE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A9ABFB" w14:textId="77777777" w:rsidR="00504686" w:rsidRDefault="00504686" w:rsidP="0009795D">
      <w:pPr>
        <w:spacing w:after="0" w:line="240" w:lineRule="auto"/>
      </w:pPr>
      <w:r>
        <w:separator/>
      </w:r>
    </w:p>
  </w:footnote>
  <w:footnote w:type="continuationSeparator" w:id="0">
    <w:p w14:paraId="4E076FE7" w14:textId="77777777" w:rsidR="00504686" w:rsidRDefault="00504686" w:rsidP="000979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DAD9B" w14:textId="332498C2" w:rsidR="0009795D" w:rsidRPr="003A2ECE" w:rsidRDefault="000E1F69" w:rsidP="000E1F69">
    <w:pPr>
      <w:pStyle w:val="Cabealho"/>
      <w:tabs>
        <w:tab w:val="clear" w:pos="4680"/>
        <w:tab w:val="center" w:pos="4253"/>
      </w:tabs>
      <w:rPr>
        <w:rFonts w:asciiTheme="majorHAnsi" w:hAnsiTheme="majorHAnsi" w:cstheme="majorHAnsi"/>
        <w:lang w:val="pt-PT"/>
      </w:rPr>
    </w:pPr>
    <w:r w:rsidRPr="000E1F69">
      <w:rPr>
        <w:rFonts w:ascii="Times New Roman" w:eastAsia="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1E050BAB" wp14:editId="7EDD4517">
              <wp:simplePos x="0" y="0"/>
              <wp:positionH relativeFrom="margin">
                <wp:posOffset>1231265</wp:posOffset>
              </wp:positionH>
              <wp:positionV relativeFrom="paragraph">
                <wp:posOffset>113030</wp:posOffset>
              </wp:positionV>
              <wp:extent cx="4854575" cy="655320"/>
              <wp:effectExtent l="0" t="0" r="0" b="0"/>
              <wp:wrapThrough wrapText="bothSides">
                <wp:wrapPolygon edited="0">
                  <wp:start x="170" y="0"/>
                  <wp:lineTo x="170" y="20721"/>
                  <wp:lineTo x="21360" y="20721"/>
                  <wp:lineTo x="21360" y="0"/>
                  <wp:lineTo x="170" y="0"/>
                </wp:wrapPolygon>
              </wp:wrapThrough>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4575" cy="655320"/>
                      </a:xfrm>
                      <a:prstGeom prst="rect">
                        <a:avLst/>
                      </a:prstGeom>
                      <a:noFill/>
                      <a:ln>
                        <a:noFill/>
                      </a:ln>
                    </wps:spPr>
                    <wps:txbx>
                      <w:txbxContent>
                        <w:p w14:paraId="6EBFED96" w14:textId="1E8D44E8" w:rsidR="000E1F69" w:rsidRDefault="000E1F69" w:rsidP="000E1F69">
                          <w:pPr>
                            <w:pStyle w:val="LegendaFiguras"/>
                            <w:ind w:left="709"/>
                            <w:jc w:val="right"/>
                            <w:rPr>
                              <w:rFonts w:ascii="Calibri Light" w:hAnsi="Calibri Light"/>
                              <w:b/>
                              <w:bCs/>
                              <w:sz w:val="28"/>
                              <w:szCs w:val="28"/>
                            </w:rPr>
                          </w:pPr>
                          <w:r>
                            <w:rPr>
                              <w:rFonts w:ascii="Calibri Light" w:hAnsi="Calibri Light"/>
                              <w:b/>
                              <w:bCs/>
                              <w:sz w:val="28"/>
                              <w:szCs w:val="28"/>
                            </w:rPr>
                            <w:t>Formulário de candidatura</w:t>
                          </w:r>
                        </w:p>
                        <w:p w14:paraId="0D472B19" w14:textId="38E2FD6F" w:rsidR="000E1F69" w:rsidRPr="00AA16DB" w:rsidRDefault="000E1F69" w:rsidP="000E1F69">
                          <w:pPr>
                            <w:pStyle w:val="LegendaFiguras"/>
                            <w:ind w:left="709"/>
                            <w:jc w:val="right"/>
                            <w:rPr>
                              <w:sz w:val="24"/>
                            </w:rPr>
                          </w:pPr>
                          <w:r>
                            <w:rPr>
                              <w:rFonts w:ascii="Calibri Light" w:hAnsi="Calibri Light"/>
                              <w:b/>
                              <w:bCs/>
                              <w:sz w:val="28"/>
                              <w:szCs w:val="28"/>
                            </w:rPr>
                            <w:t>Concurso IGNIT 20226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050BAB" id="_x0000_t202" coordsize="21600,21600" o:spt="202" path="m,l,21600r21600,l21600,xe">
              <v:stroke joinstyle="miter"/>
              <v:path gradientshapeok="t" o:connecttype="rect"/>
            </v:shapetype>
            <v:shape id="Text Box 2" o:spid="_x0000_s1026" type="#_x0000_t202" style="position:absolute;margin-left:96.95pt;margin-top:8.9pt;width:382.25pt;height:51.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" filled="f" stroked="f">
              <v:textbox>
                <w:txbxContent>
                  <w:p w14:paraId="6EBFED96" w14:textId="1E8D44E8" w:rsidR="000E1F69" w:rsidRDefault="000E1F69" w:rsidP="000E1F69">
                    <w:pPr>
                      <w:pStyle w:val="LegendaFiguras"/>
                      <w:ind w:left="709"/>
                      <w:jc w:val="right"/>
                      <w:rPr>
                        <w:rFonts w:ascii="Calibri Light" w:hAnsi="Calibri Light"/>
                        <w:b/>
                        <w:bCs/>
                        <w:sz w:val="28"/>
                        <w:szCs w:val="28"/>
                      </w:rPr>
                    </w:pPr>
                    <w:r>
                      <w:rPr>
                        <w:rFonts w:ascii="Calibri Light" w:hAnsi="Calibri Light"/>
                        <w:b/>
                        <w:bCs/>
                        <w:sz w:val="28"/>
                        <w:szCs w:val="28"/>
                      </w:rPr>
                      <w:t>Formulário de candidatura</w:t>
                    </w:r>
                  </w:p>
                  <w:p w14:paraId="0D472B19" w14:textId="38E2FD6F" w:rsidR="000E1F69" w:rsidRPr="00AA16DB" w:rsidRDefault="000E1F69" w:rsidP="000E1F69">
                    <w:pPr>
                      <w:pStyle w:val="LegendaFiguras"/>
                      <w:ind w:left="709"/>
                      <w:jc w:val="right"/>
                      <w:rPr>
                        <w:sz w:val="24"/>
                      </w:rPr>
                    </w:pPr>
                    <w:r>
                      <w:rPr>
                        <w:rFonts w:ascii="Calibri Light" w:hAnsi="Calibri Light"/>
                        <w:b/>
                        <w:bCs/>
                        <w:sz w:val="28"/>
                        <w:szCs w:val="28"/>
                      </w:rPr>
                      <w:t>Concurso IGNIT 20226</w:t>
                    </w:r>
                  </w:p>
                </w:txbxContent>
              </v:textbox>
              <w10:wrap type="through" anchorx="margin"/>
            </v:shape>
          </w:pict>
        </mc:Fallback>
      </mc:AlternateContent>
    </w:r>
    <w:r w:rsidRPr="000E1F69">
      <w:rPr>
        <w:rFonts w:ascii="Times New Roman" w:eastAsia="Arial Unicode MS" w:hAnsi="Times New Roman" w:cs="Times New Roman"/>
        <w:noProof/>
        <w:sz w:val="24"/>
        <w:szCs w:val="24"/>
        <w:bdr w:val="nil"/>
      </w:rPr>
      <w:drawing>
        <wp:inline distT="0" distB="0" distL="0" distR="0" wp14:anchorId="17B942AE" wp14:editId="393FBB71">
          <wp:extent cx="939165" cy="847725"/>
          <wp:effectExtent l="0" t="0" r="0" b="9525"/>
          <wp:docPr id="137796300" name="Imagem 137796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165" cy="847725"/>
                  </a:xfrm>
                  <a:prstGeom prst="rect">
                    <a:avLst/>
                  </a:prstGeom>
                  <a:noFill/>
                </pic:spPr>
              </pic:pic>
            </a:graphicData>
          </a:graphic>
        </wp:inline>
      </w:drawing>
    </w:r>
  </w:p>
  <w:p w14:paraId="791C1432" w14:textId="77777777" w:rsidR="0009795D" w:rsidRPr="003A2ECE" w:rsidRDefault="0009795D" w:rsidP="0009795D">
    <w:pPr>
      <w:pStyle w:val="Cabealho"/>
      <w:tabs>
        <w:tab w:val="clear" w:pos="4680"/>
        <w:tab w:val="center" w:pos="4253"/>
      </w:tabs>
      <w:jc w:val="right"/>
      <w:rPr>
        <w:rFonts w:asciiTheme="majorHAnsi" w:hAnsiTheme="majorHAnsi" w:cstheme="majorHAnsi"/>
        <w:lang w:val="pt-PT"/>
      </w:rPr>
    </w:pPr>
  </w:p>
  <w:p w14:paraId="3C20DA7A" w14:textId="77777777" w:rsidR="0009795D" w:rsidRPr="003A2ECE" w:rsidRDefault="0009795D" w:rsidP="0009795D">
    <w:pPr>
      <w:pStyle w:val="Cabealho"/>
      <w:tabs>
        <w:tab w:val="clear" w:pos="4680"/>
        <w:tab w:val="center" w:pos="4253"/>
      </w:tabs>
      <w:jc w:val="right"/>
      <w:rPr>
        <w:rFonts w:asciiTheme="majorHAnsi" w:hAnsiTheme="majorHAnsi" w:cstheme="majorHAnsi"/>
        <w:lang w:val="pt-P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F989D" w14:textId="41CEE09C" w:rsidR="000E1F69" w:rsidRDefault="000E1F69">
    <w:pPr>
      <w:pStyle w:val="Cabealho"/>
    </w:pPr>
    <w:r w:rsidRPr="000E1F69">
      <w:rPr>
        <w:rFonts w:ascii="Times New Roman" w:eastAsia="Arial Unicode MS" w:hAnsi="Times New Roman" w:cs="Times New Roman"/>
        <w:noProof/>
        <w:sz w:val="24"/>
        <w:szCs w:val="24"/>
        <w:bdr w:val="nil"/>
      </w:rPr>
      <w:drawing>
        <wp:inline distT="0" distB="0" distL="0" distR="0" wp14:anchorId="388B8575" wp14:editId="5B8BA99A">
          <wp:extent cx="939165" cy="847725"/>
          <wp:effectExtent l="0" t="0" r="0" b="9525"/>
          <wp:docPr id="149563889" name="Imagem 149563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165" cy="84772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numerad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numerad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mmarc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mmarc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numerad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mmarcas"/>
      <w:lvlText w:val=""/>
      <w:lvlJc w:val="left"/>
      <w:pPr>
        <w:tabs>
          <w:tab w:val="num" w:pos="360"/>
        </w:tabs>
        <w:ind w:left="360" w:hanging="360"/>
      </w:pPr>
      <w:rPr>
        <w:rFonts w:ascii="Symbol" w:hAnsi="Symbol" w:hint="default"/>
      </w:rPr>
    </w:lvl>
  </w:abstractNum>
  <w:abstractNum w:abstractNumId="9" w15:restartNumberingAfterBreak="0">
    <w:nsid w:val="06337682"/>
    <w:multiLevelType w:val="hybridMultilevel"/>
    <w:tmpl w:val="5B50615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16cid:durableId="1771851103">
    <w:abstractNumId w:val="8"/>
  </w:num>
  <w:num w:numId="2" w16cid:durableId="8145696">
    <w:abstractNumId w:val="6"/>
  </w:num>
  <w:num w:numId="3" w16cid:durableId="522279425">
    <w:abstractNumId w:val="5"/>
  </w:num>
  <w:num w:numId="4" w16cid:durableId="120854620">
    <w:abstractNumId w:val="4"/>
  </w:num>
  <w:num w:numId="5" w16cid:durableId="1325009299">
    <w:abstractNumId w:val="7"/>
  </w:num>
  <w:num w:numId="6" w16cid:durableId="1341659795">
    <w:abstractNumId w:val="3"/>
  </w:num>
  <w:num w:numId="7" w16cid:durableId="1204908215">
    <w:abstractNumId w:val="2"/>
  </w:num>
  <w:num w:numId="8" w16cid:durableId="827866193">
    <w:abstractNumId w:val="1"/>
  </w:num>
  <w:num w:numId="9" w16cid:durableId="724062355">
    <w:abstractNumId w:val="0"/>
  </w:num>
  <w:num w:numId="10" w16cid:durableId="5490705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122E"/>
    <w:rsid w:val="0001137A"/>
    <w:rsid w:val="00017954"/>
    <w:rsid w:val="00034616"/>
    <w:rsid w:val="00034B5D"/>
    <w:rsid w:val="00041D7A"/>
    <w:rsid w:val="0006063C"/>
    <w:rsid w:val="00076374"/>
    <w:rsid w:val="00086DA5"/>
    <w:rsid w:val="00090D76"/>
    <w:rsid w:val="0009795D"/>
    <w:rsid w:val="000A5827"/>
    <w:rsid w:val="000E1F69"/>
    <w:rsid w:val="000F546B"/>
    <w:rsid w:val="00102089"/>
    <w:rsid w:val="00134370"/>
    <w:rsid w:val="0015074B"/>
    <w:rsid w:val="00154D52"/>
    <w:rsid w:val="0017778B"/>
    <w:rsid w:val="00190EFF"/>
    <w:rsid w:val="002936CB"/>
    <w:rsid w:val="0029429F"/>
    <w:rsid w:val="0029639D"/>
    <w:rsid w:val="00326F90"/>
    <w:rsid w:val="0033496E"/>
    <w:rsid w:val="003628B9"/>
    <w:rsid w:val="0037771E"/>
    <w:rsid w:val="003912DB"/>
    <w:rsid w:val="003A2ECE"/>
    <w:rsid w:val="003B06ED"/>
    <w:rsid w:val="003B1766"/>
    <w:rsid w:val="00454A9C"/>
    <w:rsid w:val="00491326"/>
    <w:rsid w:val="004B181E"/>
    <w:rsid w:val="005006A4"/>
    <w:rsid w:val="00504686"/>
    <w:rsid w:val="0050747A"/>
    <w:rsid w:val="00511947"/>
    <w:rsid w:val="0057246C"/>
    <w:rsid w:val="00586E88"/>
    <w:rsid w:val="005C3A0D"/>
    <w:rsid w:val="006318E0"/>
    <w:rsid w:val="00654BA7"/>
    <w:rsid w:val="0065774B"/>
    <w:rsid w:val="006D62DD"/>
    <w:rsid w:val="006E73FD"/>
    <w:rsid w:val="00734CA1"/>
    <w:rsid w:val="00772151"/>
    <w:rsid w:val="007A0FEA"/>
    <w:rsid w:val="007A3862"/>
    <w:rsid w:val="007F20B4"/>
    <w:rsid w:val="00817D50"/>
    <w:rsid w:val="008307E0"/>
    <w:rsid w:val="00881CBE"/>
    <w:rsid w:val="00895F70"/>
    <w:rsid w:val="008A3FD3"/>
    <w:rsid w:val="008B0A81"/>
    <w:rsid w:val="008E5393"/>
    <w:rsid w:val="00900509"/>
    <w:rsid w:val="00917CA8"/>
    <w:rsid w:val="00936565"/>
    <w:rsid w:val="00937BD1"/>
    <w:rsid w:val="00950179"/>
    <w:rsid w:val="00952D9E"/>
    <w:rsid w:val="009929DB"/>
    <w:rsid w:val="009C7568"/>
    <w:rsid w:val="009C7ACA"/>
    <w:rsid w:val="00A1206B"/>
    <w:rsid w:val="00A27978"/>
    <w:rsid w:val="00A50619"/>
    <w:rsid w:val="00A56593"/>
    <w:rsid w:val="00A63BE0"/>
    <w:rsid w:val="00A700B2"/>
    <w:rsid w:val="00A95E1E"/>
    <w:rsid w:val="00AA0E21"/>
    <w:rsid w:val="00AA1D8D"/>
    <w:rsid w:val="00AA2210"/>
    <w:rsid w:val="00AA28A8"/>
    <w:rsid w:val="00AA28F4"/>
    <w:rsid w:val="00AC4562"/>
    <w:rsid w:val="00AD6487"/>
    <w:rsid w:val="00AD688F"/>
    <w:rsid w:val="00B21508"/>
    <w:rsid w:val="00B47730"/>
    <w:rsid w:val="00B62291"/>
    <w:rsid w:val="00BF2F39"/>
    <w:rsid w:val="00C152B7"/>
    <w:rsid w:val="00C75AA3"/>
    <w:rsid w:val="00CB0664"/>
    <w:rsid w:val="00CB66CA"/>
    <w:rsid w:val="00D1526B"/>
    <w:rsid w:val="00D2528A"/>
    <w:rsid w:val="00D54212"/>
    <w:rsid w:val="00D82C31"/>
    <w:rsid w:val="00D84846"/>
    <w:rsid w:val="00DA6FAB"/>
    <w:rsid w:val="00DC2CA3"/>
    <w:rsid w:val="00DE1542"/>
    <w:rsid w:val="00DE6E73"/>
    <w:rsid w:val="00E16C09"/>
    <w:rsid w:val="00E45A08"/>
    <w:rsid w:val="00E66821"/>
    <w:rsid w:val="00E80D60"/>
    <w:rsid w:val="00E81416"/>
    <w:rsid w:val="00EA7FD5"/>
    <w:rsid w:val="00EB10ED"/>
    <w:rsid w:val="00EC0256"/>
    <w:rsid w:val="00ED2061"/>
    <w:rsid w:val="00EE1843"/>
    <w:rsid w:val="00EE4CF8"/>
    <w:rsid w:val="00F406B0"/>
    <w:rsid w:val="00F46C18"/>
    <w:rsid w:val="00F772EB"/>
    <w:rsid w:val="00FA5942"/>
    <w:rsid w:val="00FC693F"/>
    <w:rsid w:val="00FD3D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A7F38F"/>
  <w14:defaultImageDpi w14:val="330"/>
  <w15:docId w15:val="{82036A15-50CB-459E-8D4D-DB83BAD0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te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te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te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te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te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te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te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te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te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unhideWhenUsed/>
    <w:rsid w:val="00E618BF"/>
    <w:pPr>
      <w:tabs>
        <w:tab w:val="center" w:pos="4680"/>
        <w:tab w:val="right" w:pos="9360"/>
      </w:tabs>
      <w:spacing w:after="0" w:line="240" w:lineRule="auto"/>
    </w:pPr>
  </w:style>
  <w:style w:type="character" w:customStyle="1" w:styleId="CabealhoCarter">
    <w:name w:val="Cabeçalho Caráter"/>
    <w:basedOn w:val="Tipodeletrapredefinidodopargrafo"/>
    <w:link w:val="Cabealho"/>
    <w:uiPriority w:val="99"/>
    <w:rsid w:val="00E618BF"/>
  </w:style>
  <w:style w:type="paragraph" w:styleId="Rodap">
    <w:name w:val="footer"/>
    <w:basedOn w:val="Normal"/>
    <w:link w:val="RodapCarter"/>
    <w:uiPriority w:val="99"/>
    <w:unhideWhenUsed/>
    <w:rsid w:val="00E618BF"/>
    <w:pPr>
      <w:tabs>
        <w:tab w:val="center" w:pos="4680"/>
        <w:tab w:val="right" w:pos="9360"/>
      </w:tabs>
      <w:spacing w:after="0" w:line="240" w:lineRule="auto"/>
    </w:pPr>
  </w:style>
  <w:style w:type="character" w:customStyle="1" w:styleId="RodapCarter">
    <w:name w:val="Rodapé Caráter"/>
    <w:basedOn w:val="Tipodeletrapredefinidodopargrafo"/>
    <w:link w:val="Rodap"/>
    <w:uiPriority w:val="99"/>
    <w:rsid w:val="00E618BF"/>
  </w:style>
  <w:style w:type="paragraph" w:styleId="SemEspaamento">
    <w:name w:val="No Spacing"/>
    <w:uiPriority w:val="1"/>
    <w:qFormat/>
    <w:rsid w:val="00FC693F"/>
    <w:pPr>
      <w:spacing w:after="0" w:line="240" w:lineRule="auto"/>
    </w:pPr>
  </w:style>
  <w:style w:type="character" w:customStyle="1" w:styleId="Ttulo1Carter">
    <w:name w:val="Título 1 Caráter"/>
    <w:basedOn w:val="Tipodeletrapredefinidodopargrafo"/>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ter">
    <w:name w:val="Título 2 Caráter"/>
    <w:basedOn w:val="Tipodeletrapredefinidodopargrafo"/>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ter">
    <w:name w:val="Título 3 Caráter"/>
    <w:basedOn w:val="Tipodeletrapredefinidodopargrafo"/>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te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ter">
    <w:name w:val="Título Caráter"/>
    <w:basedOn w:val="Tipodeletrapredefinidodopargrafo"/>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te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ter">
    <w:name w:val="Subtítulo Caráter"/>
    <w:basedOn w:val="Tipodeletrapredefinidodopargrafo"/>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argrafodaLista">
    <w:name w:val="List Paragraph"/>
    <w:basedOn w:val="Normal"/>
    <w:uiPriority w:val="34"/>
    <w:qFormat/>
    <w:rsid w:val="00FC693F"/>
    <w:pPr>
      <w:ind w:left="720"/>
      <w:contextualSpacing/>
    </w:pPr>
  </w:style>
  <w:style w:type="paragraph" w:styleId="Corpodetexto">
    <w:name w:val="Body Text"/>
    <w:basedOn w:val="Normal"/>
    <w:link w:val="CorpodetextoCarter"/>
    <w:uiPriority w:val="99"/>
    <w:unhideWhenUsed/>
    <w:rsid w:val="00AA1D8D"/>
    <w:pPr>
      <w:spacing w:after="120"/>
    </w:pPr>
  </w:style>
  <w:style w:type="character" w:customStyle="1" w:styleId="CorpodetextoCarter">
    <w:name w:val="Corpo de texto Caráter"/>
    <w:basedOn w:val="Tipodeletrapredefinidodopargrafo"/>
    <w:link w:val="Corpodetexto"/>
    <w:uiPriority w:val="99"/>
    <w:rsid w:val="00AA1D8D"/>
  </w:style>
  <w:style w:type="paragraph" w:styleId="Corpodetexto2">
    <w:name w:val="Body Text 2"/>
    <w:basedOn w:val="Normal"/>
    <w:link w:val="Corpodetexto2Carter"/>
    <w:uiPriority w:val="99"/>
    <w:unhideWhenUsed/>
    <w:rsid w:val="00AA1D8D"/>
    <w:pPr>
      <w:spacing w:after="120" w:line="480" w:lineRule="auto"/>
    </w:pPr>
  </w:style>
  <w:style w:type="character" w:customStyle="1" w:styleId="Corpodetexto2Carter">
    <w:name w:val="Corpo de texto 2 Caráter"/>
    <w:basedOn w:val="Tipodeletrapredefinidodopargrafo"/>
    <w:link w:val="Corpodetexto2"/>
    <w:uiPriority w:val="99"/>
    <w:rsid w:val="00AA1D8D"/>
  </w:style>
  <w:style w:type="paragraph" w:styleId="Corpodetexto3">
    <w:name w:val="Body Text 3"/>
    <w:basedOn w:val="Normal"/>
    <w:link w:val="Corpodetexto3Carter"/>
    <w:uiPriority w:val="99"/>
    <w:unhideWhenUsed/>
    <w:rsid w:val="00AA1D8D"/>
    <w:pPr>
      <w:spacing w:after="120"/>
    </w:pPr>
    <w:rPr>
      <w:sz w:val="16"/>
      <w:szCs w:val="16"/>
    </w:rPr>
  </w:style>
  <w:style w:type="character" w:customStyle="1" w:styleId="Corpodetexto3Carter">
    <w:name w:val="Corpo de texto 3 Caráter"/>
    <w:basedOn w:val="Tipodeletrapredefinidodopargrafo"/>
    <w:link w:val="Corpodetexto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mmarcas">
    <w:name w:val="List Bullet"/>
    <w:basedOn w:val="Normal"/>
    <w:uiPriority w:val="99"/>
    <w:unhideWhenUsed/>
    <w:rsid w:val="00326F90"/>
    <w:pPr>
      <w:numPr>
        <w:numId w:val="1"/>
      </w:numPr>
      <w:contextualSpacing/>
    </w:pPr>
  </w:style>
  <w:style w:type="paragraph" w:styleId="Listacommarcas2">
    <w:name w:val="List Bullet 2"/>
    <w:basedOn w:val="Normal"/>
    <w:uiPriority w:val="99"/>
    <w:unhideWhenUsed/>
    <w:rsid w:val="00326F90"/>
    <w:pPr>
      <w:numPr>
        <w:numId w:val="2"/>
      </w:numPr>
      <w:contextualSpacing/>
    </w:pPr>
  </w:style>
  <w:style w:type="paragraph" w:styleId="Listacommarcas3">
    <w:name w:val="List Bullet 3"/>
    <w:basedOn w:val="Normal"/>
    <w:uiPriority w:val="99"/>
    <w:unhideWhenUsed/>
    <w:rsid w:val="00326F90"/>
    <w:pPr>
      <w:numPr>
        <w:numId w:val="3"/>
      </w:numPr>
      <w:contextualSpacing/>
    </w:pPr>
  </w:style>
  <w:style w:type="paragraph" w:styleId="Listanumerada">
    <w:name w:val="List Number"/>
    <w:basedOn w:val="Normal"/>
    <w:uiPriority w:val="99"/>
    <w:unhideWhenUsed/>
    <w:rsid w:val="00326F90"/>
    <w:pPr>
      <w:numPr>
        <w:numId w:val="5"/>
      </w:numPr>
      <w:contextualSpacing/>
    </w:pPr>
  </w:style>
  <w:style w:type="paragraph" w:styleId="Listanumerada2">
    <w:name w:val="List Number 2"/>
    <w:basedOn w:val="Normal"/>
    <w:uiPriority w:val="99"/>
    <w:unhideWhenUsed/>
    <w:rsid w:val="0029639D"/>
    <w:pPr>
      <w:numPr>
        <w:numId w:val="6"/>
      </w:numPr>
      <w:contextualSpacing/>
    </w:pPr>
  </w:style>
  <w:style w:type="paragraph" w:styleId="Listanumerada3">
    <w:name w:val="List Number 3"/>
    <w:basedOn w:val="Normal"/>
    <w:uiPriority w:val="99"/>
    <w:unhideWhenUsed/>
    <w:rsid w:val="0029639D"/>
    <w:pPr>
      <w:numPr>
        <w:numId w:val="7"/>
      </w:numPr>
      <w:contextualSpacing/>
    </w:pPr>
  </w:style>
  <w:style w:type="paragraph" w:styleId="Listadecont">
    <w:name w:val="List Continue"/>
    <w:basedOn w:val="Normal"/>
    <w:uiPriority w:val="99"/>
    <w:unhideWhenUsed/>
    <w:rsid w:val="0029639D"/>
    <w:pPr>
      <w:spacing w:after="120"/>
      <w:ind w:left="360"/>
      <w:contextualSpacing/>
    </w:pPr>
  </w:style>
  <w:style w:type="paragraph" w:styleId="Listadecont2">
    <w:name w:val="List Continue 2"/>
    <w:basedOn w:val="Normal"/>
    <w:uiPriority w:val="99"/>
    <w:unhideWhenUsed/>
    <w:rsid w:val="0029639D"/>
    <w:pPr>
      <w:spacing w:after="120"/>
      <w:ind w:left="720"/>
      <w:contextualSpacing/>
    </w:pPr>
  </w:style>
  <w:style w:type="paragraph" w:styleId="Listadecont3">
    <w:name w:val="List Continue 3"/>
    <w:basedOn w:val="Normal"/>
    <w:uiPriority w:val="99"/>
    <w:unhideWhenUsed/>
    <w:rsid w:val="0029639D"/>
    <w:pPr>
      <w:spacing w:after="120"/>
      <w:ind w:left="1080"/>
      <w:contextualSpacing/>
    </w:pPr>
  </w:style>
  <w:style w:type="paragraph" w:styleId="Textodemacro">
    <w:name w:val="macro"/>
    <w:link w:val="TextodemacroCarte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demacroCarter">
    <w:name w:val="Texto de macro Caráter"/>
    <w:basedOn w:val="Tipodeletrapredefinidodopargrafo"/>
    <w:link w:val="Textodemacro"/>
    <w:uiPriority w:val="99"/>
    <w:rsid w:val="0029639D"/>
    <w:rPr>
      <w:rFonts w:ascii="Courier" w:hAnsi="Courier"/>
      <w:sz w:val="20"/>
      <w:szCs w:val="20"/>
    </w:rPr>
  </w:style>
  <w:style w:type="paragraph" w:styleId="Citao">
    <w:name w:val="Quote"/>
    <w:basedOn w:val="Normal"/>
    <w:next w:val="Normal"/>
    <w:link w:val="CitaoCarter"/>
    <w:uiPriority w:val="29"/>
    <w:qFormat/>
    <w:rsid w:val="00FC693F"/>
    <w:rPr>
      <w:i/>
      <w:iCs/>
      <w:color w:val="000000" w:themeColor="text1"/>
    </w:rPr>
  </w:style>
  <w:style w:type="character" w:customStyle="1" w:styleId="CitaoCarter">
    <w:name w:val="Citação Caráter"/>
    <w:basedOn w:val="Tipodeletrapredefinidodopargrafo"/>
    <w:link w:val="Citao"/>
    <w:uiPriority w:val="29"/>
    <w:rsid w:val="00FC693F"/>
    <w:rPr>
      <w:i/>
      <w:iCs/>
      <w:color w:val="000000" w:themeColor="text1"/>
    </w:rPr>
  </w:style>
  <w:style w:type="character" w:customStyle="1" w:styleId="Ttulo4Carter">
    <w:name w:val="Título 4 Caráter"/>
    <w:basedOn w:val="Tipodeletrapredefinidodopargrafo"/>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ter">
    <w:name w:val="Título 5 Caráter"/>
    <w:basedOn w:val="Tipodeletrapredefinidodopargrafo"/>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ter">
    <w:name w:val="Título 6 Caráter"/>
    <w:basedOn w:val="Tipodeletrapredefinidodopargrafo"/>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ter">
    <w:name w:val="Título 7 Caráter"/>
    <w:basedOn w:val="Tipodeletrapredefinidodopargrafo"/>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ter">
    <w:name w:val="Título 8 Caráter"/>
    <w:basedOn w:val="Tipodeletrapredefinidodopargrafo"/>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ter">
    <w:name w:val="Título 9 Caráter"/>
    <w:basedOn w:val="Tipodeletrapredefinidodopargrafo"/>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Legenda">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orte">
    <w:name w:val="Strong"/>
    <w:basedOn w:val="Tipodeletrapredefinidodopargrafo"/>
    <w:uiPriority w:val="22"/>
    <w:qFormat/>
    <w:rsid w:val="00FC693F"/>
    <w:rPr>
      <w:b/>
      <w:bCs/>
    </w:rPr>
  </w:style>
  <w:style w:type="character" w:styleId="nfase">
    <w:name w:val="Emphasis"/>
    <w:basedOn w:val="Tipodeletrapredefinidodopargrafo"/>
    <w:uiPriority w:val="20"/>
    <w:qFormat/>
    <w:rsid w:val="00FC693F"/>
    <w:rPr>
      <w:i/>
      <w:iCs/>
    </w:rPr>
  </w:style>
  <w:style w:type="paragraph" w:styleId="CitaoIntensa">
    <w:name w:val="Intense Quote"/>
    <w:basedOn w:val="Normal"/>
    <w:next w:val="Normal"/>
    <w:link w:val="CitaoIntensaCarte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oIntensaCarter">
    <w:name w:val="Citação Intensa Caráter"/>
    <w:basedOn w:val="Tipodeletrapredefinidodopargrafo"/>
    <w:link w:val="CitaoIntensa"/>
    <w:uiPriority w:val="30"/>
    <w:rsid w:val="00FC693F"/>
    <w:rPr>
      <w:b/>
      <w:bCs/>
      <w:i/>
      <w:iCs/>
      <w:color w:val="4F81BD" w:themeColor="accent1"/>
    </w:rPr>
  </w:style>
  <w:style w:type="character" w:styleId="nfaseDiscreta">
    <w:name w:val="Subtle Emphasis"/>
    <w:basedOn w:val="Tipodeletrapredefinidodopargrafo"/>
    <w:uiPriority w:val="19"/>
    <w:qFormat/>
    <w:rsid w:val="00FC693F"/>
    <w:rPr>
      <w:i/>
      <w:iCs/>
      <w:color w:val="808080" w:themeColor="text1" w:themeTint="7F"/>
    </w:rPr>
  </w:style>
  <w:style w:type="character" w:styleId="nfaseIntensa">
    <w:name w:val="Intense Emphasis"/>
    <w:basedOn w:val="Tipodeletrapredefinidodopargrafo"/>
    <w:uiPriority w:val="21"/>
    <w:qFormat/>
    <w:rsid w:val="00FC693F"/>
    <w:rPr>
      <w:b/>
      <w:bCs/>
      <w:i/>
      <w:iCs/>
      <w:color w:val="4F81BD" w:themeColor="accent1"/>
    </w:rPr>
  </w:style>
  <w:style w:type="character" w:styleId="RefernciaDiscreta">
    <w:name w:val="Subtle Reference"/>
    <w:basedOn w:val="Tipodeletrapredefinidodopargrafo"/>
    <w:uiPriority w:val="31"/>
    <w:qFormat/>
    <w:rsid w:val="00FC693F"/>
    <w:rPr>
      <w:smallCaps/>
      <w:color w:val="C0504D" w:themeColor="accent2"/>
      <w:u w:val="single"/>
    </w:rPr>
  </w:style>
  <w:style w:type="character" w:styleId="RefernciaIntensa">
    <w:name w:val="Intense Reference"/>
    <w:basedOn w:val="Tipodeletrapredefinidodopargrafo"/>
    <w:uiPriority w:val="32"/>
    <w:qFormat/>
    <w:rsid w:val="00FC693F"/>
    <w:rPr>
      <w:b/>
      <w:bCs/>
      <w:smallCaps/>
      <w:color w:val="C0504D" w:themeColor="accent2"/>
      <w:spacing w:val="5"/>
      <w:u w:val="single"/>
    </w:rPr>
  </w:style>
  <w:style w:type="character" w:styleId="TtulodoLivro">
    <w:name w:val="Book Title"/>
    <w:basedOn w:val="Tipodeletrapredefinidodopargrafo"/>
    <w:uiPriority w:val="33"/>
    <w:qFormat/>
    <w:rsid w:val="00FC693F"/>
    <w:rPr>
      <w:b/>
      <w:bCs/>
      <w:smallCaps/>
      <w:spacing w:val="5"/>
    </w:rPr>
  </w:style>
  <w:style w:type="paragraph" w:styleId="Cabealhodondice">
    <w:name w:val="TOC Heading"/>
    <w:basedOn w:val="Ttulo1"/>
    <w:next w:val="Normal"/>
    <w:uiPriority w:val="39"/>
    <w:unhideWhenUsed/>
    <w:qFormat/>
    <w:rsid w:val="00FC693F"/>
    <w:pPr>
      <w:outlineLvl w:val="9"/>
    </w:pPr>
  </w:style>
  <w:style w:type="table" w:styleId="TabelacomGrelha">
    <w:name w:val="Table Grid"/>
    <w:basedOn w:val="Tabe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e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Cor1">
    <w:name w:val="Light Shading Accent 1"/>
    <w:basedOn w:val="Tabe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Cor2">
    <w:name w:val="Light Shading Accent 2"/>
    <w:basedOn w:val="Tabe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Cor3">
    <w:name w:val="Light Shading Accent 3"/>
    <w:basedOn w:val="Tabe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Cor4">
    <w:name w:val="Light Shading Accent 4"/>
    <w:basedOn w:val="Tabe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Cor5">
    <w:name w:val="Light Shading Accent 5"/>
    <w:basedOn w:val="Tabe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Cor6">
    <w:name w:val="Light Shading Accent 6"/>
    <w:basedOn w:val="Tabe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e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Cor1">
    <w:name w:val="Light List Accent 1"/>
    <w:basedOn w:val="Tabe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Cor2">
    <w:name w:val="Light List Accent 2"/>
    <w:basedOn w:val="Tabe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Cor3">
    <w:name w:val="Light List Accent 3"/>
    <w:basedOn w:val="Tabe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Cor4">
    <w:name w:val="Light List Accent 4"/>
    <w:basedOn w:val="Tabe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Cor5">
    <w:name w:val="Light List Accent 5"/>
    <w:basedOn w:val="Tabe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Cor6">
    <w:name w:val="Light List Accent 6"/>
    <w:basedOn w:val="Tabe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elhaClara">
    <w:name w:val="Light Grid"/>
    <w:basedOn w:val="Tabe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elhaClara-Cor1">
    <w:name w:val="Light Grid Accent 1"/>
    <w:basedOn w:val="Tabe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elhaClara-Cor2">
    <w:name w:val="Light Grid Accent 2"/>
    <w:basedOn w:val="Tabe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elhaClara-Cor3">
    <w:name w:val="Light Grid Accent 3"/>
    <w:basedOn w:val="Tabe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elhaClara-Cor4">
    <w:name w:val="Light Grid Accent 4"/>
    <w:basedOn w:val="Tabe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elhaClara-Cor5">
    <w:name w:val="Light Grid Accent 5"/>
    <w:basedOn w:val="Tabe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elhaClara-Cor6">
    <w:name w:val="Light Grid Accent 6"/>
    <w:basedOn w:val="Tabe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dio1">
    <w:name w:val="Medium Shading 1"/>
    <w:basedOn w:val="Tabe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dio1-Cor1">
    <w:name w:val="Medium Shading 1 Accent 1"/>
    <w:basedOn w:val="Tabe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dio1-Cor2">
    <w:name w:val="Medium Shading 1 Accent 2"/>
    <w:basedOn w:val="Tabe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dio1-Cor3">
    <w:name w:val="Medium Shading 1 Accent 3"/>
    <w:basedOn w:val="Tabe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dio1-Cor4">
    <w:name w:val="Medium Shading 1 Accent 4"/>
    <w:basedOn w:val="Tabe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dio1-Cor5">
    <w:name w:val="Medium Shading 1 Accent 5"/>
    <w:basedOn w:val="Tabe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dio1-Cor6">
    <w:name w:val="Medium Shading 1 Accent 6"/>
    <w:basedOn w:val="Tabe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dio2">
    <w:name w:val="Medium Shading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1">
    <w:name w:val="Medium Shading 2 Accent 1"/>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2">
    <w:name w:val="Medium Shading 2 Accent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3">
    <w:name w:val="Medium Shading 2 Accent 3"/>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4">
    <w:name w:val="Medium Shading 2 Accent 4"/>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5">
    <w:name w:val="Medium Shading 2 Accent 5"/>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6">
    <w:name w:val="Medium Shading 2 Accent 6"/>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dia1">
    <w:name w:val="Medium List 1"/>
    <w:basedOn w:val="Tabe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dia1-Cor1">
    <w:name w:val="Medium List 1 Accent 1"/>
    <w:basedOn w:val="Tabe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dia1-Cor2">
    <w:name w:val="Medium List 1 Accent 2"/>
    <w:basedOn w:val="Tabe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dia1-Cor3">
    <w:name w:val="Medium List 1 Accent 3"/>
    <w:basedOn w:val="Tabe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dia1-Cor4">
    <w:name w:val="Medium List 1 Accent 4"/>
    <w:basedOn w:val="Tabe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dia1-Cor5">
    <w:name w:val="Medium List 1 Accent 5"/>
    <w:basedOn w:val="Tabe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dia1-Cor6">
    <w:name w:val="Medium List 1 Accent 6"/>
    <w:basedOn w:val="Tabe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dia2">
    <w:name w:val="Medium Lis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1">
    <w:name w:val="Medium List 2 Accent 1"/>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2">
    <w:name w:val="Medium List 2 Accen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3">
    <w:name w:val="Medium List 2 Accent 3"/>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4">
    <w:name w:val="Medium List 2 Accent 4"/>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5">
    <w:name w:val="Medium List 2 Accent 5"/>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6">
    <w:name w:val="Medium List 2 Accent 6"/>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elhaMdia1">
    <w:name w:val="Medium Grid 1"/>
    <w:basedOn w:val="Tabe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elhaMdia1-Cor1">
    <w:name w:val="Medium Grid 1 Accent 1"/>
    <w:basedOn w:val="Tabe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elhaMdia1-Cor2">
    <w:name w:val="Medium Grid 1 Accent 2"/>
    <w:basedOn w:val="Tabe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elhaMdia1-Cor3">
    <w:name w:val="Medium Grid 1 Accent 3"/>
    <w:basedOn w:val="Tabe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elhaMdia1-Cor4">
    <w:name w:val="Medium Grid 1 Accent 4"/>
    <w:basedOn w:val="Tabe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elhaMdia1-Cor5">
    <w:name w:val="Medium Grid 1 Accent 5"/>
    <w:basedOn w:val="Tabe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elhaMdia1-Cor6">
    <w:name w:val="Medium Grid 1 Accent 6"/>
    <w:basedOn w:val="Tabe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elhaMdia2">
    <w:name w:val="Medium Grid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elhaMdia2-Cor1">
    <w:name w:val="Medium Grid 2 Accent 1"/>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elhaMdia2-Cor2">
    <w:name w:val="Medium Grid 2 Accent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elhaMdia2-Cor3">
    <w:name w:val="Medium Grid 2 Accent 3"/>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elhaMdia2-Cor4">
    <w:name w:val="Medium Grid 2 Accent 4"/>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elhaMdia2-Cor5">
    <w:name w:val="Medium Grid 2 Accent 5"/>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elhaMdia2-Cor6">
    <w:name w:val="Medium Grid 2 Accent 6"/>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elhaMdia3">
    <w:name w:val="Medium Grid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elhaMdia3-Cor1">
    <w:name w:val="Medium Grid 3 Accent 1"/>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elhaMdia3-Cor2">
    <w:name w:val="Medium Grid 3 Accent 2"/>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elhaMdia3-Cor3">
    <w:name w:val="Medium Grid 3 Accent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elhaMdia3-Cor4">
    <w:name w:val="Medium Grid 3 Accent 4"/>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elhaMdia3-Cor5">
    <w:name w:val="Medium Grid 3 Accent 5"/>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elhaMdia3-Cor6">
    <w:name w:val="Medium Grid 3 Accent 6"/>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Escura">
    <w:name w:val="Dark List"/>
    <w:basedOn w:val="Tabe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Escura-Cor1">
    <w:name w:val="Dark List Accent 1"/>
    <w:basedOn w:val="Tabe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Escura-Cor2">
    <w:name w:val="Dark List Accent 2"/>
    <w:basedOn w:val="Tabe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Escura-Cor3">
    <w:name w:val="Dark List Accent 3"/>
    <w:basedOn w:val="Tabe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Escura-Cor4">
    <w:name w:val="Dark List Accent 4"/>
    <w:basedOn w:val="Tabe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Escura-Cor5">
    <w:name w:val="Dark List Accent 5"/>
    <w:basedOn w:val="Tabe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Escura-Cor6">
    <w:name w:val="Dark List Accent 6"/>
    <w:basedOn w:val="Tabe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Colorido">
    <w:name w:val="Colorful Shading"/>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Colorido-Cor1">
    <w:name w:val="Colorful Shading Accent 1"/>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Colorido-Cor2">
    <w:name w:val="Colorful Shading Accent 2"/>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Colorido-Cor3">
    <w:name w:val="Colorful Shading Accent 3"/>
    <w:basedOn w:val="Tabe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Colorido-Cor4">
    <w:name w:val="Colorful Shading Accent 4"/>
    <w:basedOn w:val="Tabe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Colorido-Cor5">
    <w:name w:val="Colorful Shading Accent 5"/>
    <w:basedOn w:val="Tabe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Colorido-Cor6">
    <w:name w:val="Colorful Shading Accent 6"/>
    <w:basedOn w:val="Tabe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Colorida">
    <w:name w:val="Colorful List"/>
    <w:basedOn w:val="Tabe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Colorida-Cor1">
    <w:name w:val="Colorful List Accent 1"/>
    <w:basedOn w:val="Tabe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Colorida-Cor2">
    <w:name w:val="Colorful List Accent 2"/>
    <w:basedOn w:val="Tabe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Colorida-Cor3">
    <w:name w:val="Colorful List Accent 3"/>
    <w:basedOn w:val="Tabe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Colorida-Cor4">
    <w:name w:val="Colorful List Accent 4"/>
    <w:basedOn w:val="Tabe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Colorida-Cor5">
    <w:name w:val="Colorful List Accent 5"/>
    <w:basedOn w:val="Tabe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Colorida-Cor6">
    <w:name w:val="Colorful List Accent 6"/>
    <w:basedOn w:val="Tabe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elhaColorida">
    <w:name w:val="Colorful Grid"/>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elhaColorida-Cor1">
    <w:name w:val="Colorful Grid Accent 1"/>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elhaColorida-Cor2">
    <w:name w:val="Colorful Grid Accent 2"/>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elhaColorida-Cor3">
    <w:name w:val="Colorful Grid Accent 3"/>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elhaColorida-Cor4">
    <w:name w:val="Colorful Grid Accent 4"/>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elhaColorida-Cor5">
    <w:name w:val="Colorful Grid Accent 5"/>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elhaColorida-Cor6">
    <w:name w:val="Colorful Grid Accent 6"/>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iperligao">
    <w:name w:val="Hyperlink"/>
    <w:basedOn w:val="Tipodeletrapredefinidodopargrafo"/>
    <w:uiPriority w:val="99"/>
    <w:unhideWhenUsed/>
    <w:rsid w:val="00C75AA3"/>
    <w:rPr>
      <w:color w:val="0000FF" w:themeColor="hyperlink"/>
      <w:u w:val="single"/>
    </w:rPr>
  </w:style>
  <w:style w:type="character" w:styleId="MenoNoResolvida">
    <w:name w:val="Unresolved Mention"/>
    <w:basedOn w:val="Tipodeletrapredefinidodopargrafo"/>
    <w:uiPriority w:val="99"/>
    <w:semiHidden/>
    <w:unhideWhenUsed/>
    <w:rsid w:val="00C75AA3"/>
    <w:rPr>
      <w:color w:val="605E5C"/>
      <w:shd w:val="clear" w:color="auto" w:fill="E1DFDD"/>
    </w:rPr>
  </w:style>
  <w:style w:type="character" w:styleId="TextodoMarcadordePosio">
    <w:name w:val="Placeholder Text"/>
    <w:basedOn w:val="Tipodeletrapredefinidodopargrafo"/>
    <w:uiPriority w:val="99"/>
    <w:semiHidden/>
    <w:rsid w:val="00AA28F4"/>
    <w:rPr>
      <w:color w:val="666666"/>
    </w:rPr>
  </w:style>
  <w:style w:type="paragraph" w:styleId="ndice1">
    <w:name w:val="toc 1"/>
    <w:basedOn w:val="Normal"/>
    <w:next w:val="Normal"/>
    <w:autoRedefine/>
    <w:uiPriority w:val="39"/>
    <w:unhideWhenUsed/>
    <w:rsid w:val="00DE1542"/>
    <w:pPr>
      <w:tabs>
        <w:tab w:val="right" w:leader="dot" w:pos="8630"/>
      </w:tabs>
      <w:spacing w:before="240" w:after="100"/>
    </w:pPr>
  </w:style>
  <w:style w:type="paragraph" w:styleId="NormalWeb">
    <w:name w:val="Normal (Web)"/>
    <w:basedOn w:val="Normal"/>
    <w:uiPriority w:val="99"/>
    <w:semiHidden/>
    <w:unhideWhenUsed/>
    <w:rsid w:val="003A2ECE"/>
    <w:rPr>
      <w:rFonts w:ascii="Times New Roman" w:hAnsi="Times New Roman" w:cs="Times New Roman"/>
      <w:sz w:val="24"/>
      <w:szCs w:val="24"/>
    </w:rPr>
  </w:style>
  <w:style w:type="paragraph" w:customStyle="1" w:styleId="LegendaFiguras">
    <w:name w:val="Legenda Figuras"/>
    <w:basedOn w:val="Normal"/>
    <w:qFormat/>
    <w:rsid w:val="000E1F69"/>
    <w:pPr>
      <w:tabs>
        <w:tab w:val="center" w:pos="4677"/>
        <w:tab w:val="right" w:pos="9355"/>
      </w:tabs>
      <w:spacing w:after="0" w:line="360" w:lineRule="auto"/>
      <w:jc w:val="center"/>
    </w:pPr>
    <w:rPr>
      <w:rFonts w:ascii="Calibri" w:eastAsia="Times New Roman" w:hAnsi="Calibri" w:cs="Calibri Light"/>
      <w:sz w:val="18"/>
      <w:szCs w:val="18"/>
      <w:lang w:val="pt-PT" w:eastAsia="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1641</Words>
  <Characters>8865</Characters>
  <Application>Microsoft Office Word</Application>
  <DocSecurity>4</DocSecurity>
  <Lines>73</Lines>
  <Paragraphs>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10486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Alda Maria Ferreira Antunes</cp:lastModifiedBy>
  <cp:revision>2</cp:revision>
  <dcterms:created xsi:type="dcterms:W3CDTF">2026-05-29T10:08:00Z</dcterms:created>
  <dcterms:modified xsi:type="dcterms:W3CDTF">2026-05-29T10:08:00Z</dcterms:modified>
  <cp:category/>
</cp:coreProperties>
</file>