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F4BC6" w14:textId="77777777" w:rsidR="0057246C" w:rsidRPr="000E1F69" w:rsidRDefault="0057246C" w:rsidP="00AA28F4">
      <w:pPr>
        <w:pStyle w:val="Ttulo"/>
        <w:rPr>
          <w:rFonts w:cstheme="majorHAnsi"/>
          <w:b/>
          <w:bCs/>
          <w:color w:val="1F497D" w:themeColor="text2"/>
          <w:sz w:val="44"/>
          <w:szCs w:val="44"/>
        </w:rPr>
      </w:pPr>
    </w:p>
    <w:p w14:paraId="12471547" w14:textId="77777777" w:rsidR="0057246C" w:rsidRPr="000E1F69" w:rsidRDefault="0057246C" w:rsidP="00AA28F4">
      <w:pPr>
        <w:pStyle w:val="Ttulo"/>
        <w:rPr>
          <w:rFonts w:cstheme="majorHAnsi"/>
          <w:b/>
          <w:bCs/>
          <w:color w:val="1F497D" w:themeColor="text2"/>
          <w:sz w:val="44"/>
          <w:szCs w:val="44"/>
        </w:rPr>
      </w:pPr>
    </w:p>
    <w:p w14:paraId="68B261E6" w14:textId="77777777" w:rsidR="0057246C" w:rsidRPr="000E1F69" w:rsidRDefault="0057246C" w:rsidP="00AA28F4">
      <w:pPr>
        <w:pStyle w:val="Ttulo"/>
        <w:rPr>
          <w:rFonts w:cstheme="majorHAnsi"/>
          <w:b/>
          <w:bCs/>
          <w:color w:val="1F497D" w:themeColor="text2"/>
          <w:sz w:val="44"/>
          <w:szCs w:val="44"/>
        </w:rPr>
      </w:pPr>
    </w:p>
    <w:p w14:paraId="4B7B2B1F" w14:textId="77777777" w:rsidR="0057246C" w:rsidRPr="000E1F69" w:rsidRDefault="0057246C" w:rsidP="00AA28F4">
      <w:pPr>
        <w:pStyle w:val="Ttulo"/>
        <w:rPr>
          <w:rFonts w:cstheme="majorHAnsi"/>
          <w:b/>
          <w:bCs/>
          <w:color w:val="1F497D" w:themeColor="text2"/>
          <w:sz w:val="44"/>
          <w:szCs w:val="44"/>
        </w:rPr>
      </w:pPr>
    </w:p>
    <w:p w14:paraId="535D1EBA" w14:textId="77777777" w:rsidR="0057246C" w:rsidRPr="000E1F69" w:rsidRDefault="0057246C" w:rsidP="00AA28F4">
      <w:pPr>
        <w:pStyle w:val="Ttulo"/>
        <w:rPr>
          <w:rFonts w:cstheme="majorHAnsi"/>
          <w:b/>
          <w:bCs/>
          <w:color w:val="1F497D" w:themeColor="text2"/>
          <w:sz w:val="44"/>
          <w:szCs w:val="44"/>
        </w:rPr>
      </w:pPr>
    </w:p>
    <w:p w14:paraId="1827C1C3" w14:textId="77777777" w:rsidR="0057246C" w:rsidRPr="000E1F69" w:rsidRDefault="0057246C" w:rsidP="00AA28F4">
      <w:pPr>
        <w:pStyle w:val="Ttulo"/>
        <w:rPr>
          <w:rFonts w:cstheme="majorHAnsi"/>
          <w:b/>
          <w:bCs/>
          <w:color w:val="1F497D" w:themeColor="text2"/>
          <w:sz w:val="44"/>
          <w:szCs w:val="44"/>
        </w:rPr>
      </w:pPr>
    </w:p>
    <w:p w14:paraId="02685618" w14:textId="77777777" w:rsidR="0057246C" w:rsidRPr="000E1F69" w:rsidRDefault="0057246C" w:rsidP="00AA28F4">
      <w:pPr>
        <w:pStyle w:val="Ttulo"/>
        <w:rPr>
          <w:rFonts w:cstheme="majorHAnsi"/>
          <w:b/>
          <w:bCs/>
          <w:color w:val="1F497D" w:themeColor="text2"/>
          <w:sz w:val="44"/>
          <w:szCs w:val="44"/>
        </w:rPr>
      </w:pPr>
    </w:p>
    <w:p w14:paraId="6EBA6878" w14:textId="77777777" w:rsidR="0057246C" w:rsidRPr="000E1F69" w:rsidRDefault="0057246C" w:rsidP="00AA28F4">
      <w:pPr>
        <w:pStyle w:val="Ttulo"/>
        <w:rPr>
          <w:rFonts w:cstheme="majorHAnsi"/>
          <w:b/>
          <w:bCs/>
          <w:color w:val="1F497D" w:themeColor="text2"/>
          <w:sz w:val="44"/>
          <w:szCs w:val="44"/>
        </w:rPr>
      </w:pPr>
    </w:p>
    <w:p w14:paraId="06E053C8" w14:textId="77BB7D14" w:rsidR="0009795D" w:rsidRPr="000E1F69" w:rsidRDefault="0009795D" w:rsidP="00AA28F4">
      <w:pPr>
        <w:pStyle w:val="Ttulo"/>
        <w:rPr>
          <w:rFonts w:cstheme="majorHAnsi"/>
          <w:b/>
          <w:bCs/>
          <w:color w:val="1F497D" w:themeColor="text2"/>
          <w:sz w:val="44"/>
          <w:szCs w:val="44"/>
          <w:lang w:val="pt-PT"/>
        </w:rPr>
      </w:pPr>
      <w:r w:rsidRPr="000E1F69">
        <w:rPr>
          <w:rFonts w:cstheme="majorHAnsi"/>
          <w:b/>
          <w:bCs/>
          <w:color w:val="1F497D" w:themeColor="text2"/>
          <w:sz w:val="44"/>
          <w:szCs w:val="44"/>
          <w:lang w:val="pt-PT"/>
        </w:rPr>
        <w:t>FORMULÁRIO DE CANDIDATURA:</w:t>
      </w:r>
    </w:p>
    <w:p w14:paraId="6DDC84E4" w14:textId="5FBE618A" w:rsidR="00D54212" w:rsidRPr="000E1F69" w:rsidRDefault="0009795D" w:rsidP="00AA28F4">
      <w:pPr>
        <w:pStyle w:val="Ttulo"/>
        <w:rPr>
          <w:rFonts w:cstheme="majorHAnsi"/>
          <w:b/>
          <w:bCs/>
          <w:color w:val="1F497D" w:themeColor="text2"/>
          <w:sz w:val="44"/>
          <w:szCs w:val="44"/>
          <w:lang w:val="pt-PT"/>
        </w:rPr>
      </w:pPr>
      <w:r w:rsidRPr="000E1F69">
        <w:rPr>
          <w:rFonts w:cstheme="majorHAnsi"/>
          <w:b/>
          <w:bCs/>
          <w:color w:val="1F497D" w:themeColor="text2"/>
          <w:sz w:val="44"/>
          <w:szCs w:val="44"/>
          <w:lang w:val="pt-PT"/>
        </w:rPr>
        <w:t xml:space="preserve">CONCURSO </w:t>
      </w:r>
      <w:r w:rsidR="00D1526B" w:rsidRPr="000E1F69">
        <w:rPr>
          <w:rFonts w:cstheme="majorHAnsi"/>
          <w:b/>
          <w:bCs/>
          <w:color w:val="1F497D" w:themeColor="text2"/>
          <w:sz w:val="44"/>
          <w:szCs w:val="44"/>
          <w:lang w:val="pt-PT"/>
        </w:rPr>
        <w:t>IGNIT</w:t>
      </w:r>
      <w:r w:rsidR="006318E0" w:rsidRPr="000E1F69">
        <w:rPr>
          <w:rFonts w:cstheme="majorHAnsi"/>
          <w:b/>
          <w:bCs/>
          <w:color w:val="1F497D" w:themeColor="text2"/>
          <w:sz w:val="44"/>
          <w:szCs w:val="44"/>
          <w:lang w:val="pt-PT"/>
        </w:rPr>
        <w:t xml:space="preserve"> </w:t>
      </w:r>
      <w:r w:rsidRPr="000E1F69">
        <w:rPr>
          <w:rFonts w:cstheme="majorHAnsi"/>
          <w:b/>
          <w:bCs/>
          <w:color w:val="1F497D" w:themeColor="text2"/>
          <w:sz w:val="44"/>
          <w:szCs w:val="44"/>
          <w:lang w:val="pt-PT"/>
        </w:rPr>
        <w:t>202</w:t>
      </w:r>
      <w:r w:rsidR="00D1526B" w:rsidRPr="000E1F69">
        <w:rPr>
          <w:rFonts w:cstheme="majorHAnsi"/>
          <w:b/>
          <w:bCs/>
          <w:color w:val="1F497D" w:themeColor="text2"/>
          <w:sz w:val="44"/>
          <w:szCs w:val="44"/>
          <w:lang w:val="pt-PT"/>
        </w:rPr>
        <w:t>6</w:t>
      </w:r>
    </w:p>
    <w:p w14:paraId="324BA377" w14:textId="77777777" w:rsidR="0057246C" w:rsidRPr="000E1F69" w:rsidRDefault="0057246C" w:rsidP="00190EFF">
      <w:pPr>
        <w:pStyle w:val="Ttulo1"/>
        <w:spacing w:line="240" w:lineRule="auto"/>
        <w:rPr>
          <w:rFonts w:cstheme="majorHAnsi"/>
          <w:color w:val="000000" w:themeColor="text1"/>
          <w:lang w:val="pt-PT"/>
        </w:rPr>
      </w:pPr>
    </w:p>
    <w:p w14:paraId="3FE2FF30" w14:textId="1ACAE241" w:rsidR="00D54212" w:rsidRPr="000E1F69" w:rsidRDefault="00AA28F4" w:rsidP="00190EFF">
      <w:pPr>
        <w:pStyle w:val="Ttulo1"/>
        <w:spacing w:line="240" w:lineRule="auto"/>
        <w:rPr>
          <w:rFonts w:cstheme="majorHAnsi"/>
          <w:color w:val="000000" w:themeColor="text1"/>
          <w:lang w:val="pt-PT"/>
        </w:rPr>
      </w:pPr>
      <w:bookmarkStart w:id="0" w:name="_Toc229482283"/>
      <w:r w:rsidRPr="000E1F69">
        <w:rPr>
          <w:rFonts w:cstheme="majorHAnsi"/>
          <w:color w:val="000000" w:themeColor="text1"/>
          <w:lang w:val="pt-PT"/>
        </w:rPr>
        <w:t>INSTRUÇÕES GERAIS</w:t>
      </w:r>
      <w:bookmarkEnd w:id="0"/>
    </w:p>
    <w:p w14:paraId="0264AA16" w14:textId="4F1C3714" w:rsidR="00D54212" w:rsidRPr="000E1F69" w:rsidRDefault="008E5393" w:rsidP="0057246C">
      <w:pPr>
        <w:spacing w:before="240" w:after="0" w:line="360" w:lineRule="auto"/>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 xml:space="preserve">- Preencher </w:t>
      </w:r>
      <w:r w:rsidR="00A50619" w:rsidRPr="000E1F69">
        <w:rPr>
          <w:rFonts w:asciiTheme="majorHAnsi" w:hAnsiTheme="majorHAnsi" w:cstheme="majorHAnsi"/>
          <w:color w:val="000000" w:themeColor="text1"/>
          <w:lang w:val="pt-PT"/>
        </w:rPr>
        <w:t>em português ou</w:t>
      </w:r>
      <w:r w:rsidRPr="000E1F69">
        <w:rPr>
          <w:rFonts w:asciiTheme="majorHAnsi" w:hAnsiTheme="majorHAnsi" w:cstheme="majorHAnsi"/>
          <w:color w:val="000000" w:themeColor="text1"/>
          <w:lang w:val="pt-PT"/>
        </w:rPr>
        <w:t xml:space="preserve"> em inglês (exceto campos identificados).</w:t>
      </w:r>
    </w:p>
    <w:p w14:paraId="38C4A5FB" w14:textId="152822B0" w:rsidR="003912DB" w:rsidRPr="000E1F69" w:rsidRDefault="008E5393" w:rsidP="0057246C">
      <w:pPr>
        <w:spacing w:after="0" w:line="360" w:lineRule="auto"/>
        <w:rPr>
          <w:rFonts w:asciiTheme="majorHAnsi" w:hAnsiTheme="majorHAnsi" w:cstheme="majorHAnsi"/>
          <w:color w:val="000000" w:themeColor="text1"/>
        </w:rPr>
      </w:pPr>
      <w:r w:rsidRPr="000E1F69">
        <w:rPr>
          <w:rFonts w:asciiTheme="majorHAnsi" w:hAnsiTheme="majorHAnsi" w:cstheme="majorHAnsi"/>
          <w:color w:val="000000" w:themeColor="text1"/>
        </w:rPr>
        <w:t>- Prazo: 2</w:t>
      </w:r>
      <w:r w:rsidR="00D1526B" w:rsidRPr="000E1F69">
        <w:rPr>
          <w:rFonts w:asciiTheme="majorHAnsi" w:hAnsiTheme="majorHAnsi" w:cstheme="majorHAnsi"/>
          <w:color w:val="000000" w:themeColor="text1"/>
        </w:rPr>
        <w:t>0</w:t>
      </w:r>
      <w:r w:rsidRPr="000E1F69">
        <w:rPr>
          <w:rFonts w:asciiTheme="majorHAnsi" w:hAnsiTheme="majorHAnsi" w:cstheme="majorHAnsi"/>
          <w:color w:val="000000" w:themeColor="text1"/>
        </w:rPr>
        <w:t>/</w:t>
      </w:r>
      <w:r w:rsidR="00D1526B" w:rsidRPr="000E1F69">
        <w:rPr>
          <w:rFonts w:asciiTheme="majorHAnsi" w:hAnsiTheme="majorHAnsi" w:cstheme="majorHAnsi"/>
          <w:color w:val="000000" w:themeColor="text1"/>
        </w:rPr>
        <w:t>05</w:t>
      </w:r>
      <w:r w:rsidRPr="000E1F69">
        <w:rPr>
          <w:rFonts w:asciiTheme="majorHAnsi" w:hAnsiTheme="majorHAnsi" w:cstheme="majorHAnsi"/>
          <w:color w:val="000000" w:themeColor="text1"/>
        </w:rPr>
        <w:t>/202</w:t>
      </w:r>
      <w:r w:rsidR="00D1526B" w:rsidRPr="000E1F69">
        <w:rPr>
          <w:rFonts w:asciiTheme="majorHAnsi" w:hAnsiTheme="majorHAnsi" w:cstheme="majorHAnsi"/>
          <w:color w:val="000000" w:themeColor="text1"/>
        </w:rPr>
        <w:t>6</w:t>
      </w:r>
      <w:r w:rsidRPr="000E1F69">
        <w:rPr>
          <w:rFonts w:asciiTheme="majorHAnsi" w:hAnsiTheme="majorHAnsi" w:cstheme="majorHAnsi"/>
          <w:color w:val="000000" w:themeColor="text1"/>
        </w:rPr>
        <w:t xml:space="preserve"> a </w:t>
      </w:r>
      <w:r w:rsidR="00D1526B" w:rsidRPr="000E1F69">
        <w:rPr>
          <w:rFonts w:asciiTheme="majorHAnsi" w:hAnsiTheme="majorHAnsi" w:cstheme="majorHAnsi"/>
          <w:color w:val="000000" w:themeColor="text1"/>
        </w:rPr>
        <w:t>05</w:t>
      </w:r>
      <w:r w:rsidRPr="000E1F69">
        <w:rPr>
          <w:rFonts w:asciiTheme="majorHAnsi" w:hAnsiTheme="majorHAnsi" w:cstheme="majorHAnsi"/>
          <w:color w:val="000000" w:themeColor="text1"/>
        </w:rPr>
        <w:t>/0</w:t>
      </w:r>
      <w:r w:rsidR="00D1526B" w:rsidRPr="000E1F69">
        <w:rPr>
          <w:rFonts w:asciiTheme="majorHAnsi" w:hAnsiTheme="majorHAnsi" w:cstheme="majorHAnsi"/>
          <w:color w:val="000000" w:themeColor="text1"/>
        </w:rPr>
        <w:t>6</w:t>
      </w:r>
      <w:r w:rsidRPr="000E1F69">
        <w:rPr>
          <w:rFonts w:asciiTheme="majorHAnsi" w:hAnsiTheme="majorHAnsi" w:cstheme="majorHAnsi"/>
          <w:color w:val="000000" w:themeColor="text1"/>
        </w:rPr>
        <w:t>/2026.</w:t>
      </w:r>
    </w:p>
    <w:p w14:paraId="21D08223" w14:textId="77777777" w:rsidR="003912DB" w:rsidRPr="000E1F69" w:rsidRDefault="003912DB">
      <w:pPr>
        <w:rPr>
          <w:rFonts w:asciiTheme="majorHAnsi" w:hAnsiTheme="majorHAnsi" w:cstheme="majorHAnsi"/>
          <w:color w:val="000000" w:themeColor="text1"/>
        </w:rPr>
      </w:pPr>
      <w:r w:rsidRPr="000E1F69">
        <w:rPr>
          <w:rFonts w:asciiTheme="majorHAnsi" w:hAnsiTheme="majorHAnsi" w:cstheme="majorHAnsi"/>
          <w:color w:val="000000" w:themeColor="text1"/>
        </w:rPr>
        <w:br w:type="page"/>
      </w:r>
    </w:p>
    <w:sdt>
      <w:sdtPr>
        <w:rPr>
          <w:rFonts w:asciiTheme="minorHAnsi" w:eastAsiaTheme="minorEastAsia" w:hAnsiTheme="minorHAnsi" w:cstheme="majorHAnsi"/>
          <w:b w:val="0"/>
          <w:bCs w:val="0"/>
          <w:color w:val="auto"/>
          <w:sz w:val="22"/>
          <w:szCs w:val="22"/>
          <w:lang w:val="pt-PT"/>
        </w:rPr>
        <w:id w:val="-239029999"/>
        <w:docPartObj>
          <w:docPartGallery w:val="Table of Contents"/>
          <w:docPartUnique/>
        </w:docPartObj>
      </w:sdtPr>
      <w:sdtEndPr>
        <w:rPr>
          <w:lang w:val="en-US"/>
        </w:rPr>
      </w:sdtEndPr>
      <w:sdtContent>
        <w:p w14:paraId="66BCCB75" w14:textId="4FF47F61" w:rsidR="003912DB" w:rsidRPr="000E1F69" w:rsidRDefault="003912DB" w:rsidP="000E1F69">
          <w:pPr>
            <w:pStyle w:val="Cabealhodondice"/>
            <w:ind w:right="-618"/>
            <w:rPr>
              <w:rFonts w:cstheme="majorHAnsi"/>
            </w:rPr>
          </w:pPr>
          <w:r w:rsidRPr="000E1F69">
            <w:rPr>
              <w:rFonts w:cstheme="majorHAnsi"/>
              <w:lang w:val="pt-PT"/>
            </w:rPr>
            <w:t>CONTEÚDO</w:t>
          </w:r>
        </w:p>
        <w:p w14:paraId="252D6AED" w14:textId="5E069502" w:rsidR="00AD6487" w:rsidRPr="000E1F69" w:rsidRDefault="003912DB">
          <w:pPr>
            <w:pStyle w:val="ndice1"/>
            <w:rPr>
              <w:rFonts w:asciiTheme="majorHAnsi" w:hAnsiTheme="majorHAnsi" w:cstheme="majorHAnsi"/>
              <w:noProof/>
              <w:kern w:val="2"/>
              <w:sz w:val="24"/>
              <w:szCs w:val="24"/>
              <w:lang w:val="pt-PT" w:eastAsia="pt-PT"/>
              <w14:ligatures w14:val="standardContextual"/>
            </w:rPr>
          </w:pPr>
          <w:r w:rsidRPr="000E1F69">
            <w:rPr>
              <w:rFonts w:asciiTheme="majorHAnsi" w:hAnsiTheme="majorHAnsi" w:cstheme="majorHAnsi"/>
            </w:rPr>
            <w:fldChar w:fldCharType="begin"/>
          </w:r>
          <w:r w:rsidRPr="000E1F69">
            <w:rPr>
              <w:rFonts w:asciiTheme="majorHAnsi" w:hAnsiTheme="majorHAnsi" w:cstheme="majorHAnsi"/>
            </w:rPr>
            <w:instrText xml:space="preserve"> TOC \o "1-3" \h \z \u </w:instrText>
          </w:r>
          <w:r w:rsidRPr="000E1F69">
            <w:rPr>
              <w:rFonts w:asciiTheme="majorHAnsi" w:hAnsiTheme="majorHAnsi" w:cstheme="majorHAnsi"/>
            </w:rPr>
            <w:fldChar w:fldCharType="separate"/>
          </w:r>
          <w:hyperlink w:anchor="_Toc229482283" w:history="1">
            <w:r w:rsidR="00AD6487" w:rsidRPr="000E1F69">
              <w:rPr>
                <w:rStyle w:val="Hiperligao"/>
                <w:rFonts w:asciiTheme="majorHAnsi" w:hAnsiTheme="majorHAnsi" w:cstheme="majorHAnsi"/>
                <w:noProof/>
                <w:lang w:val="pt-PT"/>
              </w:rPr>
              <w:t>INSTRUÇÕES GERAIS</w:t>
            </w:r>
            <w:r w:rsidR="00AD6487" w:rsidRPr="000E1F69">
              <w:rPr>
                <w:rFonts w:asciiTheme="majorHAnsi" w:hAnsiTheme="majorHAnsi" w:cstheme="majorHAnsi"/>
                <w:noProof/>
                <w:webHidden/>
              </w:rPr>
              <w:tab/>
            </w:r>
            <w:r w:rsidR="00AD6487" w:rsidRPr="000E1F69">
              <w:rPr>
                <w:rFonts w:asciiTheme="majorHAnsi" w:hAnsiTheme="majorHAnsi" w:cstheme="majorHAnsi"/>
                <w:noProof/>
                <w:webHidden/>
              </w:rPr>
              <w:fldChar w:fldCharType="begin"/>
            </w:r>
            <w:r w:rsidR="00AD6487" w:rsidRPr="000E1F69">
              <w:rPr>
                <w:rFonts w:asciiTheme="majorHAnsi" w:hAnsiTheme="majorHAnsi" w:cstheme="majorHAnsi"/>
                <w:noProof/>
                <w:webHidden/>
              </w:rPr>
              <w:instrText xml:space="preserve"> PAGEREF _Toc229482283 \h </w:instrText>
            </w:r>
            <w:r w:rsidR="00AD6487" w:rsidRPr="000E1F69">
              <w:rPr>
                <w:rFonts w:asciiTheme="majorHAnsi" w:hAnsiTheme="majorHAnsi" w:cstheme="majorHAnsi"/>
                <w:noProof/>
                <w:webHidden/>
              </w:rPr>
            </w:r>
            <w:r w:rsidR="00AD6487" w:rsidRPr="000E1F69">
              <w:rPr>
                <w:rFonts w:asciiTheme="majorHAnsi" w:hAnsiTheme="majorHAnsi" w:cstheme="majorHAnsi"/>
                <w:noProof/>
                <w:webHidden/>
              </w:rPr>
              <w:fldChar w:fldCharType="separate"/>
            </w:r>
            <w:r w:rsidR="00AD6487" w:rsidRPr="000E1F69">
              <w:rPr>
                <w:rFonts w:asciiTheme="majorHAnsi" w:hAnsiTheme="majorHAnsi" w:cstheme="majorHAnsi"/>
                <w:noProof/>
                <w:webHidden/>
              </w:rPr>
              <w:t>1</w:t>
            </w:r>
            <w:r w:rsidR="00AD6487" w:rsidRPr="000E1F69">
              <w:rPr>
                <w:rFonts w:asciiTheme="majorHAnsi" w:hAnsiTheme="majorHAnsi" w:cstheme="majorHAnsi"/>
                <w:noProof/>
                <w:webHidden/>
              </w:rPr>
              <w:fldChar w:fldCharType="end"/>
            </w:r>
          </w:hyperlink>
        </w:p>
        <w:p w14:paraId="5A6BD1A0" w14:textId="3E6B63D2"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4" w:history="1">
            <w:r w:rsidRPr="000E1F69">
              <w:rPr>
                <w:rStyle w:val="Hiperligao"/>
                <w:rFonts w:asciiTheme="majorHAnsi" w:hAnsiTheme="majorHAnsi" w:cstheme="majorHAnsi"/>
                <w:noProof/>
                <w:lang w:val="pt-PT"/>
              </w:rPr>
              <w:t>DADOS GERAIS E IDENTIFICAÇÃO DO PROJETO</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_Toc229482284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3</w:t>
            </w:r>
            <w:r w:rsidRPr="000E1F69">
              <w:rPr>
                <w:rFonts w:asciiTheme="majorHAnsi" w:hAnsiTheme="majorHAnsi" w:cstheme="majorHAnsi"/>
                <w:noProof/>
                <w:webHidden/>
              </w:rPr>
              <w:fldChar w:fldCharType="end"/>
            </w:r>
          </w:hyperlink>
        </w:p>
        <w:p w14:paraId="7555C48F" w14:textId="3469380D"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5" w:history="1">
            <w:r w:rsidRPr="000E1F69">
              <w:rPr>
                <w:rStyle w:val="Hiperligao"/>
                <w:rFonts w:asciiTheme="majorHAnsi" w:hAnsiTheme="majorHAnsi" w:cstheme="majorHAnsi"/>
                <w:noProof/>
              </w:rPr>
              <w:t>EQUIPA DE INVESTIGAÇÃO — INVESTIGADOR RESPONSÁVEL</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_Toc229482285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4</w:t>
            </w:r>
            <w:r w:rsidRPr="000E1F69">
              <w:rPr>
                <w:rFonts w:asciiTheme="majorHAnsi" w:hAnsiTheme="majorHAnsi" w:cstheme="majorHAnsi"/>
                <w:noProof/>
                <w:webHidden/>
              </w:rPr>
              <w:fldChar w:fldCharType="end"/>
            </w:r>
          </w:hyperlink>
        </w:p>
        <w:p w14:paraId="76628F31" w14:textId="3D6F291E"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6" w:history="1">
            <w:r w:rsidRPr="000E1F69">
              <w:rPr>
                <w:rStyle w:val="Hiperligao"/>
                <w:rFonts w:asciiTheme="majorHAnsi" w:hAnsiTheme="majorHAnsi" w:cstheme="majorHAnsi"/>
                <w:noProof/>
              </w:rPr>
              <w:t>PLANO DE TRABALHO — RESUMO</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_Toc229482286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6</w:t>
            </w:r>
            <w:r w:rsidRPr="000E1F69">
              <w:rPr>
                <w:rFonts w:asciiTheme="majorHAnsi" w:hAnsiTheme="majorHAnsi" w:cstheme="majorHAnsi"/>
                <w:noProof/>
                <w:webHidden/>
              </w:rPr>
              <w:fldChar w:fldCharType="end"/>
            </w:r>
          </w:hyperlink>
        </w:p>
        <w:p w14:paraId="3E1C44B6" w14:textId="6585CAB0"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7" w:history="1">
            <w:r w:rsidRPr="000E1F69">
              <w:rPr>
                <w:rStyle w:val="Hiperligao"/>
                <w:rFonts w:asciiTheme="majorHAnsi" w:hAnsiTheme="majorHAnsi" w:cstheme="majorHAnsi"/>
                <w:noProof/>
              </w:rPr>
              <w:t>ESTADO DA ARTE E OBJETIVOS</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_Toc229482287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7</w:t>
            </w:r>
            <w:r w:rsidRPr="000E1F69">
              <w:rPr>
                <w:rFonts w:asciiTheme="majorHAnsi" w:hAnsiTheme="majorHAnsi" w:cstheme="majorHAnsi"/>
                <w:noProof/>
                <w:webHidden/>
              </w:rPr>
              <w:fldChar w:fldCharType="end"/>
            </w:r>
          </w:hyperlink>
        </w:p>
        <w:p w14:paraId="5D84C1F9" w14:textId="7F35DA21"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8" w:history="1">
            <w:r w:rsidRPr="000E1F69">
              <w:rPr>
                <w:rStyle w:val="Hiperligao"/>
                <w:rFonts w:asciiTheme="majorHAnsi" w:hAnsiTheme="majorHAnsi" w:cstheme="majorHAnsi"/>
                <w:noProof/>
              </w:rPr>
              <w:t>PLANO DE INVESTIGAÇÃO E MÉTODOS</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_Toc229482288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8</w:t>
            </w:r>
            <w:r w:rsidRPr="000E1F69">
              <w:rPr>
                <w:rFonts w:asciiTheme="majorHAnsi" w:hAnsiTheme="majorHAnsi" w:cstheme="majorHAnsi"/>
                <w:noProof/>
                <w:webHidden/>
              </w:rPr>
              <w:fldChar w:fldCharType="end"/>
            </w:r>
          </w:hyperlink>
        </w:p>
        <w:p w14:paraId="49124EB7" w14:textId="65D5E57E"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89" w:history="1">
            <w:r w:rsidRPr="000E1F69">
              <w:rPr>
                <w:rStyle w:val="Hiperligao"/>
                <w:rFonts w:asciiTheme="majorHAnsi" w:hAnsiTheme="majorHAnsi" w:cstheme="majorHAnsi"/>
                <w:noProof/>
              </w:rPr>
              <w:t>TAREFAS E CRONOGRAMA</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_Toc229482289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9</w:t>
            </w:r>
            <w:r w:rsidRPr="000E1F69">
              <w:rPr>
                <w:rFonts w:asciiTheme="majorHAnsi" w:hAnsiTheme="majorHAnsi" w:cstheme="majorHAnsi"/>
                <w:noProof/>
                <w:webHidden/>
              </w:rPr>
              <w:fldChar w:fldCharType="end"/>
            </w:r>
          </w:hyperlink>
        </w:p>
        <w:p w14:paraId="5E62937A" w14:textId="6685E829"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90" w:history="1">
            <w:r w:rsidRPr="000E1F69">
              <w:rPr>
                <w:rStyle w:val="Hiperligao"/>
                <w:rFonts w:asciiTheme="majorHAnsi" w:hAnsiTheme="majorHAnsi" w:cstheme="majorHAnsi"/>
                <w:noProof/>
              </w:rPr>
              <w:t>QUESTÕES ÉTICAS</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_Toc229482290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10</w:t>
            </w:r>
            <w:r w:rsidRPr="000E1F69">
              <w:rPr>
                <w:rFonts w:asciiTheme="majorHAnsi" w:hAnsiTheme="majorHAnsi" w:cstheme="majorHAnsi"/>
                <w:noProof/>
                <w:webHidden/>
              </w:rPr>
              <w:fldChar w:fldCharType="end"/>
            </w:r>
          </w:hyperlink>
        </w:p>
        <w:p w14:paraId="06C096BA" w14:textId="3972E656" w:rsidR="00AD6487" w:rsidRPr="000E1F69" w:rsidRDefault="00AD6487">
          <w:pPr>
            <w:pStyle w:val="ndice1"/>
            <w:rPr>
              <w:rFonts w:asciiTheme="majorHAnsi" w:hAnsiTheme="majorHAnsi" w:cstheme="majorHAnsi"/>
              <w:noProof/>
              <w:kern w:val="2"/>
              <w:sz w:val="24"/>
              <w:szCs w:val="24"/>
              <w:lang w:val="pt-PT" w:eastAsia="pt-PT"/>
              <w14:ligatures w14:val="standardContextual"/>
            </w:rPr>
          </w:pPr>
          <w:hyperlink w:anchor="_Toc229482291" w:history="1">
            <w:r w:rsidRPr="000E1F69">
              <w:rPr>
                <w:rStyle w:val="Hiperligao"/>
                <w:rFonts w:asciiTheme="majorHAnsi" w:hAnsiTheme="majorHAnsi" w:cstheme="majorHAnsi"/>
                <w:noProof/>
              </w:rPr>
              <w:t>AGENDA 2030</w:t>
            </w:r>
            <w:r w:rsidRPr="000E1F69">
              <w:rPr>
                <w:rFonts w:asciiTheme="majorHAnsi" w:hAnsiTheme="majorHAnsi" w:cstheme="majorHAnsi"/>
                <w:noProof/>
                <w:webHidden/>
              </w:rPr>
              <w:tab/>
            </w:r>
            <w:r w:rsidRPr="000E1F69">
              <w:rPr>
                <w:rFonts w:asciiTheme="majorHAnsi" w:hAnsiTheme="majorHAnsi" w:cstheme="majorHAnsi"/>
                <w:noProof/>
                <w:webHidden/>
              </w:rPr>
              <w:fldChar w:fldCharType="begin"/>
            </w:r>
            <w:r w:rsidRPr="000E1F69">
              <w:rPr>
                <w:rFonts w:asciiTheme="majorHAnsi" w:hAnsiTheme="majorHAnsi" w:cstheme="majorHAnsi"/>
                <w:noProof/>
                <w:webHidden/>
              </w:rPr>
              <w:instrText xml:space="preserve"> PAGEREF _Toc229482291 \h </w:instrText>
            </w:r>
            <w:r w:rsidRPr="000E1F69">
              <w:rPr>
                <w:rFonts w:asciiTheme="majorHAnsi" w:hAnsiTheme="majorHAnsi" w:cstheme="majorHAnsi"/>
                <w:noProof/>
                <w:webHidden/>
              </w:rPr>
            </w:r>
            <w:r w:rsidRPr="000E1F69">
              <w:rPr>
                <w:rFonts w:asciiTheme="majorHAnsi" w:hAnsiTheme="majorHAnsi" w:cstheme="majorHAnsi"/>
                <w:noProof/>
                <w:webHidden/>
              </w:rPr>
              <w:fldChar w:fldCharType="separate"/>
            </w:r>
            <w:r w:rsidRPr="000E1F69">
              <w:rPr>
                <w:rFonts w:asciiTheme="majorHAnsi" w:hAnsiTheme="majorHAnsi" w:cstheme="majorHAnsi"/>
                <w:noProof/>
                <w:webHidden/>
              </w:rPr>
              <w:t>11</w:t>
            </w:r>
            <w:r w:rsidRPr="000E1F69">
              <w:rPr>
                <w:rFonts w:asciiTheme="majorHAnsi" w:hAnsiTheme="majorHAnsi" w:cstheme="majorHAnsi"/>
                <w:noProof/>
                <w:webHidden/>
              </w:rPr>
              <w:fldChar w:fldCharType="end"/>
            </w:r>
          </w:hyperlink>
        </w:p>
        <w:p w14:paraId="73D642D5" w14:textId="25630429" w:rsidR="003912DB" w:rsidRPr="000E1F69" w:rsidRDefault="003912DB">
          <w:pPr>
            <w:rPr>
              <w:rFonts w:asciiTheme="majorHAnsi" w:hAnsiTheme="majorHAnsi" w:cstheme="majorHAnsi"/>
            </w:rPr>
          </w:pPr>
          <w:r w:rsidRPr="000E1F69">
            <w:rPr>
              <w:rFonts w:asciiTheme="majorHAnsi" w:hAnsiTheme="majorHAnsi" w:cstheme="majorHAnsi"/>
              <w:b/>
              <w:bCs/>
            </w:rPr>
            <w:fldChar w:fldCharType="end"/>
          </w:r>
        </w:p>
      </w:sdtContent>
    </w:sdt>
    <w:p w14:paraId="729BCCF8" w14:textId="571D4870" w:rsidR="003912DB" w:rsidRPr="000E1F69" w:rsidRDefault="003912DB">
      <w:pPr>
        <w:rPr>
          <w:rFonts w:asciiTheme="majorHAnsi" w:hAnsiTheme="majorHAnsi" w:cstheme="majorHAnsi"/>
          <w:color w:val="000000" w:themeColor="text1"/>
        </w:rPr>
      </w:pPr>
      <w:r w:rsidRPr="000E1F69">
        <w:rPr>
          <w:rFonts w:asciiTheme="majorHAnsi" w:hAnsiTheme="majorHAnsi" w:cstheme="majorHAnsi"/>
          <w:color w:val="000000" w:themeColor="text1"/>
        </w:rPr>
        <w:br w:type="page"/>
      </w:r>
    </w:p>
    <w:p w14:paraId="3B48834C" w14:textId="1E0D5ADD" w:rsidR="00D54212" w:rsidRPr="000E1F69" w:rsidRDefault="00AA28F4" w:rsidP="00AA28F4">
      <w:pPr>
        <w:pStyle w:val="Ttulo1"/>
        <w:spacing w:after="240"/>
        <w:rPr>
          <w:rFonts w:cstheme="majorHAnsi"/>
          <w:color w:val="1F497D" w:themeColor="text2"/>
          <w:lang w:val="pt-PT"/>
        </w:rPr>
      </w:pPr>
      <w:bookmarkStart w:id="1" w:name="_Toc229482284"/>
      <w:r w:rsidRPr="000E1F69">
        <w:rPr>
          <w:rFonts w:cstheme="majorHAnsi"/>
          <w:color w:val="1F497D" w:themeColor="text2"/>
          <w:lang w:val="pt-PT"/>
        </w:rPr>
        <w:lastRenderedPageBreak/>
        <w:t>DADOS GERAIS E IDENTIFICAÇÃO DO PROJETO</w:t>
      </w:r>
      <w:bookmarkEnd w:id="1"/>
    </w:p>
    <w:p w14:paraId="3866FD00" w14:textId="77777777" w:rsidR="003B1766" w:rsidRPr="000E1F69" w:rsidRDefault="003B1766" w:rsidP="003B1766">
      <w:pPr>
        <w:rPr>
          <w:rFonts w:asciiTheme="majorHAnsi" w:hAnsiTheme="majorHAnsi" w:cstheme="majorHAnsi"/>
          <w:lang w:val="pt-PT"/>
        </w:rPr>
      </w:pPr>
    </w:p>
    <w:tbl>
      <w:tblPr>
        <w:tblStyle w:val="TabelacomGrelha"/>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830"/>
        <w:gridCol w:w="5800"/>
      </w:tblGrid>
      <w:tr w:rsidR="0009795D" w:rsidRPr="000E1F69" w14:paraId="15151202" w14:textId="77777777" w:rsidTr="00FD3D1C">
        <w:trPr>
          <w:trHeight w:val="866"/>
          <w:tblHeader/>
          <w:jc w:val="center"/>
        </w:trPr>
        <w:tc>
          <w:tcPr>
            <w:tcW w:w="2830" w:type="dxa"/>
            <w:tcBorders>
              <w:top w:val="single" w:sz="18" w:space="0" w:color="auto"/>
            </w:tcBorders>
            <w:vAlign w:val="center"/>
          </w:tcPr>
          <w:p w14:paraId="10673EAE"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Título do projeto (PT)</w:t>
            </w:r>
          </w:p>
        </w:tc>
        <w:tc>
          <w:tcPr>
            <w:tcW w:w="5800" w:type="dxa"/>
            <w:tcBorders>
              <w:top w:val="single" w:sz="18" w:space="0" w:color="auto"/>
            </w:tcBorders>
            <w:vAlign w:val="center"/>
          </w:tcPr>
          <w:p w14:paraId="3C942A12" w14:textId="73B9F547" w:rsidR="003B1766" w:rsidRPr="000E1F69" w:rsidRDefault="00086DA5" w:rsidP="003B1766">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statusText w:type="text" w:val="Máx. 255 caracteres"/>
                  <w:textInput>
                    <w:maxLength w:val="25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63DC4A23" w14:textId="41C479DA" w:rsidR="00D54212" w:rsidRPr="000E1F69" w:rsidRDefault="00AA28F4" w:rsidP="00AA28F4">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w:t>
            </w:r>
            <w:r w:rsidR="00B62291" w:rsidRPr="000E1F69">
              <w:rPr>
                <w:rFonts w:asciiTheme="majorHAnsi" w:hAnsiTheme="majorHAnsi" w:cstheme="majorHAnsi"/>
                <w:color w:val="000000" w:themeColor="text1"/>
                <w:lang w:val="pt-PT"/>
              </w:rPr>
              <w:t>Máx. 255 caracteres. Ex.: 'Desenvolvimento de Tecnologias Sustentáveis'</w:t>
            </w:r>
            <w:r w:rsidRPr="000E1F69">
              <w:rPr>
                <w:rFonts w:asciiTheme="majorHAnsi" w:hAnsiTheme="majorHAnsi" w:cstheme="majorHAnsi"/>
                <w:color w:val="000000" w:themeColor="text1"/>
                <w:lang w:val="pt-PT"/>
              </w:rPr>
              <w:t>]</w:t>
            </w:r>
          </w:p>
        </w:tc>
      </w:tr>
      <w:tr w:rsidR="0009795D" w:rsidRPr="000E1F69" w14:paraId="56AD1FD7" w14:textId="77777777" w:rsidTr="00FD3D1C">
        <w:trPr>
          <w:trHeight w:val="836"/>
          <w:tblHeader/>
          <w:jc w:val="center"/>
        </w:trPr>
        <w:tc>
          <w:tcPr>
            <w:tcW w:w="2830" w:type="dxa"/>
            <w:vAlign w:val="center"/>
          </w:tcPr>
          <w:p w14:paraId="6460A2C7"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Título do projeto (EN)</w:t>
            </w:r>
          </w:p>
        </w:tc>
        <w:tc>
          <w:tcPr>
            <w:tcW w:w="5800" w:type="dxa"/>
            <w:vAlign w:val="center"/>
          </w:tcPr>
          <w:p w14:paraId="411624BB" w14:textId="51041975" w:rsidR="003B1766" w:rsidRPr="000E1F69" w:rsidRDefault="00086DA5" w:rsidP="00AA28F4">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Texto2"/>
                  <w:enabled/>
                  <w:calcOnExit/>
                  <w:entryMacro w:val="LimitarCaracteres"/>
                  <w:exitMacro w:val="LimitarCaracteres"/>
                  <w:textInput>
                    <w:maxLength w:val="255"/>
                    <w:format w:val="Maiúsculas"/>
                  </w:textInput>
                </w:ffData>
              </w:fldChar>
            </w:r>
            <w:bookmarkStart w:id="2" w:name="Texto2"/>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bookmarkEnd w:id="2"/>
          </w:p>
          <w:p w14:paraId="6A519424" w14:textId="31E5345A"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255 caracteres. Ex.: 'Development of Sustainable Technologies'</w:t>
            </w:r>
            <w:r w:rsidRPr="000E1F69">
              <w:rPr>
                <w:rFonts w:asciiTheme="majorHAnsi" w:hAnsiTheme="majorHAnsi" w:cstheme="majorHAnsi"/>
                <w:color w:val="000000" w:themeColor="text1"/>
              </w:rPr>
              <w:t>]</w:t>
            </w:r>
          </w:p>
        </w:tc>
      </w:tr>
      <w:tr w:rsidR="0009795D" w:rsidRPr="000E1F69" w14:paraId="1697D076" w14:textId="77777777" w:rsidTr="00FD3D1C">
        <w:trPr>
          <w:trHeight w:val="710"/>
          <w:tblHeader/>
          <w:jc w:val="center"/>
        </w:trPr>
        <w:tc>
          <w:tcPr>
            <w:tcW w:w="2830" w:type="dxa"/>
            <w:vAlign w:val="center"/>
          </w:tcPr>
          <w:p w14:paraId="4AAB511F"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Acrónimo</w:t>
            </w:r>
          </w:p>
        </w:tc>
        <w:tc>
          <w:tcPr>
            <w:tcW w:w="5800" w:type="dxa"/>
            <w:vAlign w:val="center"/>
          </w:tcPr>
          <w:p w14:paraId="6DD555F2" w14:textId="23DDC6AE" w:rsidR="009C7568" w:rsidRPr="000E1F69" w:rsidRDefault="009C7568" w:rsidP="00AA28F4">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5"/>
                    <w:format w:val="Maiúsculas"/>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2954002F" w14:textId="64CED52F"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15 caracteres. Ex.: 'SustTechIPC'</w:t>
            </w:r>
            <w:r w:rsidRPr="000E1F69">
              <w:rPr>
                <w:rFonts w:asciiTheme="majorHAnsi" w:hAnsiTheme="majorHAnsi" w:cstheme="majorHAnsi"/>
                <w:color w:val="000000" w:themeColor="text1"/>
              </w:rPr>
              <w:t>]</w:t>
            </w:r>
          </w:p>
        </w:tc>
      </w:tr>
      <w:tr w:rsidR="0009795D" w:rsidRPr="000E1F69" w14:paraId="1277FCD1" w14:textId="77777777" w:rsidTr="00FD3D1C">
        <w:trPr>
          <w:trHeight w:val="834"/>
          <w:tblHeader/>
          <w:jc w:val="center"/>
        </w:trPr>
        <w:tc>
          <w:tcPr>
            <w:tcW w:w="2830" w:type="dxa"/>
            <w:vAlign w:val="center"/>
          </w:tcPr>
          <w:p w14:paraId="5924F9FC"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Palavras-chave (PT)</w:t>
            </w:r>
          </w:p>
        </w:tc>
        <w:tc>
          <w:tcPr>
            <w:tcW w:w="5800" w:type="dxa"/>
            <w:vAlign w:val="center"/>
          </w:tcPr>
          <w:p w14:paraId="7A971E72" w14:textId="278E8336"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4 keywords. Separe com ';'</w:t>
            </w:r>
            <w:r w:rsidRPr="000E1F69">
              <w:rPr>
                <w:rFonts w:asciiTheme="majorHAnsi" w:hAnsiTheme="majorHAnsi" w:cstheme="majorHAnsi"/>
                <w:color w:val="000000" w:themeColor="text1"/>
              </w:rPr>
              <w:t>]</w:t>
            </w:r>
          </w:p>
        </w:tc>
      </w:tr>
      <w:tr w:rsidR="0009795D" w:rsidRPr="000E1F69" w14:paraId="5D5E02D2" w14:textId="77777777" w:rsidTr="00FD3D1C">
        <w:trPr>
          <w:trHeight w:val="704"/>
          <w:tblHeader/>
          <w:jc w:val="center"/>
        </w:trPr>
        <w:tc>
          <w:tcPr>
            <w:tcW w:w="2830" w:type="dxa"/>
            <w:vAlign w:val="center"/>
          </w:tcPr>
          <w:p w14:paraId="202AAC14"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Palavras-chave (EN)</w:t>
            </w:r>
          </w:p>
        </w:tc>
        <w:tc>
          <w:tcPr>
            <w:tcW w:w="5800" w:type="dxa"/>
            <w:vAlign w:val="center"/>
          </w:tcPr>
          <w:p w14:paraId="2018400D" w14:textId="6C6376BA"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w:t>
            </w:r>
            <w:r w:rsidR="00B62291" w:rsidRPr="000E1F69">
              <w:rPr>
                <w:rFonts w:asciiTheme="majorHAnsi" w:hAnsiTheme="majorHAnsi" w:cstheme="majorHAnsi"/>
                <w:color w:val="000000" w:themeColor="text1"/>
              </w:rPr>
              <w:t>Máx. 4 keywords. Separe com ';'</w:t>
            </w:r>
            <w:r w:rsidRPr="000E1F69">
              <w:rPr>
                <w:rFonts w:asciiTheme="majorHAnsi" w:hAnsiTheme="majorHAnsi" w:cstheme="majorHAnsi"/>
                <w:color w:val="000000" w:themeColor="text1"/>
              </w:rPr>
              <w:t>]</w:t>
            </w:r>
          </w:p>
        </w:tc>
      </w:tr>
      <w:tr w:rsidR="0009795D" w:rsidRPr="000E1F69" w14:paraId="7DC9FE6E" w14:textId="77777777" w:rsidTr="00FD3D1C">
        <w:trPr>
          <w:trHeight w:val="838"/>
          <w:tblHeader/>
          <w:jc w:val="center"/>
        </w:trPr>
        <w:tc>
          <w:tcPr>
            <w:tcW w:w="2830" w:type="dxa"/>
            <w:vAlign w:val="center"/>
          </w:tcPr>
          <w:p w14:paraId="2D80022A"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Área científica principal</w:t>
            </w:r>
          </w:p>
        </w:tc>
        <w:tc>
          <w:tcPr>
            <w:tcW w:w="5800" w:type="dxa"/>
            <w:vAlign w:val="center"/>
          </w:tcPr>
          <w:p w14:paraId="22DFC65F" w14:textId="3EEF037A"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[Domínio, área e subarea]</w:t>
            </w:r>
          </w:p>
        </w:tc>
      </w:tr>
      <w:tr w:rsidR="0029429F" w:rsidRPr="000E1F69" w14:paraId="39C7DD41" w14:textId="77777777" w:rsidTr="00FD3D1C">
        <w:trPr>
          <w:trHeight w:val="694"/>
          <w:tblHeader/>
          <w:jc w:val="center"/>
        </w:trPr>
        <w:tc>
          <w:tcPr>
            <w:tcW w:w="2830" w:type="dxa"/>
            <w:vAlign w:val="center"/>
          </w:tcPr>
          <w:p w14:paraId="03B23A4A" w14:textId="2F0C7B2C" w:rsidR="0029429F" w:rsidRPr="000E1F69" w:rsidRDefault="0029429F"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Área científica secundária</w:t>
            </w:r>
          </w:p>
        </w:tc>
        <w:tc>
          <w:tcPr>
            <w:tcW w:w="5800" w:type="dxa"/>
            <w:vAlign w:val="center"/>
          </w:tcPr>
          <w:p w14:paraId="6772CA4D" w14:textId="63A42532" w:rsidR="0029429F" w:rsidRPr="000E1F69" w:rsidRDefault="0029429F"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[Domínio, área e subarea]</w:t>
            </w:r>
          </w:p>
        </w:tc>
      </w:tr>
      <w:tr w:rsidR="0009795D" w:rsidRPr="000E1F69" w14:paraId="6829C135" w14:textId="77777777" w:rsidTr="00FD3D1C">
        <w:trPr>
          <w:trHeight w:val="694"/>
          <w:tblHeader/>
          <w:jc w:val="center"/>
        </w:trPr>
        <w:tc>
          <w:tcPr>
            <w:tcW w:w="2830" w:type="dxa"/>
            <w:vAlign w:val="center"/>
          </w:tcPr>
          <w:p w14:paraId="4932AC95" w14:textId="77777777" w:rsidR="00D54212" w:rsidRPr="000E1F69" w:rsidRDefault="008E5393" w:rsidP="00AA28F4">
            <w:pPr>
              <w:rPr>
                <w:rFonts w:asciiTheme="majorHAnsi" w:hAnsiTheme="majorHAnsi" w:cstheme="majorHAnsi"/>
                <w:b/>
                <w:color w:val="000000" w:themeColor="text1"/>
              </w:rPr>
            </w:pPr>
            <w:r w:rsidRPr="000E1F69">
              <w:rPr>
                <w:rFonts w:asciiTheme="majorHAnsi" w:hAnsiTheme="majorHAnsi" w:cstheme="majorHAnsi"/>
                <w:b/>
                <w:color w:val="000000" w:themeColor="text1"/>
              </w:rPr>
              <w:t>Data de início</w:t>
            </w:r>
          </w:p>
        </w:tc>
        <w:tc>
          <w:tcPr>
            <w:tcW w:w="5800" w:type="dxa"/>
            <w:vAlign w:val="center"/>
          </w:tcPr>
          <w:p w14:paraId="3813BC40" w14:textId="2D496E5B" w:rsidR="00D54212" w:rsidRPr="000E1F69" w:rsidRDefault="00AA28F4" w:rsidP="00AA28F4">
            <w:pPr>
              <w:rPr>
                <w:rFonts w:asciiTheme="majorHAnsi" w:hAnsiTheme="majorHAnsi" w:cstheme="majorHAnsi"/>
                <w:color w:val="000000" w:themeColor="text1"/>
              </w:rPr>
            </w:pPr>
            <w:r w:rsidRPr="000E1F69">
              <w:rPr>
                <w:rFonts w:asciiTheme="majorHAnsi" w:hAnsiTheme="majorHAnsi" w:cstheme="majorHAnsi"/>
                <w:color w:val="000000" w:themeColor="text1"/>
              </w:rPr>
              <w:t>[Máx. 90 dias após decisão]</w:t>
            </w:r>
          </w:p>
        </w:tc>
      </w:tr>
      <w:tr w:rsidR="00D54212" w:rsidRPr="000E1F69" w14:paraId="1E122034" w14:textId="77777777" w:rsidTr="00FD3D1C">
        <w:trPr>
          <w:trHeight w:val="846"/>
          <w:tblHeader/>
          <w:jc w:val="center"/>
        </w:trPr>
        <w:tc>
          <w:tcPr>
            <w:tcW w:w="2830" w:type="dxa"/>
            <w:vAlign w:val="center"/>
          </w:tcPr>
          <w:p w14:paraId="24E605EB" w14:textId="77777777" w:rsidR="00D54212" w:rsidRPr="000E1F69" w:rsidRDefault="008E5393" w:rsidP="00AA28F4">
            <w:pPr>
              <w:rPr>
                <w:rFonts w:asciiTheme="majorHAnsi" w:hAnsiTheme="majorHAnsi" w:cstheme="majorHAnsi"/>
                <w:b/>
                <w:lang w:val="pt-PT"/>
              </w:rPr>
            </w:pPr>
            <w:r w:rsidRPr="000E1F69">
              <w:rPr>
                <w:rFonts w:asciiTheme="majorHAnsi" w:hAnsiTheme="majorHAnsi" w:cstheme="majorHAnsi"/>
                <w:b/>
                <w:lang w:val="pt-PT"/>
              </w:rPr>
              <w:t>Duração e data de fim</w:t>
            </w:r>
          </w:p>
        </w:tc>
        <w:tc>
          <w:tcPr>
            <w:tcW w:w="5800" w:type="dxa"/>
            <w:vAlign w:val="center"/>
          </w:tcPr>
          <w:p w14:paraId="277DBEEC" w14:textId="386CFABA" w:rsidR="00D54212" w:rsidRPr="000E1F69" w:rsidRDefault="00AA28F4" w:rsidP="00AA28F4">
            <w:pPr>
              <w:rPr>
                <w:rFonts w:asciiTheme="majorHAnsi" w:hAnsiTheme="majorHAnsi" w:cstheme="majorHAnsi"/>
                <w:lang w:val="pt-PT"/>
              </w:rPr>
            </w:pPr>
            <w:r w:rsidRPr="000E1F69">
              <w:rPr>
                <w:rFonts w:asciiTheme="majorHAnsi" w:hAnsiTheme="majorHAnsi" w:cstheme="majorHAnsi"/>
                <w:lang w:val="pt-PT"/>
              </w:rPr>
              <w:t>[Indique meses e calcule fim]</w:t>
            </w:r>
          </w:p>
        </w:tc>
      </w:tr>
    </w:tbl>
    <w:p w14:paraId="4311DBFD" w14:textId="4502603F" w:rsidR="0057246C" w:rsidRPr="000E1F69" w:rsidRDefault="0057246C">
      <w:pPr>
        <w:rPr>
          <w:rFonts w:asciiTheme="majorHAnsi" w:eastAsiaTheme="majorEastAsia" w:hAnsiTheme="majorHAnsi" w:cstheme="majorHAnsi"/>
          <w:b/>
          <w:bCs/>
          <w:color w:val="000000" w:themeColor="text1"/>
          <w:sz w:val="28"/>
          <w:szCs w:val="28"/>
          <w:lang w:val="pt-PT"/>
        </w:rPr>
      </w:pPr>
    </w:p>
    <w:p w14:paraId="07333213" w14:textId="77777777" w:rsidR="0057246C" w:rsidRPr="000E1F69" w:rsidRDefault="0057246C">
      <w:pPr>
        <w:rPr>
          <w:rFonts w:asciiTheme="majorHAnsi" w:eastAsiaTheme="majorEastAsia" w:hAnsiTheme="majorHAnsi" w:cstheme="majorHAnsi"/>
          <w:b/>
          <w:bCs/>
          <w:color w:val="000000" w:themeColor="text1"/>
          <w:sz w:val="28"/>
          <w:szCs w:val="28"/>
          <w:lang w:val="pt-PT"/>
        </w:rPr>
      </w:pPr>
      <w:r w:rsidRPr="000E1F69">
        <w:rPr>
          <w:rFonts w:asciiTheme="majorHAnsi" w:eastAsiaTheme="majorEastAsia" w:hAnsiTheme="majorHAnsi" w:cstheme="majorHAnsi"/>
          <w:b/>
          <w:bCs/>
          <w:color w:val="000000" w:themeColor="text1"/>
          <w:sz w:val="28"/>
          <w:szCs w:val="28"/>
          <w:lang w:val="pt-PT"/>
        </w:rPr>
        <w:br w:type="page"/>
      </w:r>
    </w:p>
    <w:p w14:paraId="30B608C5" w14:textId="2613151B" w:rsidR="00D54212" w:rsidRPr="000E1F69" w:rsidRDefault="00190EFF" w:rsidP="00AA28F4">
      <w:pPr>
        <w:pStyle w:val="Ttulo1"/>
        <w:rPr>
          <w:rFonts w:cstheme="majorHAnsi"/>
          <w:color w:val="1F497D" w:themeColor="text2"/>
        </w:rPr>
      </w:pPr>
      <w:bookmarkStart w:id="3" w:name="_Toc229482285"/>
      <w:r w:rsidRPr="000E1F69">
        <w:rPr>
          <w:rFonts w:cstheme="majorHAnsi"/>
          <w:color w:val="1F497D" w:themeColor="text2"/>
        </w:rPr>
        <w:lastRenderedPageBreak/>
        <w:t>EQUIPA DE INVESTIGAÇÃO — INVESTIGADOR RESPONSÁVEL</w:t>
      </w:r>
      <w:bookmarkEnd w:id="3"/>
    </w:p>
    <w:p w14:paraId="071F9549" w14:textId="77777777" w:rsidR="00190EFF" w:rsidRPr="000E1F69" w:rsidRDefault="00190EFF" w:rsidP="00190EFF">
      <w:pPr>
        <w:rPr>
          <w:rFonts w:asciiTheme="majorHAnsi" w:hAnsiTheme="majorHAnsi" w:cstheme="majorHAnsi"/>
        </w:rPr>
      </w:pPr>
    </w:p>
    <w:tbl>
      <w:tblPr>
        <w:tblStyle w:val="TabelacomGrelha"/>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694"/>
        <w:gridCol w:w="4320"/>
      </w:tblGrid>
      <w:tr w:rsidR="00190EFF" w:rsidRPr="000E1F69" w14:paraId="14D1EC96" w14:textId="77777777" w:rsidTr="0057246C">
        <w:trPr>
          <w:trHeight w:val="484"/>
          <w:tblHeader/>
        </w:trPr>
        <w:tc>
          <w:tcPr>
            <w:tcW w:w="2694" w:type="dxa"/>
            <w:tcBorders>
              <w:top w:val="nil"/>
              <w:bottom w:val="single" w:sz="12" w:space="0" w:color="auto"/>
            </w:tcBorders>
            <w:vAlign w:val="center"/>
          </w:tcPr>
          <w:p w14:paraId="527B3220" w14:textId="31EE5D9C" w:rsidR="00D54212" w:rsidRPr="000E1F69" w:rsidRDefault="00190EFF" w:rsidP="00190EFF">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4320" w:type="dxa"/>
            <w:tcBorders>
              <w:top w:val="nil"/>
              <w:bottom w:val="single" w:sz="12" w:space="0" w:color="auto"/>
            </w:tcBorders>
            <w:vAlign w:val="center"/>
          </w:tcPr>
          <w:p w14:paraId="5B3ED72E" w14:textId="69C9A95B" w:rsidR="00D54212" w:rsidRPr="000E1F69" w:rsidRDefault="00190EFF" w:rsidP="00190EFF">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190EFF" w:rsidRPr="000E1F69" w14:paraId="612B36DB" w14:textId="77777777" w:rsidTr="0057246C">
        <w:trPr>
          <w:trHeight w:val="547"/>
        </w:trPr>
        <w:tc>
          <w:tcPr>
            <w:tcW w:w="2694" w:type="dxa"/>
            <w:tcBorders>
              <w:top w:val="single" w:sz="12" w:space="0" w:color="auto"/>
            </w:tcBorders>
            <w:vAlign w:val="center"/>
          </w:tcPr>
          <w:p w14:paraId="546DE70B" w14:textId="77777777" w:rsidR="00D54212" w:rsidRPr="000E1F69" w:rsidRDefault="008E5393"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Ciência ID</w:t>
            </w:r>
          </w:p>
        </w:tc>
        <w:tc>
          <w:tcPr>
            <w:tcW w:w="4320" w:type="dxa"/>
            <w:tcBorders>
              <w:top w:val="single" w:sz="12" w:space="0" w:color="auto"/>
            </w:tcBorders>
            <w:vAlign w:val="center"/>
          </w:tcPr>
          <w:p w14:paraId="174585D0" w14:textId="71D8E3FB" w:rsidR="00D54212" w:rsidRPr="000E1F69" w:rsidRDefault="008E5393"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 xml:space="preserve">Ex.: B511-B937-A766 </w:t>
            </w:r>
          </w:p>
        </w:tc>
      </w:tr>
      <w:tr w:rsidR="00190EFF" w:rsidRPr="000E1F69" w14:paraId="35EB7E40" w14:textId="77777777" w:rsidTr="0057246C">
        <w:trPr>
          <w:trHeight w:val="547"/>
        </w:trPr>
        <w:tc>
          <w:tcPr>
            <w:tcW w:w="2694" w:type="dxa"/>
            <w:vAlign w:val="center"/>
          </w:tcPr>
          <w:p w14:paraId="51E45589" w14:textId="77777777" w:rsidR="00D54212" w:rsidRPr="000E1F69" w:rsidRDefault="008E5393"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Nome</w:t>
            </w:r>
          </w:p>
        </w:tc>
        <w:tc>
          <w:tcPr>
            <w:tcW w:w="4320" w:type="dxa"/>
            <w:vAlign w:val="center"/>
          </w:tcPr>
          <w:p w14:paraId="3FB24AC7" w14:textId="28AEFF42" w:rsidR="00D54212" w:rsidRPr="000E1F69" w:rsidRDefault="008E5393"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 xml:space="preserve">Ex.: Carla Henriques </w:t>
            </w:r>
          </w:p>
        </w:tc>
      </w:tr>
      <w:tr w:rsidR="00190EFF" w:rsidRPr="000E1F69" w14:paraId="6DA52746" w14:textId="77777777" w:rsidTr="0057246C">
        <w:trPr>
          <w:trHeight w:val="555"/>
        </w:trPr>
        <w:tc>
          <w:tcPr>
            <w:tcW w:w="2694" w:type="dxa"/>
            <w:vAlign w:val="center"/>
          </w:tcPr>
          <w:p w14:paraId="26571B71" w14:textId="6BCFC2CA" w:rsidR="00D54212" w:rsidRPr="000E1F69" w:rsidRDefault="00086DA5"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UO associada</w:t>
            </w:r>
          </w:p>
        </w:tc>
        <w:tc>
          <w:tcPr>
            <w:tcW w:w="4320" w:type="dxa"/>
            <w:vAlign w:val="center"/>
          </w:tcPr>
          <w:p w14:paraId="76C48EBF" w14:textId="56F34C36" w:rsidR="00D54212" w:rsidRPr="000E1F69" w:rsidRDefault="00086DA5"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I2A</w:t>
            </w:r>
          </w:p>
        </w:tc>
      </w:tr>
      <w:tr w:rsidR="00190EFF" w:rsidRPr="000E1F69" w14:paraId="55CD48C4" w14:textId="77777777" w:rsidTr="0057246C">
        <w:trPr>
          <w:trHeight w:val="563"/>
        </w:trPr>
        <w:tc>
          <w:tcPr>
            <w:tcW w:w="2694" w:type="dxa"/>
            <w:vAlign w:val="center"/>
          </w:tcPr>
          <w:p w14:paraId="73E0AC3A" w14:textId="77777777" w:rsidR="00D54212" w:rsidRPr="000E1F69" w:rsidRDefault="008E5393" w:rsidP="00190EFF">
            <w:pPr>
              <w:rPr>
                <w:rFonts w:asciiTheme="majorHAnsi" w:hAnsiTheme="majorHAnsi" w:cstheme="majorHAnsi"/>
                <w:b/>
                <w:color w:val="000000" w:themeColor="text1"/>
              </w:rPr>
            </w:pPr>
            <w:r w:rsidRPr="000E1F69">
              <w:rPr>
                <w:rFonts w:asciiTheme="majorHAnsi" w:hAnsiTheme="majorHAnsi" w:cstheme="majorHAnsi"/>
                <w:b/>
                <w:color w:val="000000" w:themeColor="text1"/>
              </w:rPr>
              <w:t>Data doutoramento</w:t>
            </w:r>
          </w:p>
        </w:tc>
        <w:tc>
          <w:tcPr>
            <w:tcW w:w="4320" w:type="dxa"/>
            <w:vAlign w:val="center"/>
          </w:tcPr>
          <w:p w14:paraId="0D3C1A65" w14:textId="77777777" w:rsidR="00D54212" w:rsidRPr="000E1F69" w:rsidRDefault="008E5393" w:rsidP="00190EFF">
            <w:pPr>
              <w:rPr>
                <w:rFonts w:asciiTheme="majorHAnsi" w:hAnsiTheme="majorHAnsi" w:cstheme="majorHAnsi"/>
                <w:color w:val="000000" w:themeColor="text1"/>
              </w:rPr>
            </w:pPr>
            <w:r w:rsidRPr="000E1F69">
              <w:rPr>
                <w:rFonts w:asciiTheme="majorHAnsi" w:hAnsiTheme="majorHAnsi" w:cstheme="majorHAnsi"/>
                <w:color w:val="000000" w:themeColor="text1"/>
              </w:rPr>
              <w:t>Formato DD/MM/AAAA</w:t>
            </w:r>
          </w:p>
        </w:tc>
      </w:tr>
    </w:tbl>
    <w:p w14:paraId="7D8F00E4" w14:textId="77777777" w:rsidR="0029429F" w:rsidRPr="000E1F69" w:rsidRDefault="0029429F" w:rsidP="00D1526B">
      <w:pPr>
        <w:rPr>
          <w:rFonts w:asciiTheme="majorHAnsi" w:hAnsiTheme="majorHAnsi" w:cstheme="majorHAnsi"/>
          <w:color w:val="1F497D" w:themeColor="text2"/>
        </w:rPr>
      </w:pPr>
    </w:p>
    <w:p w14:paraId="70290A30" w14:textId="7CC71C20" w:rsidR="00D54212" w:rsidRPr="000E1F69" w:rsidRDefault="00FD3D1C" w:rsidP="00D1526B">
      <w:pPr>
        <w:rPr>
          <w:rFonts w:asciiTheme="majorHAnsi" w:hAnsiTheme="majorHAnsi" w:cstheme="majorHAnsi"/>
          <w:color w:val="1F497D" w:themeColor="text2"/>
        </w:rPr>
      </w:pPr>
      <w:r w:rsidRPr="000E1F69">
        <w:rPr>
          <w:rFonts w:asciiTheme="majorHAnsi" w:hAnsiTheme="majorHAnsi" w:cstheme="majorHAnsi"/>
          <w:color w:val="1F497D" w:themeColor="text2"/>
        </w:rPr>
        <w:t>CV NARRATIVO DO IR</w:t>
      </w: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834"/>
        <w:gridCol w:w="6704"/>
      </w:tblGrid>
      <w:tr w:rsidR="00FD3D1C" w:rsidRPr="000E1F69" w14:paraId="1835D685" w14:textId="77777777" w:rsidTr="0057246C">
        <w:trPr>
          <w:trHeight w:val="609"/>
          <w:tblHeader/>
          <w:jc w:val="center"/>
        </w:trPr>
        <w:tc>
          <w:tcPr>
            <w:tcW w:w="1834" w:type="dxa"/>
            <w:tcBorders>
              <w:top w:val="nil"/>
              <w:bottom w:val="single" w:sz="12" w:space="0" w:color="auto"/>
            </w:tcBorders>
            <w:vAlign w:val="center"/>
          </w:tcPr>
          <w:p w14:paraId="7178C759" w14:textId="7D8D2B7B" w:rsidR="00D54212" w:rsidRPr="000E1F69" w:rsidRDefault="00FD3D1C" w:rsidP="00FD3D1C">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6704" w:type="dxa"/>
            <w:tcBorders>
              <w:top w:val="nil"/>
              <w:bottom w:val="single" w:sz="12" w:space="0" w:color="auto"/>
            </w:tcBorders>
            <w:vAlign w:val="center"/>
          </w:tcPr>
          <w:p w14:paraId="4184A189" w14:textId="7E1116D6" w:rsidR="00D54212" w:rsidRPr="000E1F69" w:rsidRDefault="00FD3D1C" w:rsidP="00FD3D1C">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FD3D1C" w:rsidRPr="000E1F69" w14:paraId="4B869EBF" w14:textId="77777777" w:rsidTr="00FD3D1C">
        <w:trPr>
          <w:trHeight w:val="702"/>
          <w:jc w:val="center"/>
        </w:trPr>
        <w:tc>
          <w:tcPr>
            <w:tcW w:w="1834" w:type="dxa"/>
            <w:vMerge w:val="restart"/>
            <w:tcBorders>
              <w:top w:val="single" w:sz="12" w:space="0" w:color="auto"/>
            </w:tcBorders>
            <w:vAlign w:val="center"/>
          </w:tcPr>
          <w:p w14:paraId="6473664F" w14:textId="77777777" w:rsidR="00F46C18" w:rsidRPr="000E1F69" w:rsidRDefault="00F46C18" w:rsidP="00FD3D1C">
            <w:pPr>
              <w:rPr>
                <w:rFonts w:asciiTheme="majorHAnsi" w:hAnsiTheme="majorHAnsi" w:cstheme="majorHAnsi"/>
                <w:b/>
                <w:color w:val="000000" w:themeColor="text1"/>
              </w:rPr>
            </w:pPr>
            <w:r w:rsidRPr="000E1F69">
              <w:rPr>
                <w:rFonts w:asciiTheme="majorHAnsi" w:hAnsiTheme="majorHAnsi" w:cstheme="majorHAnsi"/>
                <w:b/>
                <w:color w:val="000000" w:themeColor="text1"/>
              </w:rPr>
              <w:t>C1. Carreira</w:t>
            </w:r>
          </w:p>
        </w:tc>
        <w:tc>
          <w:tcPr>
            <w:tcW w:w="6704" w:type="dxa"/>
            <w:tcBorders>
              <w:top w:val="single" w:sz="12" w:space="0" w:color="auto"/>
            </w:tcBorders>
            <w:vAlign w:val="center"/>
          </w:tcPr>
          <w:p w14:paraId="3A28D52B" w14:textId="7E730D77"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Formação académica e histórico profissional | Limite: 4000 caracteres</w:t>
            </w:r>
            <w:r w:rsidR="00B62291" w:rsidRPr="000E1F69">
              <w:rPr>
                <w:rFonts w:asciiTheme="majorHAnsi" w:hAnsiTheme="majorHAnsi" w:cstheme="majorHAnsi"/>
                <w:color w:val="000000" w:themeColor="text1"/>
                <w:lang w:val="pt-PT"/>
              </w:rPr>
              <w:t xml:space="preserve"> (de acordo com o formulário)</w:t>
            </w:r>
          </w:p>
        </w:tc>
      </w:tr>
      <w:tr w:rsidR="00FD3D1C" w:rsidRPr="000E1F69" w14:paraId="7C55BE94" w14:textId="77777777" w:rsidTr="00FD3D1C">
        <w:trPr>
          <w:trHeight w:val="1419"/>
          <w:jc w:val="center"/>
        </w:trPr>
        <w:tc>
          <w:tcPr>
            <w:tcW w:w="1834" w:type="dxa"/>
            <w:vMerge/>
            <w:vAlign w:val="center"/>
          </w:tcPr>
          <w:p w14:paraId="38D2DE79" w14:textId="77777777" w:rsidR="00F46C18" w:rsidRPr="000E1F69" w:rsidRDefault="00F46C18" w:rsidP="00FD3D1C">
            <w:pPr>
              <w:rPr>
                <w:rFonts w:asciiTheme="majorHAnsi" w:hAnsiTheme="majorHAnsi" w:cstheme="majorHAnsi"/>
                <w:b/>
                <w:color w:val="000000" w:themeColor="text1"/>
                <w:lang w:val="pt-PT"/>
              </w:rPr>
            </w:pPr>
          </w:p>
        </w:tc>
        <w:tc>
          <w:tcPr>
            <w:tcW w:w="6704" w:type="dxa"/>
            <w:vAlign w:val="center"/>
          </w:tcPr>
          <w:p w14:paraId="108F50AB" w14:textId="22215DEE"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4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0CADA313" w14:textId="3C2B0E4E"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Descreva a sua formação académica e o seu histórico profissional. Quando aplicável, pode também especificar destacamentos, voluntariado ou interrupções na carreira que possam ter afetado a sua progressão como investigador.</w:t>
            </w:r>
          </w:p>
        </w:tc>
      </w:tr>
      <w:tr w:rsidR="00FD3D1C" w:rsidRPr="000E1F69" w14:paraId="583F74CC" w14:textId="77777777" w:rsidTr="00FD3D1C">
        <w:trPr>
          <w:trHeight w:val="762"/>
          <w:jc w:val="center"/>
        </w:trPr>
        <w:tc>
          <w:tcPr>
            <w:tcW w:w="1834" w:type="dxa"/>
            <w:vMerge w:val="restart"/>
            <w:vAlign w:val="center"/>
          </w:tcPr>
          <w:p w14:paraId="0684F436" w14:textId="4E8261D2" w:rsidR="00F46C18" w:rsidRPr="000E1F69" w:rsidRDefault="00F46C18" w:rsidP="00FD3D1C">
            <w:pPr>
              <w:rPr>
                <w:rFonts w:asciiTheme="majorHAnsi" w:hAnsiTheme="majorHAnsi" w:cstheme="majorHAnsi"/>
                <w:b/>
                <w:color w:val="000000" w:themeColor="text1"/>
                <w:lang w:val="pt-PT"/>
              </w:rPr>
            </w:pPr>
            <w:r w:rsidRPr="000E1F69">
              <w:rPr>
                <w:rFonts w:asciiTheme="majorHAnsi" w:hAnsiTheme="majorHAnsi" w:cstheme="majorHAnsi"/>
                <w:b/>
                <w:color w:val="000000" w:themeColor="text1"/>
                <w:lang w:val="pt-PT"/>
              </w:rPr>
              <w:t>C2. Contribuições da originalidade de ideias, ferramentas, metodologias ou conhecimento</w:t>
            </w:r>
          </w:p>
        </w:tc>
        <w:tc>
          <w:tcPr>
            <w:tcW w:w="6704" w:type="dxa"/>
            <w:vAlign w:val="center"/>
          </w:tcPr>
          <w:p w14:paraId="35996188" w14:textId="4E16C10E"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Contribuições para ideias/metodologias | Limite: 5000 caracteres</w:t>
            </w:r>
          </w:p>
        </w:tc>
      </w:tr>
      <w:tr w:rsidR="00FD3D1C" w:rsidRPr="000E1F69" w14:paraId="44E414F8" w14:textId="77777777" w:rsidTr="00FD3D1C">
        <w:trPr>
          <w:trHeight w:val="1688"/>
          <w:jc w:val="center"/>
        </w:trPr>
        <w:tc>
          <w:tcPr>
            <w:tcW w:w="1834" w:type="dxa"/>
            <w:vMerge/>
            <w:vAlign w:val="center"/>
          </w:tcPr>
          <w:p w14:paraId="46D8E1D6" w14:textId="77777777" w:rsidR="00F46C18" w:rsidRPr="000E1F69" w:rsidRDefault="00F46C18" w:rsidP="00FD3D1C">
            <w:pPr>
              <w:rPr>
                <w:rFonts w:asciiTheme="majorHAnsi" w:hAnsiTheme="majorHAnsi" w:cstheme="majorHAnsi"/>
                <w:b/>
                <w:color w:val="000000" w:themeColor="text1"/>
                <w:lang w:val="pt-PT"/>
              </w:rPr>
            </w:pPr>
          </w:p>
        </w:tc>
        <w:tc>
          <w:tcPr>
            <w:tcW w:w="6704" w:type="dxa"/>
            <w:vAlign w:val="center"/>
          </w:tcPr>
          <w:p w14:paraId="15F3A197" w14:textId="60839FD6"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095CB6F9" w14:textId="546EDA9A" w:rsidR="00F46C18" w:rsidRPr="000E1F69" w:rsidRDefault="00F46C18"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Foque-se nas suas contribuições para novas ideias, ferramentas, metodologias ou conhecimentos e evite informações quantitativas. Consulte o Guião de Candidatura para obter informações mais detalhadas.</w:t>
            </w:r>
          </w:p>
        </w:tc>
      </w:tr>
      <w:tr w:rsidR="00FD3D1C" w:rsidRPr="000E1F69" w14:paraId="1D926381" w14:textId="77777777" w:rsidTr="00FD3D1C">
        <w:trPr>
          <w:trHeight w:val="629"/>
          <w:jc w:val="center"/>
        </w:trPr>
        <w:tc>
          <w:tcPr>
            <w:tcW w:w="1834" w:type="dxa"/>
            <w:vMerge w:val="restart"/>
            <w:vAlign w:val="center"/>
          </w:tcPr>
          <w:p w14:paraId="1570A083" w14:textId="4254AA02" w:rsidR="009C7ACA" w:rsidRPr="000E1F69" w:rsidRDefault="009C7ACA" w:rsidP="00FD3D1C">
            <w:pPr>
              <w:rPr>
                <w:rFonts w:asciiTheme="majorHAnsi" w:hAnsiTheme="majorHAnsi" w:cstheme="majorHAnsi"/>
                <w:b/>
                <w:color w:val="000000" w:themeColor="text1"/>
                <w:lang w:val="pt-PT"/>
              </w:rPr>
            </w:pPr>
            <w:r w:rsidRPr="000E1F69">
              <w:rPr>
                <w:rFonts w:asciiTheme="majorHAnsi" w:hAnsiTheme="majorHAnsi" w:cstheme="majorHAnsi"/>
                <w:b/>
                <w:color w:val="000000" w:themeColor="text1"/>
                <w:lang w:val="pt-PT"/>
              </w:rPr>
              <w:t xml:space="preserve">C3. Contribuições para o </w:t>
            </w:r>
            <w:r w:rsidRPr="000E1F69">
              <w:rPr>
                <w:rFonts w:asciiTheme="majorHAnsi" w:hAnsiTheme="majorHAnsi" w:cstheme="majorHAnsi"/>
                <w:b/>
                <w:color w:val="000000" w:themeColor="text1"/>
                <w:lang w:val="pt-PT"/>
              </w:rPr>
              <w:lastRenderedPageBreak/>
              <w:t>desenvolvimento de competências ao nível individual e/ou em equipas</w:t>
            </w:r>
          </w:p>
        </w:tc>
        <w:tc>
          <w:tcPr>
            <w:tcW w:w="6704" w:type="dxa"/>
            <w:vAlign w:val="center"/>
          </w:tcPr>
          <w:p w14:paraId="1CCA725F" w14:textId="7F198B29" w:rsidR="009C7ACA" w:rsidRPr="000E1F69" w:rsidRDefault="009C7ACA"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lastRenderedPageBreak/>
              <w:t>Experiência em equipas | Limite: 3000 caracteres</w:t>
            </w:r>
          </w:p>
        </w:tc>
      </w:tr>
      <w:tr w:rsidR="00FD3D1C" w:rsidRPr="000E1F69" w14:paraId="26E7FCC0" w14:textId="77777777" w:rsidTr="00FD3D1C">
        <w:trPr>
          <w:trHeight w:val="1403"/>
          <w:jc w:val="center"/>
        </w:trPr>
        <w:tc>
          <w:tcPr>
            <w:tcW w:w="1834" w:type="dxa"/>
            <w:vMerge/>
            <w:vAlign w:val="center"/>
          </w:tcPr>
          <w:p w14:paraId="64F5D9CE" w14:textId="77777777" w:rsidR="009C7ACA" w:rsidRPr="000E1F69" w:rsidRDefault="009C7ACA" w:rsidP="00FD3D1C">
            <w:pPr>
              <w:rPr>
                <w:rFonts w:asciiTheme="majorHAnsi" w:hAnsiTheme="majorHAnsi" w:cstheme="majorHAnsi"/>
                <w:b/>
                <w:color w:val="000000" w:themeColor="text1"/>
                <w:lang w:val="pt-PT"/>
              </w:rPr>
            </w:pPr>
          </w:p>
        </w:tc>
        <w:tc>
          <w:tcPr>
            <w:tcW w:w="6704" w:type="dxa"/>
            <w:vAlign w:val="center"/>
          </w:tcPr>
          <w:p w14:paraId="259783EE" w14:textId="55F0DA3D"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3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46B19D2F" w14:textId="447C0F0B" w:rsidR="009C7ACA" w:rsidRPr="000E1F69" w:rsidRDefault="009C7ACA"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Destaque a experiência ou outras contribuições que prestou às equipas ou aos membros da equipa. Consulte o Guião de Candidatura para obter informações mais detalhadas.</w:t>
            </w:r>
          </w:p>
        </w:tc>
      </w:tr>
      <w:tr w:rsidR="00FD3D1C" w:rsidRPr="000E1F69" w14:paraId="63F7B591" w14:textId="77777777" w:rsidTr="00FD3D1C">
        <w:trPr>
          <w:trHeight w:val="710"/>
          <w:jc w:val="center"/>
        </w:trPr>
        <w:tc>
          <w:tcPr>
            <w:tcW w:w="1834" w:type="dxa"/>
            <w:vMerge w:val="restart"/>
            <w:vAlign w:val="center"/>
          </w:tcPr>
          <w:p w14:paraId="66EF691C" w14:textId="51439845" w:rsidR="009C7ACA" w:rsidRPr="000E1F69" w:rsidRDefault="009C7ACA" w:rsidP="00FD3D1C">
            <w:pPr>
              <w:rPr>
                <w:rFonts w:asciiTheme="majorHAnsi" w:hAnsiTheme="majorHAnsi" w:cstheme="majorHAnsi"/>
                <w:b/>
                <w:color w:val="000000" w:themeColor="text1"/>
                <w:lang w:val="pt-PT"/>
              </w:rPr>
            </w:pPr>
            <w:r w:rsidRPr="000E1F69">
              <w:rPr>
                <w:rFonts w:asciiTheme="majorHAnsi" w:hAnsiTheme="majorHAnsi" w:cstheme="majorHAnsi"/>
                <w:b/>
                <w:color w:val="000000" w:themeColor="text1"/>
                <w:lang w:val="pt-PT"/>
              </w:rPr>
              <w:t>C</w:t>
            </w:r>
            <w:r w:rsidR="008A3FD3" w:rsidRPr="000E1F69">
              <w:rPr>
                <w:rFonts w:asciiTheme="majorHAnsi" w:hAnsiTheme="majorHAnsi" w:cstheme="majorHAnsi"/>
                <w:b/>
                <w:color w:val="000000" w:themeColor="text1"/>
                <w:lang w:val="pt-PT"/>
              </w:rPr>
              <w:t>4</w:t>
            </w:r>
            <w:r w:rsidRPr="000E1F69">
              <w:rPr>
                <w:rFonts w:asciiTheme="majorHAnsi" w:hAnsiTheme="majorHAnsi" w:cstheme="majorHAnsi"/>
                <w:b/>
                <w:color w:val="000000" w:themeColor="text1"/>
                <w:lang w:val="pt-PT"/>
              </w:rPr>
              <w:t>. Resultados e atividades relevantes</w:t>
            </w:r>
          </w:p>
        </w:tc>
        <w:tc>
          <w:tcPr>
            <w:tcW w:w="6704" w:type="dxa"/>
            <w:vAlign w:val="center"/>
          </w:tcPr>
          <w:p w14:paraId="09A04159" w14:textId="7A748BCE" w:rsidR="009C7ACA" w:rsidRPr="000E1F69" w:rsidRDefault="009C7ACA" w:rsidP="00FD3D1C">
            <w:pPr>
              <w:rPr>
                <w:rFonts w:asciiTheme="majorHAnsi" w:hAnsiTheme="majorHAnsi" w:cstheme="majorHAnsi"/>
                <w:color w:val="000000" w:themeColor="text1"/>
                <w:lang w:val="pt-PT"/>
              </w:rPr>
            </w:pPr>
            <w:r w:rsidRPr="000E1F69">
              <w:rPr>
                <w:rFonts w:asciiTheme="majorHAnsi" w:hAnsiTheme="majorHAnsi" w:cstheme="majorHAnsi"/>
                <w:color w:val="000000" w:themeColor="text1"/>
                <w:lang w:val="pt-PT"/>
              </w:rPr>
              <w:t xml:space="preserve">Até 5 publicações ou atividades | Limite: 5000 caracteres. </w:t>
            </w:r>
          </w:p>
        </w:tc>
      </w:tr>
      <w:tr w:rsidR="00FD3D1C" w:rsidRPr="000E1F69" w14:paraId="66B64481" w14:textId="77777777" w:rsidTr="00FD3D1C">
        <w:trPr>
          <w:trHeight w:val="1259"/>
          <w:jc w:val="center"/>
        </w:trPr>
        <w:tc>
          <w:tcPr>
            <w:tcW w:w="1834" w:type="dxa"/>
            <w:vMerge/>
            <w:vAlign w:val="center"/>
          </w:tcPr>
          <w:p w14:paraId="23981E14" w14:textId="77777777" w:rsidR="009C7ACA" w:rsidRPr="000E1F69" w:rsidRDefault="009C7ACA" w:rsidP="00FD3D1C">
            <w:pPr>
              <w:rPr>
                <w:rFonts w:asciiTheme="majorHAnsi" w:hAnsiTheme="majorHAnsi" w:cstheme="majorHAnsi"/>
                <w:b/>
                <w:color w:val="000000" w:themeColor="text1"/>
                <w:lang w:val="pt-PT"/>
              </w:rPr>
            </w:pPr>
          </w:p>
        </w:tc>
        <w:tc>
          <w:tcPr>
            <w:tcW w:w="6704" w:type="dxa"/>
            <w:vAlign w:val="center"/>
          </w:tcPr>
          <w:p w14:paraId="24BCBE75" w14:textId="029CDCD5" w:rsidR="008A3FD3" w:rsidRPr="000E1F69" w:rsidRDefault="009C7568" w:rsidP="008A3FD3">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564B605D" w14:textId="77777777" w:rsidR="008A3FD3" w:rsidRPr="000E1F69" w:rsidRDefault="008A3FD3" w:rsidP="00FD3D1C">
            <w:pPr>
              <w:rPr>
                <w:rFonts w:asciiTheme="majorHAnsi" w:hAnsiTheme="majorHAnsi" w:cstheme="majorHAnsi"/>
                <w:color w:val="000000" w:themeColor="text1"/>
                <w:lang w:val="pt-PT"/>
              </w:rPr>
            </w:pPr>
          </w:p>
          <w:p w14:paraId="1DC697B2" w14:textId="0325A584" w:rsidR="009C7ACA" w:rsidRPr="000E1F69" w:rsidRDefault="009C7ACA" w:rsidP="00FD3D1C">
            <w:pPr>
              <w:rPr>
                <w:rFonts w:asciiTheme="majorHAnsi" w:hAnsiTheme="majorHAnsi" w:cstheme="majorHAnsi"/>
                <w:color w:val="000000" w:themeColor="text1"/>
              </w:rPr>
            </w:pPr>
            <w:r w:rsidRPr="000E1F69">
              <w:rPr>
                <w:rFonts w:asciiTheme="majorHAnsi" w:hAnsiTheme="majorHAnsi" w:cstheme="majorHAnsi"/>
                <w:color w:val="000000" w:themeColor="text1"/>
                <w:lang w:val="pt-PT"/>
              </w:rPr>
              <w:t xml:space="preserve">Apresente informações adicionais sobre, no máximo, 5 publicações científicas e/ou atividades que considere relevantes para a avaliação desta candidatura. </w:t>
            </w:r>
            <w:r w:rsidRPr="000E1F69">
              <w:rPr>
                <w:rFonts w:asciiTheme="majorHAnsi" w:hAnsiTheme="majorHAnsi" w:cstheme="majorHAnsi"/>
                <w:color w:val="000000" w:themeColor="text1"/>
              </w:rPr>
              <w:t>Refira o papel que desempenhou em cada uma delas.</w:t>
            </w:r>
          </w:p>
        </w:tc>
      </w:tr>
    </w:tbl>
    <w:p w14:paraId="4099EAC3" w14:textId="77777777" w:rsidR="00BF2F39" w:rsidRPr="000E1F69" w:rsidRDefault="00BF2F39" w:rsidP="0029429F">
      <w:pPr>
        <w:rPr>
          <w:rFonts w:asciiTheme="majorHAnsi" w:hAnsiTheme="majorHAnsi" w:cstheme="majorHAnsi"/>
          <w:color w:val="000000" w:themeColor="text1"/>
        </w:rPr>
      </w:pPr>
    </w:p>
    <w:p w14:paraId="30FD6B65" w14:textId="0D1D8592" w:rsidR="00D54212" w:rsidRPr="000E1F69" w:rsidRDefault="00FD3D1C" w:rsidP="0029429F">
      <w:pPr>
        <w:rPr>
          <w:rFonts w:asciiTheme="majorHAnsi" w:hAnsiTheme="majorHAnsi" w:cstheme="majorHAnsi"/>
          <w:color w:val="1F497D" w:themeColor="text2"/>
        </w:rPr>
      </w:pPr>
      <w:r w:rsidRPr="000E1F69">
        <w:rPr>
          <w:rFonts w:asciiTheme="majorHAnsi" w:hAnsiTheme="majorHAnsi" w:cstheme="majorHAnsi"/>
          <w:color w:val="1F497D" w:themeColor="text2"/>
        </w:rPr>
        <w:t>SINOPSE DOS CV DA EQUIPA</w:t>
      </w: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636"/>
        <w:gridCol w:w="7004"/>
      </w:tblGrid>
      <w:tr w:rsidR="00D54212" w:rsidRPr="000E1F69" w14:paraId="24C68263" w14:textId="77777777" w:rsidTr="0057246C">
        <w:trPr>
          <w:trHeight w:val="511"/>
          <w:jc w:val="center"/>
        </w:trPr>
        <w:tc>
          <w:tcPr>
            <w:tcW w:w="1636" w:type="dxa"/>
            <w:vAlign w:val="center"/>
          </w:tcPr>
          <w:p w14:paraId="050DD4DE" w14:textId="3487DA29" w:rsidR="00D54212" w:rsidRPr="000E1F69" w:rsidRDefault="0057246C" w:rsidP="0057246C">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7004" w:type="dxa"/>
            <w:vAlign w:val="center"/>
          </w:tcPr>
          <w:p w14:paraId="7EABED96" w14:textId="71F53E43" w:rsidR="00D54212" w:rsidRPr="000E1F69" w:rsidRDefault="0057246C" w:rsidP="0057246C">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82C31" w:rsidRPr="000E1F69" w14:paraId="4B4ACF63" w14:textId="77777777" w:rsidTr="0057246C">
        <w:trPr>
          <w:trHeight w:val="561"/>
          <w:jc w:val="center"/>
        </w:trPr>
        <w:tc>
          <w:tcPr>
            <w:tcW w:w="1636" w:type="dxa"/>
            <w:vMerge w:val="restart"/>
            <w:vAlign w:val="center"/>
          </w:tcPr>
          <w:p w14:paraId="6E84E335" w14:textId="77777777" w:rsidR="00D82C31" w:rsidRPr="000E1F69" w:rsidRDefault="00D82C31" w:rsidP="0057246C">
            <w:pPr>
              <w:rPr>
                <w:rFonts w:asciiTheme="majorHAnsi" w:hAnsiTheme="majorHAnsi" w:cstheme="majorHAnsi"/>
                <w:b/>
                <w:lang w:val="pt-PT"/>
              </w:rPr>
            </w:pPr>
            <w:r w:rsidRPr="000E1F69">
              <w:rPr>
                <w:rFonts w:asciiTheme="majorHAnsi" w:hAnsiTheme="majorHAnsi" w:cstheme="majorHAnsi"/>
                <w:b/>
                <w:lang w:val="pt-PT"/>
              </w:rPr>
              <w:t>Sinopse dos CV da equipa</w:t>
            </w:r>
          </w:p>
        </w:tc>
        <w:tc>
          <w:tcPr>
            <w:tcW w:w="7004" w:type="dxa"/>
            <w:vAlign w:val="center"/>
          </w:tcPr>
          <w:p w14:paraId="7B0D60E3" w14:textId="07C9C4AA" w:rsidR="00D82C31" w:rsidRPr="000E1F69" w:rsidRDefault="00D82C31" w:rsidP="0057246C">
            <w:pPr>
              <w:rPr>
                <w:rFonts w:asciiTheme="majorHAnsi" w:hAnsiTheme="majorHAnsi" w:cstheme="majorHAnsi"/>
                <w:lang w:val="pt-PT"/>
              </w:rPr>
            </w:pPr>
            <w:r w:rsidRPr="000E1F69">
              <w:rPr>
                <w:rFonts w:asciiTheme="majorHAnsi" w:hAnsiTheme="majorHAnsi" w:cstheme="majorHAnsi"/>
                <w:lang w:val="pt-PT"/>
              </w:rPr>
              <w:t>Últimos 5 anos, competências e coerência | Limite: 10000 caracteres</w:t>
            </w:r>
          </w:p>
        </w:tc>
      </w:tr>
      <w:tr w:rsidR="00D82C31" w:rsidRPr="000E1F69" w14:paraId="76923806" w14:textId="77777777" w:rsidTr="0057246C">
        <w:trPr>
          <w:trHeight w:val="1830"/>
          <w:jc w:val="center"/>
        </w:trPr>
        <w:tc>
          <w:tcPr>
            <w:tcW w:w="1636" w:type="dxa"/>
            <w:vMerge/>
            <w:vAlign w:val="center"/>
          </w:tcPr>
          <w:p w14:paraId="0D9C5105" w14:textId="77777777" w:rsidR="00D82C31" w:rsidRPr="000E1F69" w:rsidRDefault="00D82C31" w:rsidP="0057246C">
            <w:pPr>
              <w:rPr>
                <w:rFonts w:asciiTheme="majorHAnsi" w:hAnsiTheme="majorHAnsi" w:cstheme="majorHAnsi"/>
                <w:lang w:val="pt-PT"/>
              </w:rPr>
            </w:pPr>
          </w:p>
        </w:tc>
        <w:tc>
          <w:tcPr>
            <w:tcW w:w="7004" w:type="dxa"/>
            <w:vAlign w:val="center"/>
          </w:tcPr>
          <w:p w14:paraId="2A21C228" w14:textId="1A24FACB"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0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4EBFAB77" w14:textId="77777777" w:rsidR="009C7568" w:rsidRPr="000E1F69" w:rsidRDefault="009C7568" w:rsidP="0057246C">
            <w:pPr>
              <w:rPr>
                <w:rFonts w:asciiTheme="majorHAnsi" w:hAnsiTheme="majorHAnsi" w:cstheme="majorHAnsi"/>
                <w:lang w:val="pt-PT"/>
              </w:rPr>
            </w:pPr>
          </w:p>
          <w:p w14:paraId="40DCED8E" w14:textId="1888AF74" w:rsidR="00D82C31" w:rsidRPr="000E1F69" w:rsidRDefault="00D82C31" w:rsidP="0057246C">
            <w:pPr>
              <w:rPr>
                <w:rFonts w:asciiTheme="majorHAnsi" w:hAnsiTheme="majorHAnsi" w:cstheme="majorHAnsi"/>
                <w:lang w:val="pt-PT"/>
              </w:rPr>
            </w:pPr>
            <w:r w:rsidRPr="000E1F69">
              <w:rPr>
                <w:rFonts w:asciiTheme="majorHAnsi" w:hAnsiTheme="majorHAnsi" w:cstheme="majorHAnsi"/>
                <w:lang w:val="pt-PT"/>
              </w:rPr>
              <w:t>Fundamentar o enquadramento e as competências da equipa de investigação e a sua coerência para o plano de trabalhos proposto. Deve focar-se nos últimos 5 anos efetivos de atividade científica da equipa de investigação, indicando as realizações científicas mais relevantes da equipa de investigação e demonstrando a sua competência na área do projeto proposto</w:t>
            </w:r>
          </w:p>
        </w:tc>
      </w:tr>
    </w:tbl>
    <w:p w14:paraId="092DDF36" w14:textId="77777777" w:rsidR="0057246C" w:rsidRPr="000E1F69" w:rsidRDefault="0057246C" w:rsidP="00AA28F4">
      <w:pPr>
        <w:pStyle w:val="Ttulo1"/>
        <w:rPr>
          <w:rFonts w:cstheme="majorHAnsi"/>
          <w:color w:val="000000" w:themeColor="text1"/>
          <w:lang w:val="pt-PT"/>
        </w:rPr>
      </w:pPr>
    </w:p>
    <w:p w14:paraId="7D3EAB2E" w14:textId="77777777" w:rsidR="0057246C" w:rsidRPr="000E1F69" w:rsidRDefault="0057246C">
      <w:pPr>
        <w:rPr>
          <w:rFonts w:asciiTheme="majorHAnsi" w:eastAsiaTheme="majorEastAsia" w:hAnsiTheme="majorHAnsi" w:cstheme="majorHAnsi"/>
          <w:b/>
          <w:bCs/>
          <w:color w:val="000000" w:themeColor="text1"/>
          <w:sz w:val="28"/>
          <w:szCs w:val="28"/>
          <w:lang w:val="pt-PT"/>
        </w:rPr>
      </w:pPr>
      <w:r w:rsidRPr="000E1F69">
        <w:rPr>
          <w:rFonts w:asciiTheme="majorHAnsi" w:hAnsiTheme="majorHAnsi" w:cstheme="majorHAnsi"/>
          <w:color w:val="000000" w:themeColor="text1"/>
          <w:lang w:val="pt-PT"/>
        </w:rPr>
        <w:br w:type="page"/>
      </w:r>
    </w:p>
    <w:p w14:paraId="1002EA9A" w14:textId="3FD8DA62" w:rsidR="00D54212" w:rsidRPr="000E1F69" w:rsidRDefault="0057246C" w:rsidP="00AA28F4">
      <w:pPr>
        <w:pStyle w:val="Ttulo1"/>
        <w:rPr>
          <w:rFonts w:cstheme="majorHAnsi"/>
          <w:color w:val="000000" w:themeColor="text1"/>
        </w:rPr>
      </w:pPr>
      <w:bookmarkStart w:id="4" w:name="_Toc229482286"/>
      <w:r w:rsidRPr="000E1F69">
        <w:rPr>
          <w:rFonts w:cstheme="majorHAnsi"/>
          <w:color w:val="1F497D" w:themeColor="text2"/>
        </w:rPr>
        <w:lastRenderedPageBreak/>
        <w:t>PLANO DE TRABALHO — RESUMO</w:t>
      </w:r>
      <w:bookmarkEnd w:id="4"/>
    </w:p>
    <w:p w14:paraId="5770D660" w14:textId="77777777" w:rsidR="003912DB" w:rsidRPr="000E1F69" w:rsidRDefault="003912DB" w:rsidP="003912DB">
      <w:pPr>
        <w:rPr>
          <w:rFonts w:asciiTheme="majorHAnsi" w:hAnsiTheme="majorHAnsi" w:cstheme="majorHAnsi"/>
        </w:rPr>
      </w:pP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785"/>
        <w:gridCol w:w="6845"/>
      </w:tblGrid>
      <w:tr w:rsidR="00D54212" w:rsidRPr="000E1F69" w14:paraId="56372EB6" w14:textId="77777777" w:rsidTr="003912DB">
        <w:trPr>
          <w:trHeight w:val="599"/>
          <w:jc w:val="center"/>
        </w:trPr>
        <w:tc>
          <w:tcPr>
            <w:tcW w:w="1785" w:type="dxa"/>
            <w:vAlign w:val="center"/>
          </w:tcPr>
          <w:p w14:paraId="5AEEBD0E" w14:textId="55146FF2" w:rsidR="00D54212" w:rsidRPr="000E1F69" w:rsidRDefault="003912DB" w:rsidP="0057246C">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6845" w:type="dxa"/>
            <w:vAlign w:val="center"/>
          </w:tcPr>
          <w:p w14:paraId="13D7BB3F" w14:textId="7AF42648" w:rsidR="00D54212" w:rsidRPr="000E1F69" w:rsidRDefault="003912DB" w:rsidP="0057246C">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9C7ACA" w:rsidRPr="000E1F69" w14:paraId="11D69E6E" w14:textId="77777777" w:rsidTr="003912DB">
        <w:trPr>
          <w:trHeight w:val="696"/>
          <w:jc w:val="center"/>
        </w:trPr>
        <w:tc>
          <w:tcPr>
            <w:tcW w:w="1785" w:type="dxa"/>
            <w:vMerge w:val="restart"/>
            <w:vAlign w:val="center"/>
          </w:tcPr>
          <w:p w14:paraId="1E07D941" w14:textId="77777777" w:rsidR="009C7ACA" w:rsidRPr="000E1F69" w:rsidRDefault="009C7ACA" w:rsidP="0057246C">
            <w:pPr>
              <w:rPr>
                <w:rFonts w:asciiTheme="majorHAnsi" w:hAnsiTheme="majorHAnsi" w:cstheme="majorHAnsi"/>
                <w:b/>
              </w:rPr>
            </w:pPr>
            <w:r w:rsidRPr="000E1F69">
              <w:rPr>
                <w:rFonts w:asciiTheme="majorHAnsi" w:hAnsiTheme="majorHAnsi" w:cstheme="majorHAnsi"/>
                <w:b/>
              </w:rPr>
              <w:t>Resumo em português</w:t>
            </w:r>
          </w:p>
        </w:tc>
        <w:tc>
          <w:tcPr>
            <w:tcW w:w="6845" w:type="dxa"/>
            <w:vAlign w:val="center"/>
          </w:tcPr>
          <w:p w14:paraId="2E2663FD" w14:textId="539741A3" w:rsidR="009C7ACA" w:rsidRPr="000E1F69" w:rsidRDefault="009C7ACA" w:rsidP="0057246C">
            <w:pPr>
              <w:rPr>
                <w:rFonts w:asciiTheme="majorHAnsi" w:hAnsiTheme="majorHAnsi" w:cstheme="majorHAnsi"/>
                <w:lang w:val="pt-PT"/>
              </w:rPr>
            </w:pPr>
            <w:r w:rsidRPr="000E1F69">
              <w:rPr>
                <w:rFonts w:asciiTheme="majorHAnsi" w:hAnsiTheme="majorHAnsi" w:cstheme="majorHAnsi"/>
                <w:lang w:val="pt-PT"/>
              </w:rPr>
              <w:t>Objetivos, metodologia, impacto | Limite: 5000 caracteres</w:t>
            </w:r>
          </w:p>
        </w:tc>
      </w:tr>
      <w:tr w:rsidR="009C7ACA" w:rsidRPr="000E1F69" w14:paraId="6FFBA11C" w14:textId="77777777" w:rsidTr="003912DB">
        <w:trPr>
          <w:trHeight w:val="2974"/>
          <w:jc w:val="center"/>
        </w:trPr>
        <w:tc>
          <w:tcPr>
            <w:tcW w:w="1785" w:type="dxa"/>
            <w:vMerge/>
            <w:vAlign w:val="center"/>
          </w:tcPr>
          <w:p w14:paraId="1E9A3308" w14:textId="77777777" w:rsidR="009C7ACA" w:rsidRPr="000E1F69" w:rsidRDefault="009C7ACA" w:rsidP="0057246C">
            <w:pPr>
              <w:rPr>
                <w:rFonts w:asciiTheme="majorHAnsi" w:hAnsiTheme="majorHAnsi" w:cstheme="majorHAnsi"/>
                <w:b/>
                <w:lang w:val="pt-PT"/>
              </w:rPr>
            </w:pPr>
          </w:p>
        </w:tc>
        <w:tc>
          <w:tcPr>
            <w:tcW w:w="6845" w:type="dxa"/>
            <w:vAlign w:val="center"/>
          </w:tcPr>
          <w:p w14:paraId="2A9C181B" w14:textId="38F2D217"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6A611CD5" w14:textId="77777777" w:rsidR="009C7568" w:rsidRPr="000E1F69" w:rsidRDefault="009C7568" w:rsidP="0057246C">
            <w:pPr>
              <w:rPr>
                <w:rFonts w:asciiTheme="majorHAnsi" w:hAnsiTheme="majorHAnsi" w:cstheme="majorHAnsi"/>
                <w:lang w:val="pt-PT"/>
              </w:rPr>
            </w:pPr>
          </w:p>
          <w:p w14:paraId="1CA48E81" w14:textId="279A6D55" w:rsidR="009C7ACA" w:rsidRPr="000E1F69" w:rsidRDefault="00D82C31" w:rsidP="0057246C">
            <w:pPr>
              <w:rPr>
                <w:rFonts w:asciiTheme="majorHAnsi" w:hAnsiTheme="majorHAnsi" w:cstheme="majorHAnsi"/>
              </w:rPr>
            </w:pPr>
            <w:r w:rsidRPr="000E1F69">
              <w:rPr>
                <w:rFonts w:asciiTheme="majorHAnsi" w:hAnsiTheme="majorHAnsi" w:cstheme="majorHAnsi"/>
                <w:lang w:val="pt-PT"/>
              </w:rPr>
              <w:t xml:space="preserve">Nesta seção, deve ser fornecido um resumo da proposta em português, abrangendo uma análise do estado da arte, objetivos-chave, o conhecimento e as competências disponíveis dentro da equipa, a estratégia e metodologias a serem utilizadas, além de um esboço da novidade do projeto e Resultados esperados. O PI deve especificar se o resumo usado pela FCT para disseminação pública será o mesmo como o que foi fornecido antes. Se, por razões de confidencialidade, o resumo para publicação for diferente, o PI deve selecionar a opção "Resumo para publicação diferente". </w:t>
            </w:r>
            <w:r w:rsidRPr="000E1F69">
              <w:rPr>
                <w:rFonts w:asciiTheme="majorHAnsi" w:hAnsiTheme="majorHAnsi" w:cstheme="majorHAnsi"/>
              </w:rPr>
              <w:t>O conteúdo desse campo permanece da responsabilidade do PI.</w:t>
            </w:r>
          </w:p>
        </w:tc>
      </w:tr>
      <w:tr w:rsidR="009C7ACA" w:rsidRPr="000E1F69" w14:paraId="7ED674C7" w14:textId="77777777" w:rsidTr="003912DB">
        <w:trPr>
          <w:trHeight w:val="551"/>
          <w:jc w:val="center"/>
        </w:trPr>
        <w:tc>
          <w:tcPr>
            <w:tcW w:w="1785" w:type="dxa"/>
            <w:vMerge w:val="restart"/>
            <w:vAlign w:val="center"/>
          </w:tcPr>
          <w:p w14:paraId="71889A4E" w14:textId="77777777" w:rsidR="009C7ACA" w:rsidRPr="000E1F69" w:rsidRDefault="009C7ACA" w:rsidP="0057246C">
            <w:pPr>
              <w:rPr>
                <w:rFonts w:asciiTheme="majorHAnsi" w:hAnsiTheme="majorHAnsi" w:cstheme="majorHAnsi"/>
                <w:b/>
              </w:rPr>
            </w:pPr>
            <w:r w:rsidRPr="000E1F69">
              <w:rPr>
                <w:rFonts w:asciiTheme="majorHAnsi" w:hAnsiTheme="majorHAnsi" w:cstheme="majorHAnsi"/>
                <w:b/>
              </w:rPr>
              <w:t>Resumo em inglês</w:t>
            </w:r>
          </w:p>
        </w:tc>
        <w:tc>
          <w:tcPr>
            <w:tcW w:w="6845" w:type="dxa"/>
            <w:vAlign w:val="center"/>
          </w:tcPr>
          <w:p w14:paraId="209492F5" w14:textId="55A5D084" w:rsidR="009C7ACA" w:rsidRPr="000E1F69" w:rsidRDefault="009C7ACA" w:rsidP="0057246C">
            <w:pPr>
              <w:rPr>
                <w:rFonts w:asciiTheme="majorHAnsi" w:hAnsiTheme="majorHAnsi" w:cstheme="majorHAnsi"/>
                <w:lang w:val="pt-PT"/>
              </w:rPr>
            </w:pPr>
            <w:r w:rsidRPr="000E1F69">
              <w:rPr>
                <w:rFonts w:asciiTheme="majorHAnsi" w:hAnsiTheme="majorHAnsi" w:cstheme="majorHAnsi"/>
                <w:lang w:val="pt-PT"/>
              </w:rPr>
              <w:t xml:space="preserve">Tradução fiel do resumo PT | Limite: </w:t>
            </w:r>
            <w:r w:rsidR="00D82C31" w:rsidRPr="000E1F69">
              <w:rPr>
                <w:rFonts w:asciiTheme="majorHAnsi" w:hAnsiTheme="majorHAnsi" w:cstheme="majorHAnsi"/>
                <w:lang w:val="pt-PT"/>
              </w:rPr>
              <w:t>5</w:t>
            </w:r>
            <w:r w:rsidRPr="000E1F69">
              <w:rPr>
                <w:rFonts w:asciiTheme="majorHAnsi" w:hAnsiTheme="majorHAnsi" w:cstheme="majorHAnsi"/>
                <w:lang w:val="pt-PT"/>
              </w:rPr>
              <w:t>000 caracteres</w:t>
            </w:r>
          </w:p>
        </w:tc>
      </w:tr>
      <w:tr w:rsidR="00D82C31" w:rsidRPr="000E1F69" w14:paraId="231796A2" w14:textId="77777777" w:rsidTr="003912DB">
        <w:trPr>
          <w:jc w:val="center"/>
        </w:trPr>
        <w:tc>
          <w:tcPr>
            <w:tcW w:w="1785" w:type="dxa"/>
            <w:vMerge/>
            <w:vAlign w:val="center"/>
          </w:tcPr>
          <w:p w14:paraId="29FEBE2D" w14:textId="77777777" w:rsidR="00D82C31" w:rsidRPr="000E1F69" w:rsidRDefault="00D82C31" w:rsidP="0057246C">
            <w:pPr>
              <w:rPr>
                <w:rFonts w:asciiTheme="majorHAnsi" w:hAnsiTheme="majorHAnsi" w:cstheme="majorHAnsi"/>
                <w:b/>
                <w:lang w:val="pt-PT"/>
              </w:rPr>
            </w:pPr>
          </w:p>
        </w:tc>
        <w:tc>
          <w:tcPr>
            <w:tcW w:w="6845" w:type="dxa"/>
            <w:vAlign w:val="center"/>
          </w:tcPr>
          <w:p w14:paraId="086AF08B" w14:textId="385A60E2"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5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1A5D4D4B" w14:textId="77777777" w:rsidR="009C7568" w:rsidRPr="000E1F69" w:rsidRDefault="009C7568" w:rsidP="0057246C">
            <w:pPr>
              <w:rPr>
                <w:rFonts w:asciiTheme="majorHAnsi" w:hAnsiTheme="majorHAnsi" w:cstheme="majorHAnsi"/>
              </w:rPr>
            </w:pPr>
          </w:p>
          <w:p w14:paraId="5AA012FE" w14:textId="057FFEC4" w:rsidR="00D82C31" w:rsidRPr="000E1F69" w:rsidRDefault="00D82C31" w:rsidP="0057246C">
            <w:pPr>
              <w:rPr>
                <w:rFonts w:asciiTheme="majorHAnsi" w:hAnsiTheme="majorHAnsi" w:cstheme="majorHAnsi"/>
              </w:rPr>
            </w:pPr>
            <w:r w:rsidRPr="000E1F69">
              <w:rPr>
                <w:rFonts w:asciiTheme="majorHAnsi" w:hAnsiTheme="majorHAnsi" w:cstheme="majorHAnsi"/>
              </w:rPr>
              <w:t xml:space="preserve">In this section, a summary of the proposal should be provided in English, covering an analysis of the state of the art, key objectives, the knowledge and skills available within the team, the strategy and methodologies to be used, and an outline of the project’s novelty and </w:t>
            </w:r>
          </w:p>
          <w:p w14:paraId="4A059229" w14:textId="77777777" w:rsidR="00D82C31" w:rsidRPr="000E1F69" w:rsidRDefault="00D82C31" w:rsidP="0057246C">
            <w:pPr>
              <w:rPr>
                <w:rFonts w:asciiTheme="majorHAnsi" w:hAnsiTheme="majorHAnsi" w:cstheme="majorHAnsi"/>
              </w:rPr>
            </w:pPr>
            <w:r w:rsidRPr="000E1F69">
              <w:rPr>
                <w:rFonts w:asciiTheme="majorHAnsi" w:hAnsiTheme="majorHAnsi" w:cstheme="majorHAnsi"/>
              </w:rPr>
              <w:t xml:space="preserve">expected results. The PI must specify whether the abstract used by FCT for public dissemination will be the same </w:t>
            </w:r>
          </w:p>
          <w:p w14:paraId="52C4FA59" w14:textId="77777777" w:rsidR="00D82C31" w:rsidRPr="000E1F69" w:rsidRDefault="00D82C31" w:rsidP="0057246C">
            <w:pPr>
              <w:rPr>
                <w:rFonts w:asciiTheme="majorHAnsi" w:hAnsiTheme="majorHAnsi" w:cstheme="majorHAnsi"/>
              </w:rPr>
            </w:pPr>
            <w:r w:rsidRPr="000E1F69">
              <w:rPr>
                <w:rFonts w:asciiTheme="majorHAnsi" w:hAnsiTheme="majorHAnsi" w:cstheme="majorHAnsi"/>
              </w:rPr>
              <w:t xml:space="preserve">as the one provided earlier. If, for confidentiality reasons, the abstract for publication differs, the PI should select the option “Abstract for publication different”. The content of this field remains </w:t>
            </w:r>
          </w:p>
          <w:p w14:paraId="2CD283D0" w14:textId="69C4FECC" w:rsidR="00D82C31" w:rsidRPr="000E1F69" w:rsidRDefault="00D82C31" w:rsidP="0057246C">
            <w:pPr>
              <w:rPr>
                <w:rFonts w:asciiTheme="majorHAnsi" w:hAnsiTheme="majorHAnsi" w:cstheme="majorHAnsi"/>
              </w:rPr>
            </w:pPr>
            <w:r w:rsidRPr="000E1F69">
              <w:rPr>
                <w:rFonts w:asciiTheme="majorHAnsi" w:hAnsiTheme="majorHAnsi" w:cstheme="majorHAnsi"/>
              </w:rPr>
              <w:t>the responsibility of the PI.</w:t>
            </w:r>
          </w:p>
        </w:tc>
      </w:tr>
    </w:tbl>
    <w:p w14:paraId="43766CFF" w14:textId="77777777" w:rsidR="003912DB" w:rsidRPr="000E1F69" w:rsidRDefault="003912DB" w:rsidP="00AA28F4">
      <w:pPr>
        <w:pStyle w:val="Ttulo1"/>
        <w:rPr>
          <w:rFonts w:cstheme="majorHAnsi"/>
        </w:rPr>
      </w:pPr>
    </w:p>
    <w:p w14:paraId="09C5D861" w14:textId="77777777" w:rsidR="003912DB" w:rsidRPr="000E1F69" w:rsidRDefault="003912DB">
      <w:pPr>
        <w:rPr>
          <w:rFonts w:asciiTheme="majorHAnsi" w:eastAsiaTheme="majorEastAsia" w:hAnsiTheme="majorHAnsi" w:cstheme="majorHAnsi"/>
          <w:b/>
          <w:bCs/>
          <w:color w:val="365F91" w:themeColor="accent1" w:themeShade="BF"/>
          <w:sz w:val="28"/>
          <w:szCs w:val="28"/>
        </w:rPr>
      </w:pPr>
      <w:r w:rsidRPr="000E1F69">
        <w:rPr>
          <w:rFonts w:asciiTheme="majorHAnsi" w:hAnsiTheme="majorHAnsi" w:cstheme="majorHAnsi"/>
        </w:rPr>
        <w:br w:type="page"/>
      </w:r>
    </w:p>
    <w:p w14:paraId="42371560" w14:textId="64F17492" w:rsidR="00D54212" w:rsidRPr="000E1F69" w:rsidRDefault="003912DB" w:rsidP="003912DB">
      <w:pPr>
        <w:pStyle w:val="Ttulo1"/>
        <w:spacing w:after="240"/>
        <w:rPr>
          <w:rFonts w:cstheme="majorHAnsi"/>
          <w:color w:val="1F497D" w:themeColor="text2"/>
        </w:rPr>
      </w:pPr>
      <w:bookmarkStart w:id="5" w:name="_Toc229482287"/>
      <w:r w:rsidRPr="000E1F69">
        <w:rPr>
          <w:rFonts w:cstheme="majorHAnsi"/>
          <w:color w:val="1F497D" w:themeColor="text2"/>
        </w:rPr>
        <w:lastRenderedPageBreak/>
        <w:t>ESTADO DA ARTE E OBJETIVOS</w:t>
      </w:r>
      <w:bookmarkEnd w:id="5"/>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865"/>
        <w:gridCol w:w="6957"/>
      </w:tblGrid>
      <w:tr w:rsidR="00D54212" w:rsidRPr="000E1F69" w14:paraId="1D04EA01" w14:textId="77777777" w:rsidTr="003912DB">
        <w:trPr>
          <w:trHeight w:val="653"/>
          <w:jc w:val="center"/>
        </w:trPr>
        <w:tc>
          <w:tcPr>
            <w:tcW w:w="1865" w:type="dxa"/>
            <w:vAlign w:val="center"/>
          </w:tcPr>
          <w:p w14:paraId="563BCAE8" w14:textId="686BDB0F"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CAMPO</w:t>
            </w:r>
          </w:p>
        </w:tc>
        <w:tc>
          <w:tcPr>
            <w:tcW w:w="6957" w:type="dxa"/>
            <w:vAlign w:val="center"/>
          </w:tcPr>
          <w:p w14:paraId="4EE4079D" w14:textId="305FE847"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82C31" w:rsidRPr="000E1F69" w14:paraId="56B901E8" w14:textId="77777777" w:rsidTr="003912DB">
        <w:trPr>
          <w:trHeight w:val="705"/>
          <w:jc w:val="center"/>
        </w:trPr>
        <w:tc>
          <w:tcPr>
            <w:tcW w:w="1865" w:type="dxa"/>
            <w:vMerge w:val="restart"/>
            <w:vAlign w:val="center"/>
          </w:tcPr>
          <w:p w14:paraId="6091E547" w14:textId="16DF04A5" w:rsidR="00D82C31" w:rsidRPr="000E1F69" w:rsidRDefault="00D82C31" w:rsidP="003912DB">
            <w:pPr>
              <w:rPr>
                <w:rFonts w:asciiTheme="majorHAnsi" w:hAnsiTheme="majorHAnsi" w:cstheme="majorHAnsi"/>
                <w:b/>
                <w:bCs/>
                <w:lang w:val="pt-PT"/>
              </w:rPr>
            </w:pPr>
            <w:r w:rsidRPr="000E1F69">
              <w:rPr>
                <w:rFonts w:asciiTheme="majorHAnsi" w:hAnsiTheme="majorHAnsi" w:cstheme="majorHAnsi"/>
                <w:b/>
                <w:bCs/>
                <w:lang w:val="pt-PT"/>
              </w:rPr>
              <w:t>Estado da arte e objetivos</w:t>
            </w:r>
          </w:p>
        </w:tc>
        <w:tc>
          <w:tcPr>
            <w:tcW w:w="6957" w:type="dxa"/>
            <w:vAlign w:val="center"/>
          </w:tcPr>
          <w:p w14:paraId="5815C87B" w14:textId="18FA6F5F" w:rsidR="00D82C31" w:rsidRPr="000E1F69" w:rsidRDefault="00D82C31" w:rsidP="003912DB">
            <w:pPr>
              <w:rPr>
                <w:rFonts w:asciiTheme="majorHAnsi" w:hAnsiTheme="majorHAnsi" w:cstheme="majorHAnsi"/>
              </w:rPr>
            </w:pPr>
            <w:r w:rsidRPr="000E1F69">
              <w:rPr>
                <w:rFonts w:asciiTheme="majorHAnsi" w:hAnsiTheme="majorHAnsi" w:cstheme="majorHAnsi"/>
              </w:rPr>
              <w:t>Contextualização científica | Limite: 6000 caracteres</w:t>
            </w:r>
          </w:p>
        </w:tc>
      </w:tr>
      <w:tr w:rsidR="00D82C31" w:rsidRPr="000E1F69" w14:paraId="32300CB8" w14:textId="77777777" w:rsidTr="003912DB">
        <w:trPr>
          <w:trHeight w:val="5236"/>
          <w:jc w:val="center"/>
        </w:trPr>
        <w:tc>
          <w:tcPr>
            <w:tcW w:w="1865" w:type="dxa"/>
            <w:vMerge/>
            <w:vAlign w:val="center"/>
          </w:tcPr>
          <w:p w14:paraId="0052DBF8" w14:textId="77777777" w:rsidR="00D82C31" w:rsidRPr="000E1F69" w:rsidRDefault="00D82C31" w:rsidP="003912DB">
            <w:pPr>
              <w:rPr>
                <w:rFonts w:asciiTheme="majorHAnsi" w:hAnsiTheme="majorHAnsi" w:cstheme="majorHAnsi"/>
              </w:rPr>
            </w:pPr>
          </w:p>
        </w:tc>
        <w:tc>
          <w:tcPr>
            <w:tcW w:w="6957" w:type="dxa"/>
            <w:vAlign w:val="center"/>
          </w:tcPr>
          <w:p w14:paraId="0C510A77" w14:textId="095466BC" w:rsidR="009C7568" w:rsidRPr="000E1F69" w:rsidRDefault="009C7568" w:rsidP="009C7568">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6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0FDF807E" w14:textId="77777777" w:rsidR="009C7568" w:rsidRPr="000E1F69" w:rsidRDefault="009C7568" w:rsidP="003912DB">
            <w:pPr>
              <w:rPr>
                <w:rFonts w:asciiTheme="majorHAnsi" w:hAnsiTheme="majorHAnsi" w:cstheme="majorHAnsi"/>
              </w:rPr>
            </w:pPr>
          </w:p>
          <w:p w14:paraId="18A89C3D" w14:textId="7F76E942" w:rsidR="009929DB" w:rsidRPr="000E1F69" w:rsidRDefault="00654BA7" w:rsidP="003912DB">
            <w:pPr>
              <w:rPr>
                <w:rFonts w:asciiTheme="majorHAnsi" w:hAnsiTheme="majorHAnsi" w:cstheme="majorHAnsi"/>
              </w:rPr>
            </w:pPr>
            <w:r w:rsidRPr="000E1F69">
              <w:rPr>
                <w:rFonts w:asciiTheme="majorHAnsi" w:hAnsiTheme="majorHAnsi" w:cstheme="majorHAnsi"/>
              </w:rPr>
              <w:t>In this section, the PI must present an overview of their research field, outlining the current state of the art within the area and detailing how the proposed research is both groundbreaking and potentially impactful. Relevant references to the PI’s previous work should also be included. The PI should address the following key questions:</w:t>
            </w:r>
          </w:p>
          <w:p w14:paraId="5F113A32" w14:textId="177E7C85" w:rsidR="009929DB" w:rsidRPr="000E1F69" w:rsidRDefault="00654BA7" w:rsidP="003912DB">
            <w:pPr>
              <w:rPr>
                <w:rFonts w:asciiTheme="majorHAnsi" w:hAnsiTheme="majorHAnsi" w:cstheme="majorHAnsi"/>
              </w:rPr>
            </w:pPr>
            <w:r w:rsidRPr="000E1F69">
              <w:rPr>
                <w:rFonts w:asciiTheme="majorHAnsi" w:hAnsiTheme="majorHAnsi" w:cstheme="majorHAnsi"/>
              </w:rPr>
              <w:t xml:space="preserve">• To what extent does the proposed research address significant and relevant challenges? </w:t>
            </w:r>
          </w:p>
          <w:p w14:paraId="4B73C57E" w14:textId="336C5BF9" w:rsidR="009929DB" w:rsidRPr="000E1F69" w:rsidRDefault="00654BA7" w:rsidP="003912DB">
            <w:pPr>
              <w:rPr>
                <w:rFonts w:asciiTheme="majorHAnsi" w:hAnsiTheme="majorHAnsi" w:cstheme="majorHAnsi"/>
              </w:rPr>
            </w:pPr>
            <w:r w:rsidRPr="000E1F69">
              <w:rPr>
                <w:rFonts w:asciiTheme="majorHAnsi" w:hAnsiTheme="majorHAnsi" w:cstheme="majorHAnsi"/>
              </w:rPr>
              <w:t xml:space="preserve">• How ambitious are the objectives, and to what degree do they go beyond the current state of the art (e.g., introducing novel concepts, approaches, or fostering advancements between or across disciplines)? </w:t>
            </w:r>
          </w:p>
          <w:p w14:paraId="05CD5B31" w14:textId="102736F3" w:rsidR="00D82C31" w:rsidRPr="000E1F69" w:rsidRDefault="00654BA7" w:rsidP="003912DB">
            <w:pPr>
              <w:rPr>
                <w:rFonts w:asciiTheme="majorHAnsi" w:hAnsiTheme="majorHAnsi" w:cstheme="majorHAnsi"/>
              </w:rPr>
            </w:pPr>
            <w:r w:rsidRPr="000E1F69">
              <w:rPr>
                <w:rFonts w:asciiTheme="majorHAnsi" w:hAnsiTheme="majorHAnsi" w:cstheme="majorHAnsi"/>
              </w:rPr>
              <w:t>• What is the potential contribution of the research project to the advancement of knowledge, and what is the potential impact of the project’s outcomes on the economic, technological, and societal dimensions? Additionally, for applications addressing specific Portuguese issues, please ensure your proposal highlights how the Portuguese context or environment differs from or presents unique characteristics compared to global or international contexts.</w:t>
            </w:r>
          </w:p>
        </w:tc>
      </w:tr>
    </w:tbl>
    <w:p w14:paraId="0CECAC3E" w14:textId="77777777" w:rsidR="003912DB" w:rsidRPr="000E1F69" w:rsidRDefault="003912DB" w:rsidP="00AA28F4">
      <w:pPr>
        <w:pStyle w:val="Ttulo1"/>
        <w:rPr>
          <w:rFonts w:cstheme="majorHAnsi"/>
        </w:rPr>
      </w:pPr>
    </w:p>
    <w:p w14:paraId="6C9E0BE0" w14:textId="77777777" w:rsidR="003912DB" w:rsidRPr="000E1F69" w:rsidRDefault="003912DB">
      <w:pPr>
        <w:rPr>
          <w:rFonts w:asciiTheme="majorHAnsi" w:eastAsiaTheme="majorEastAsia" w:hAnsiTheme="majorHAnsi" w:cstheme="majorHAnsi"/>
          <w:b/>
          <w:bCs/>
          <w:color w:val="365F91" w:themeColor="accent1" w:themeShade="BF"/>
          <w:sz w:val="28"/>
          <w:szCs w:val="28"/>
        </w:rPr>
      </w:pPr>
      <w:r w:rsidRPr="000E1F69">
        <w:rPr>
          <w:rFonts w:asciiTheme="majorHAnsi" w:hAnsiTheme="majorHAnsi" w:cstheme="majorHAnsi"/>
        </w:rPr>
        <w:br w:type="page"/>
      </w:r>
    </w:p>
    <w:p w14:paraId="3B99C3B4" w14:textId="3DE36AB9" w:rsidR="00D54212" w:rsidRPr="000E1F69" w:rsidRDefault="003912DB" w:rsidP="003912DB">
      <w:pPr>
        <w:pStyle w:val="Ttulo1"/>
        <w:spacing w:after="240"/>
        <w:rPr>
          <w:rFonts w:cstheme="majorHAnsi"/>
          <w:color w:val="1F497D" w:themeColor="text2"/>
        </w:rPr>
      </w:pPr>
      <w:bookmarkStart w:id="6" w:name="_Toc229482288"/>
      <w:r w:rsidRPr="000E1F69">
        <w:rPr>
          <w:rFonts w:cstheme="majorHAnsi"/>
          <w:color w:val="1F497D" w:themeColor="text2"/>
        </w:rPr>
        <w:lastRenderedPageBreak/>
        <w:t>PLANO DE INVESTIGAÇÃO E MÉTODOS</w:t>
      </w:r>
      <w:bookmarkEnd w:id="6"/>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90"/>
        <w:gridCol w:w="7150"/>
      </w:tblGrid>
      <w:tr w:rsidR="003912DB" w:rsidRPr="000E1F69" w14:paraId="4889F88F" w14:textId="77777777" w:rsidTr="00D1526B">
        <w:trPr>
          <w:trHeight w:val="568"/>
          <w:jc w:val="center"/>
        </w:trPr>
        <w:tc>
          <w:tcPr>
            <w:tcW w:w="1490" w:type="dxa"/>
            <w:vAlign w:val="center"/>
          </w:tcPr>
          <w:p w14:paraId="14F5AB5B" w14:textId="223969A9" w:rsidR="00D54212" w:rsidRPr="000E1F69" w:rsidRDefault="003912DB" w:rsidP="003912DB">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7150" w:type="dxa"/>
            <w:vAlign w:val="center"/>
          </w:tcPr>
          <w:p w14:paraId="2FBB892B" w14:textId="368ECF45"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3912DB" w:rsidRPr="000E1F69" w14:paraId="1AE5CD60" w14:textId="77777777" w:rsidTr="00D1526B">
        <w:trPr>
          <w:trHeight w:val="693"/>
          <w:jc w:val="center"/>
        </w:trPr>
        <w:tc>
          <w:tcPr>
            <w:tcW w:w="1490" w:type="dxa"/>
            <w:vMerge w:val="restart"/>
            <w:vAlign w:val="center"/>
          </w:tcPr>
          <w:p w14:paraId="701159CB" w14:textId="77777777" w:rsidR="007F20B4" w:rsidRPr="000E1F69" w:rsidRDefault="007F20B4" w:rsidP="003912DB">
            <w:pPr>
              <w:rPr>
                <w:rFonts w:asciiTheme="majorHAnsi" w:hAnsiTheme="majorHAnsi" w:cstheme="majorHAnsi"/>
                <w:b/>
                <w:lang w:val="pt-PT"/>
              </w:rPr>
            </w:pPr>
            <w:r w:rsidRPr="000E1F69">
              <w:rPr>
                <w:rFonts w:asciiTheme="majorHAnsi" w:hAnsiTheme="majorHAnsi" w:cstheme="majorHAnsi"/>
                <w:b/>
                <w:lang w:val="pt-PT"/>
              </w:rPr>
              <w:t>Plano de investigação e métodos</w:t>
            </w:r>
          </w:p>
        </w:tc>
        <w:tc>
          <w:tcPr>
            <w:tcW w:w="7150" w:type="dxa"/>
            <w:vAlign w:val="center"/>
          </w:tcPr>
          <w:p w14:paraId="64AEA466" w14:textId="45173473" w:rsidR="007F20B4" w:rsidRPr="000E1F69" w:rsidRDefault="007F20B4" w:rsidP="003912DB">
            <w:pPr>
              <w:rPr>
                <w:rFonts w:asciiTheme="majorHAnsi" w:hAnsiTheme="majorHAnsi" w:cstheme="majorHAnsi"/>
              </w:rPr>
            </w:pPr>
            <w:r w:rsidRPr="000E1F69">
              <w:rPr>
                <w:rFonts w:asciiTheme="majorHAnsi" w:hAnsiTheme="majorHAnsi" w:cstheme="majorHAnsi"/>
              </w:rPr>
              <w:t>Descrição detalhada | Limite: 10000 caracteres</w:t>
            </w:r>
          </w:p>
        </w:tc>
      </w:tr>
      <w:tr w:rsidR="003912DB" w:rsidRPr="000E1F69" w14:paraId="7A80AC0C" w14:textId="77777777" w:rsidTr="00D1526B">
        <w:trPr>
          <w:trHeight w:val="3254"/>
          <w:jc w:val="center"/>
        </w:trPr>
        <w:tc>
          <w:tcPr>
            <w:tcW w:w="1490" w:type="dxa"/>
            <w:vMerge/>
            <w:vAlign w:val="center"/>
          </w:tcPr>
          <w:p w14:paraId="4DA9AF67" w14:textId="77777777" w:rsidR="007F20B4" w:rsidRPr="000E1F69" w:rsidRDefault="007F20B4" w:rsidP="003912DB">
            <w:pPr>
              <w:rPr>
                <w:rFonts w:asciiTheme="majorHAnsi" w:hAnsiTheme="majorHAnsi" w:cstheme="majorHAnsi"/>
                <w:b/>
              </w:rPr>
            </w:pPr>
          </w:p>
        </w:tc>
        <w:tc>
          <w:tcPr>
            <w:tcW w:w="7150" w:type="dxa"/>
            <w:vAlign w:val="center"/>
          </w:tcPr>
          <w:p w14:paraId="76A3EC39" w14:textId="43E702AF" w:rsidR="00EA7FD5" w:rsidRPr="000E1F69" w:rsidRDefault="00EA7FD5" w:rsidP="00EA7FD5">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0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3DDD877F" w14:textId="77777777" w:rsidR="00EA7FD5" w:rsidRPr="000E1F69" w:rsidRDefault="00EA7FD5" w:rsidP="003912DB">
            <w:pPr>
              <w:rPr>
                <w:rFonts w:asciiTheme="majorHAnsi" w:hAnsiTheme="majorHAnsi" w:cstheme="majorHAnsi"/>
              </w:rPr>
            </w:pPr>
          </w:p>
          <w:p w14:paraId="25D3A07E" w14:textId="29806633"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In this section, the PI should describe the proposed research plan and the methodologies to be used, focusing on the following questions: </w:t>
            </w:r>
          </w:p>
          <w:p w14:paraId="791B05B5" w14:textId="77777777"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 To what extent is the outlined scientific approach feasible, bearing in mind the originality and/or groundbreaking potential of the proposal? </w:t>
            </w:r>
          </w:p>
          <w:p w14:paraId="30C27EB3" w14:textId="77777777"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 How suitable are the proposed research methodology and working arrangements for achieving the project’s goals? </w:t>
            </w:r>
          </w:p>
          <w:p w14:paraId="3E7E58F3" w14:textId="77777777" w:rsidR="009929DB" w:rsidRPr="000E1F69" w:rsidRDefault="007F20B4" w:rsidP="003912DB">
            <w:pPr>
              <w:rPr>
                <w:rFonts w:asciiTheme="majorHAnsi" w:hAnsiTheme="majorHAnsi" w:cstheme="majorHAnsi"/>
              </w:rPr>
            </w:pPr>
            <w:r w:rsidRPr="000E1F69">
              <w:rPr>
                <w:rFonts w:asciiTheme="majorHAnsi" w:hAnsiTheme="majorHAnsi" w:cstheme="majorHAnsi"/>
              </w:rPr>
              <w:t xml:space="preserve">• How well are the timelines, resources, and PI´s commitment aligned with and justified for the successful execution of the project? </w:t>
            </w:r>
          </w:p>
          <w:p w14:paraId="01BAE8C6" w14:textId="30837723" w:rsidR="007F20B4" w:rsidRPr="000E1F69" w:rsidRDefault="007F20B4" w:rsidP="003912DB">
            <w:pPr>
              <w:rPr>
                <w:rFonts w:asciiTheme="majorHAnsi" w:hAnsiTheme="majorHAnsi" w:cstheme="majorHAnsi"/>
              </w:rPr>
            </w:pPr>
            <w:r w:rsidRPr="000E1F69">
              <w:rPr>
                <w:rFonts w:asciiTheme="majorHAnsi" w:hAnsiTheme="majorHAnsi" w:cstheme="majorHAnsi"/>
              </w:rPr>
              <w:t>• Which contingency measures can the PI anticipate addressing potential bottlenecks in the primary plan?</w:t>
            </w:r>
          </w:p>
        </w:tc>
      </w:tr>
      <w:tr w:rsidR="003912DB" w:rsidRPr="000E1F69" w14:paraId="2BB9B2FB" w14:textId="77777777" w:rsidTr="00D1526B">
        <w:trPr>
          <w:trHeight w:val="706"/>
          <w:jc w:val="center"/>
        </w:trPr>
        <w:tc>
          <w:tcPr>
            <w:tcW w:w="1490" w:type="dxa"/>
            <w:vMerge w:val="restart"/>
            <w:vAlign w:val="center"/>
          </w:tcPr>
          <w:p w14:paraId="7D049A10" w14:textId="77777777" w:rsidR="00900509" w:rsidRPr="000E1F69" w:rsidRDefault="00900509" w:rsidP="003912DB">
            <w:pPr>
              <w:rPr>
                <w:rFonts w:asciiTheme="majorHAnsi" w:hAnsiTheme="majorHAnsi" w:cstheme="majorHAnsi"/>
                <w:b/>
              </w:rPr>
            </w:pPr>
            <w:r w:rsidRPr="000E1F69">
              <w:rPr>
                <w:rFonts w:asciiTheme="majorHAnsi" w:hAnsiTheme="majorHAnsi" w:cstheme="majorHAnsi"/>
                <w:b/>
              </w:rPr>
              <w:t>Referências bibliográficas</w:t>
            </w:r>
          </w:p>
        </w:tc>
        <w:tc>
          <w:tcPr>
            <w:tcW w:w="7150" w:type="dxa"/>
            <w:vAlign w:val="center"/>
          </w:tcPr>
          <w:p w14:paraId="34974EE0" w14:textId="2B96491D" w:rsidR="00900509" w:rsidRPr="000E1F69" w:rsidRDefault="00900509" w:rsidP="003912DB">
            <w:pPr>
              <w:rPr>
                <w:rFonts w:asciiTheme="majorHAnsi" w:hAnsiTheme="majorHAnsi" w:cstheme="majorHAnsi"/>
              </w:rPr>
            </w:pPr>
            <w:r w:rsidRPr="000E1F69">
              <w:rPr>
                <w:rFonts w:asciiTheme="majorHAnsi" w:hAnsiTheme="majorHAnsi" w:cstheme="majorHAnsi"/>
              </w:rPr>
              <w:t>Lista completa | Limite: 10000 caracteres</w:t>
            </w:r>
          </w:p>
        </w:tc>
      </w:tr>
      <w:tr w:rsidR="003912DB" w:rsidRPr="000E1F69" w14:paraId="7F520E5B" w14:textId="77777777" w:rsidTr="00D1526B">
        <w:trPr>
          <w:trHeight w:val="2828"/>
          <w:jc w:val="center"/>
        </w:trPr>
        <w:tc>
          <w:tcPr>
            <w:tcW w:w="1490" w:type="dxa"/>
            <w:vMerge/>
            <w:vAlign w:val="center"/>
          </w:tcPr>
          <w:p w14:paraId="11F2E0B9" w14:textId="77777777" w:rsidR="00900509" w:rsidRPr="000E1F69" w:rsidRDefault="00900509" w:rsidP="003912DB">
            <w:pPr>
              <w:rPr>
                <w:rFonts w:asciiTheme="majorHAnsi" w:hAnsiTheme="majorHAnsi" w:cstheme="majorHAnsi"/>
                <w:b/>
              </w:rPr>
            </w:pPr>
          </w:p>
        </w:tc>
        <w:tc>
          <w:tcPr>
            <w:tcW w:w="7150" w:type="dxa"/>
            <w:vAlign w:val="center"/>
          </w:tcPr>
          <w:p w14:paraId="58B7F4B7" w14:textId="2557629F" w:rsidR="00EA7FD5" w:rsidRPr="000E1F69" w:rsidRDefault="00EA7FD5" w:rsidP="00EA7FD5">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10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5ECC2518" w14:textId="77777777" w:rsidR="00EA7FD5" w:rsidRPr="000E1F69" w:rsidRDefault="00EA7FD5" w:rsidP="003912DB">
            <w:pPr>
              <w:rPr>
                <w:rFonts w:asciiTheme="majorHAnsi" w:hAnsiTheme="majorHAnsi" w:cstheme="majorHAnsi"/>
              </w:rPr>
            </w:pPr>
          </w:p>
          <w:p w14:paraId="2DA3C890" w14:textId="1E8B3DBC" w:rsidR="00900509" w:rsidRPr="000E1F69" w:rsidRDefault="00900509" w:rsidP="003912DB">
            <w:pPr>
              <w:rPr>
                <w:rFonts w:asciiTheme="majorHAnsi" w:hAnsiTheme="majorHAnsi" w:cstheme="majorHAnsi"/>
              </w:rPr>
            </w:pPr>
            <w:r w:rsidRPr="000E1F69">
              <w:rPr>
                <w:rFonts w:asciiTheme="majorHAnsi" w:hAnsiTheme="majorHAnsi" w:cstheme="majorHAnsi"/>
              </w:rPr>
              <w:t>References cited in the state of the art and in the research plan and methods should be listed in this section, with a cross-referencing style chosen by the PI, namely: APA, MLA or Chicago. Each reference should include the following information: title; authors' names in the order in which they appear in the publication; name of the book or journal; editorial data, if applicable; volume number; page numbers; year of publication. If the publications are available electronically, the PI can add their URL, although this is not mandatory. Bibliographical references are not limited to the PI and team members’ publications.</w:t>
            </w:r>
          </w:p>
        </w:tc>
      </w:tr>
    </w:tbl>
    <w:p w14:paraId="0F93C9AA" w14:textId="77777777" w:rsidR="003912DB" w:rsidRPr="000E1F69" w:rsidRDefault="003912DB">
      <w:pPr>
        <w:rPr>
          <w:rFonts w:asciiTheme="majorHAnsi" w:eastAsiaTheme="majorEastAsia" w:hAnsiTheme="majorHAnsi" w:cstheme="majorHAnsi"/>
          <w:b/>
          <w:bCs/>
          <w:color w:val="000000" w:themeColor="text1"/>
          <w:sz w:val="28"/>
          <w:szCs w:val="28"/>
        </w:rPr>
      </w:pPr>
      <w:r w:rsidRPr="000E1F69">
        <w:rPr>
          <w:rFonts w:asciiTheme="majorHAnsi" w:hAnsiTheme="majorHAnsi" w:cstheme="majorHAnsi"/>
          <w:color w:val="000000" w:themeColor="text1"/>
        </w:rPr>
        <w:br w:type="page"/>
      </w:r>
    </w:p>
    <w:p w14:paraId="0EB8557F" w14:textId="5585F84F" w:rsidR="00D54212" w:rsidRPr="000E1F69" w:rsidRDefault="003912DB" w:rsidP="003912DB">
      <w:pPr>
        <w:pStyle w:val="Ttulo1"/>
        <w:spacing w:after="240"/>
        <w:rPr>
          <w:rFonts w:cstheme="majorHAnsi"/>
          <w:color w:val="1F497D" w:themeColor="text2"/>
        </w:rPr>
      </w:pPr>
      <w:bookmarkStart w:id="7" w:name="_Toc229482289"/>
      <w:r w:rsidRPr="000E1F69">
        <w:rPr>
          <w:rFonts w:cstheme="majorHAnsi"/>
          <w:color w:val="1F497D" w:themeColor="text2"/>
        </w:rPr>
        <w:lastRenderedPageBreak/>
        <w:t>TAREFAS E CRONOGRAMA</w:t>
      </w:r>
      <w:bookmarkEnd w:id="7"/>
    </w:p>
    <w:tbl>
      <w:tblPr>
        <w:tblStyle w:val="TabelacomGrelha"/>
        <w:tblW w:w="8642" w:type="dxa"/>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344"/>
        <w:gridCol w:w="7298"/>
      </w:tblGrid>
      <w:tr w:rsidR="00D54212" w:rsidRPr="000E1F69" w14:paraId="77AAA886" w14:textId="77777777" w:rsidTr="007A3862">
        <w:trPr>
          <w:trHeight w:val="531"/>
          <w:jc w:val="center"/>
        </w:trPr>
        <w:tc>
          <w:tcPr>
            <w:tcW w:w="1344" w:type="dxa"/>
            <w:tcBorders>
              <w:top w:val="nil"/>
              <w:bottom w:val="single" w:sz="12" w:space="0" w:color="auto"/>
            </w:tcBorders>
            <w:vAlign w:val="center"/>
          </w:tcPr>
          <w:p w14:paraId="50B490B3" w14:textId="31ECD420" w:rsidR="00D54212" w:rsidRPr="000E1F69" w:rsidRDefault="003912DB" w:rsidP="003912DB">
            <w:pPr>
              <w:tabs>
                <w:tab w:val="center" w:pos="2049"/>
                <w:tab w:val="right" w:pos="4099"/>
              </w:tabs>
              <w:rPr>
                <w:rFonts w:asciiTheme="majorHAnsi" w:hAnsiTheme="majorHAnsi" w:cstheme="majorHAnsi"/>
                <w:color w:val="1F497D" w:themeColor="text2"/>
              </w:rPr>
            </w:pPr>
            <w:r w:rsidRPr="000E1F69">
              <w:rPr>
                <w:rFonts w:asciiTheme="majorHAnsi" w:hAnsiTheme="majorHAnsi" w:cstheme="majorHAnsi"/>
                <w:b/>
                <w:color w:val="1F497D" w:themeColor="text2"/>
              </w:rPr>
              <w:t>CAMPO</w:t>
            </w:r>
          </w:p>
        </w:tc>
        <w:tc>
          <w:tcPr>
            <w:tcW w:w="7298" w:type="dxa"/>
            <w:tcBorders>
              <w:top w:val="nil"/>
              <w:bottom w:val="single" w:sz="12" w:space="0" w:color="auto"/>
            </w:tcBorders>
            <w:vAlign w:val="center"/>
          </w:tcPr>
          <w:p w14:paraId="3A1FF945" w14:textId="46708C6B" w:rsidR="00D54212" w:rsidRPr="000E1F69" w:rsidRDefault="003912DB" w:rsidP="003912DB">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84846" w:rsidRPr="000E1F69" w14:paraId="0FC9901A" w14:textId="77777777" w:rsidTr="007A3862">
        <w:trPr>
          <w:trHeight w:val="1361"/>
          <w:jc w:val="center"/>
        </w:trPr>
        <w:tc>
          <w:tcPr>
            <w:tcW w:w="1344" w:type="dxa"/>
            <w:tcBorders>
              <w:top w:val="single" w:sz="12" w:space="0" w:color="auto"/>
            </w:tcBorders>
            <w:vAlign w:val="center"/>
          </w:tcPr>
          <w:p w14:paraId="6910226D" w14:textId="5DF67449" w:rsidR="00D84846" w:rsidRPr="000E1F69" w:rsidRDefault="00D84846" w:rsidP="003912DB">
            <w:pPr>
              <w:rPr>
                <w:rFonts w:asciiTheme="majorHAnsi" w:hAnsiTheme="majorHAnsi" w:cstheme="majorHAnsi"/>
                <w:b/>
                <w:bCs/>
                <w:lang w:val="pt-PT"/>
              </w:rPr>
            </w:pPr>
            <w:r w:rsidRPr="000E1F69">
              <w:rPr>
                <w:rFonts w:asciiTheme="majorHAnsi" w:hAnsiTheme="majorHAnsi" w:cstheme="majorHAnsi"/>
                <w:b/>
                <w:bCs/>
                <w:lang w:val="pt-PT"/>
              </w:rPr>
              <w:t>Descrição das tarefas e resultados esperados</w:t>
            </w:r>
          </w:p>
        </w:tc>
        <w:tc>
          <w:tcPr>
            <w:tcW w:w="7298" w:type="dxa"/>
            <w:tcBorders>
              <w:top w:val="single" w:sz="12" w:space="0" w:color="auto"/>
            </w:tcBorders>
            <w:vAlign w:val="center"/>
          </w:tcPr>
          <w:p w14:paraId="65A868D8" w14:textId="3FB0DF8A" w:rsidR="00EA7FD5" w:rsidRPr="000E1F69" w:rsidRDefault="00EA7FD5" w:rsidP="00EA7FD5">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4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5B123C84" w14:textId="77777777" w:rsidR="00EA7FD5" w:rsidRPr="000E1F69" w:rsidRDefault="00EA7FD5" w:rsidP="007A3862">
            <w:pPr>
              <w:rPr>
                <w:rFonts w:asciiTheme="majorHAnsi" w:hAnsiTheme="majorHAnsi" w:cstheme="majorHAnsi"/>
                <w:lang w:val="pt-PT"/>
              </w:rPr>
            </w:pPr>
          </w:p>
          <w:p w14:paraId="2B059248" w14:textId="48F6320D" w:rsidR="003912DB" w:rsidRPr="000E1F69" w:rsidRDefault="00D84846" w:rsidP="007A3862">
            <w:pPr>
              <w:rPr>
                <w:rFonts w:asciiTheme="majorHAnsi" w:hAnsiTheme="majorHAnsi" w:cstheme="majorHAnsi"/>
                <w:lang w:val="pt-PT"/>
              </w:rPr>
            </w:pPr>
            <w:r w:rsidRPr="000E1F69">
              <w:rPr>
                <w:rFonts w:asciiTheme="majorHAnsi" w:hAnsiTheme="majorHAnsi" w:cstheme="majorHAnsi"/>
                <w:lang w:val="pt-PT"/>
              </w:rPr>
              <w:t>Descrição das tarefas</w:t>
            </w:r>
            <w:r w:rsidR="00AA2210">
              <w:rPr>
                <w:rFonts w:asciiTheme="majorHAnsi" w:hAnsiTheme="majorHAnsi" w:cstheme="majorHAnsi"/>
                <w:lang w:val="pt-PT"/>
              </w:rPr>
              <w:t xml:space="preserve"> e cronograma das atividades</w:t>
            </w:r>
            <w:r w:rsidRPr="000E1F69">
              <w:rPr>
                <w:rFonts w:asciiTheme="majorHAnsi" w:hAnsiTheme="majorHAnsi" w:cstheme="majorHAnsi"/>
                <w:lang w:val="pt-PT"/>
              </w:rPr>
              <w:t xml:space="preserve"> | Limite: 4000 caracteres</w:t>
            </w:r>
          </w:p>
        </w:tc>
      </w:tr>
      <w:tr w:rsidR="009929DB" w:rsidRPr="000E1F69" w14:paraId="6E48D8AD" w14:textId="77777777" w:rsidTr="007A3862">
        <w:trPr>
          <w:trHeight w:val="953"/>
          <w:jc w:val="center"/>
        </w:trPr>
        <w:tc>
          <w:tcPr>
            <w:tcW w:w="1344" w:type="dxa"/>
            <w:vMerge w:val="restart"/>
            <w:vAlign w:val="center"/>
          </w:tcPr>
          <w:p w14:paraId="42A9F4E9" w14:textId="77777777" w:rsidR="009929DB" w:rsidRPr="000E1F69" w:rsidRDefault="009929DB" w:rsidP="003912DB">
            <w:pPr>
              <w:rPr>
                <w:rFonts w:asciiTheme="majorHAnsi" w:hAnsiTheme="majorHAnsi" w:cstheme="majorHAnsi"/>
                <w:b/>
                <w:bCs/>
              </w:rPr>
            </w:pPr>
            <w:r w:rsidRPr="000E1F69">
              <w:rPr>
                <w:rFonts w:asciiTheme="majorHAnsi" w:hAnsiTheme="majorHAnsi" w:cstheme="majorHAnsi"/>
                <w:b/>
                <w:bCs/>
              </w:rPr>
              <w:t>Lista de entregáveis</w:t>
            </w:r>
          </w:p>
        </w:tc>
        <w:tc>
          <w:tcPr>
            <w:tcW w:w="7298" w:type="dxa"/>
            <w:vAlign w:val="center"/>
          </w:tcPr>
          <w:p w14:paraId="0847B558" w14:textId="6E33EA14" w:rsidR="00EA7FD5" w:rsidRPr="000E1F69" w:rsidRDefault="00EA7FD5" w:rsidP="00EA7FD5">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8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44F7D42D" w14:textId="77777777" w:rsidR="00EA7FD5" w:rsidRPr="000E1F69" w:rsidRDefault="00EA7FD5" w:rsidP="003912DB">
            <w:pPr>
              <w:rPr>
                <w:rFonts w:asciiTheme="majorHAnsi" w:hAnsiTheme="majorHAnsi" w:cstheme="majorHAnsi"/>
              </w:rPr>
            </w:pPr>
          </w:p>
          <w:p w14:paraId="0D2562B8" w14:textId="420495E9" w:rsidR="009929DB" w:rsidRPr="000E1F69" w:rsidRDefault="009929DB" w:rsidP="003912DB">
            <w:pPr>
              <w:rPr>
                <w:rFonts w:asciiTheme="majorHAnsi" w:hAnsiTheme="majorHAnsi" w:cstheme="majorHAnsi"/>
              </w:rPr>
            </w:pPr>
            <w:r w:rsidRPr="000E1F69">
              <w:rPr>
                <w:rFonts w:asciiTheme="majorHAnsi" w:hAnsiTheme="majorHAnsi" w:cstheme="majorHAnsi"/>
              </w:rPr>
              <w:t>Itens esperados | Limite: 800 caracteres</w:t>
            </w:r>
          </w:p>
        </w:tc>
      </w:tr>
      <w:tr w:rsidR="009929DB" w:rsidRPr="000E1F69" w14:paraId="106CE610" w14:textId="77777777" w:rsidTr="007A3862">
        <w:trPr>
          <w:trHeight w:val="2114"/>
          <w:jc w:val="center"/>
        </w:trPr>
        <w:tc>
          <w:tcPr>
            <w:tcW w:w="1344" w:type="dxa"/>
            <w:vMerge/>
            <w:vAlign w:val="center"/>
          </w:tcPr>
          <w:p w14:paraId="7C39A622" w14:textId="77777777" w:rsidR="009929DB" w:rsidRPr="000E1F69" w:rsidRDefault="009929DB" w:rsidP="003912DB">
            <w:pPr>
              <w:rPr>
                <w:rFonts w:asciiTheme="majorHAnsi" w:hAnsiTheme="majorHAnsi" w:cstheme="majorHAnsi"/>
                <w:b/>
                <w:bCs/>
              </w:rPr>
            </w:pPr>
          </w:p>
        </w:tc>
        <w:tc>
          <w:tcPr>
            <w:tcW w:w="7298" w:type="dxa"/>
            <w:vAlign w:val="center"/>
          </w:tcPr>
          <w:p w14:paraId="4AA754CC" w14:textId="70494C32" w:rsidR="00DC2CA3" w:rsidRPr="000E1F69" w:rsidRDefault="00DC2CA3" w:rsidP="003912DB">
            <w:pPr>
              <w:rPr>
                <w:rFonts w:asciiTheme="majorHAnsi" w:hAnsiTheme="majorHAnsi" w:cstheme="majorHAnsi"/>
              </w:rPr>
            </w:pPr>
            <w:r w:rsidRPr="000E1F69">
              <w:rPr>
                <w:rFonts w:asciiTheme="majorHAnsi" w:hAnsiTheme="majorHAnsi" w:cstheme="majorHAnsi"/>
              </w:rPr>
              <w:t>In this section the PI should include deliverables that will demonstrate task completion. Include only deliverables that are essential for project monitoring and work completion. A deliverable may be produced by a single task or result from multiple related tasks. Under the Lump Sum funding, payment is based on work completion demonstrated through deliverables, not on research success or financial records.</w:t>
            </w:r>
          </w:p>
        </w:tc>
      </w:tr>
    </w:tbl>
    <w:p w14:paraId="04F2D070" w14:textId="77777777" w:rsidR="007A3862" w:rsidRPr="000E1F69" w:rsidRDefault="007A3862">
      <w:pPr>
        <w:rPr>
          <w:rFonts w:asciiTheme="majorHAnsi" w:eastAsiaTheme="majorEastAsia" w:hAnsiTheme="majorHAnsi" w:cstheme="majorHAnsi"/>
          <w:b/>
          <w:bCs/>
          <w:color w:val="365F91" w:themeColor="accent1" w:themeShade="BF"/>
          <w:sz w:val="28"/>
          <w:szCs w:val="28"/>
        </w:rPr>
      </w:pPr>
      <w:r w:rsidRPr="000E1F69">
        <w:rPr>
          <w:rFonts w:asciiTheme="majorHAnsi" w:hAnsiTheme="majorHAnsi" w:cstheme="majorHAnsi"/>
        </w:rPr>
        <w:br w:type="page"/>
      </w:r>
    </w:p>
    <w:p w14:paraId="4431D110" w14:textId="591210FB" w:rsidR="00D54212" w:rsidRPr="000E1F69" w:rsidRDefault="00D2528A" w:rsidP="00AA28F4">
      <w:pPr>
        <w:pStyle w:val="Ttulo1"/>
        <w:rPr>
          <w:rFonts w:cstheme="majorHAnsi"/>
          <w:color w:val="1F497D" w:themeColor="text2"/>
        </w:rPr>
      </w:pPr>
      <w:bookmarkStart w:id="8" w:name="_Toc229482290"/>
      <w:r w:rsidRPr="000E1F69">
        <w:rPr>
          <w:rFonts w:cstheme="majorHAnsi"/>
          <w:color w:val="1F497D" w:themeColor="text2"/>
        </w:rPr>
        <w:lastRenderedPageBreak/>
        <w:t>QUESTÕES ÉTICAS</w:t>
      </w:r>
      <w:bookmarkEnd w:id="8"/>
    </w:p>
    <w:p w14:paraId="0FE309A6" w14:textId="77777777" w:rsidR="00D2528A" w:rsidRPr="000E1F69" w:rsidRDefault="00D2528A" w:rsidP="00D2528A">
      <w:pPr>
        <w:rPr>
          <w:rFonts w:asciiTheme="majorHAnsi" w:hAnsiTheme="majorHAnsi" w:cstheme="majorHAnsi"/>
        </w:rPr>
      </w:pPr>
    </w:p>
    <w:tbl>
      <w:tblPr>
        <w:tblStyle w:val="TabelacomGrelha"/>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122"/>
        <w:gridCol w:w="6508"/>
      </w:tblGrid>
      <w:tr w:rsidR="00D54212" w:rsidRPr="000E1F69" w14:paraId="04E04E8C" w14:textId="77777777" w:rsidTr="00D2528A">
        <w:trPr>
          <w:trHeight w:val="521"/>
          <w:jc w:val="center"/>
        </w:trPr>
        <w:tc>
          <w:tcPr>
            <w:tcW w:w="2122" w:type="dxa"/>
            <w:tcBorders>
              <w:top w:val="nil"/>
              <w:bottom w:val="single" w:sz="12" w:space="0" w:color="auto"/>
            </w:tcBorders>
            <w:vAlign w:val="center"/>
          </w:tcPr>
          <w:p w14:paraId="462E3112" w14:textId="4E8F1BD1" w:rsidR="00D54212" w:rsidRPr="000E1F69" w:rsidRDefault="00D2528A" w:rsidP="00D2528A">
            <w:pPr>
              <w:rPr>
                <w:rFonts w:asciiTheme="majorHAnsi" w:hAnsiTheme="majorHAnsi" w:cstheme="majorHAnsi"/>
                <w:b/>
                <w:color w:val="1F497D" w:themeColor="text2"/>
              </w:rPr>
            </w:pPr>
            <w:r w:rsidRPr="000E1F69">
              <w:rPr>
                <w:rFonts w:asciiTheme="majorHAnsi" w:hAnsiTheme="majorHAnsi" w:cstheme="majorHAnsi"/>
                <w:b/>
                <w:color w:val="1F497D" w:themeColor="text2"/>
              </w:rPr>
              <w:t>CAMPO</w:t>
            </w:r>
          </w:p>
        </w:tc>
        <w:tc>
          <w:tcPr>
            <w:tcW w:w="6508" w:type="dxa"/>
            <w:tcBorders>
              <w:top w:val="nil"/>
              <w:bottom w:val="single" w:sz="12" w:space="0" w:color="auto"/>
            </w:tcBorders>
            <w:vAlign w:val="center"/>
          </w:tcPr>
          <w:p w14:paraId="751D6CB5" w14:textId="04E58BBB" w:rsidR="00D54212" w:rsidRPr="000E1F69" w:rsidRDefault="00D2528A" w:rsidP="00D2528A">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D54212" w:rsidRPr="000E1F69" w14:paraId="2EF95B17" w14:textId="77777777" w:rsidTr="00D2528A">
        <w:trPr>
          <w:trHeight w:val="825"/>
          <w:jc w:val="center"/>
        </w:trPr>
        <w:tc>
          <w:tcPr>
            <w:tcW w:w="2122" w:type="dxa"/>
            <w:tcBorders>
              <w:top w:val="single" w:sz="12" w:space="0" w:color="auto"/>
            </w:tcBorders>
            <w:vAlign w:val="center"/>
          </w:tcPr>
          <w:p w14:paraId="2C320ED4" w14:textId="77777777" w:rsidR="00D54212" w:rsidRPr="000E1F69" w:rsidRDefault="008E5393" w:rsidP="00D2528A">
            <w:pPr>
              <w:rPr>
                <w:rFonts w:asciiTheme="majorHAnsi" w:hAnsiTheme="majorHAnsi" w:cstheme="majorHAnsi"/>
                <w:b/>
              </w:rPr>
            </w:pPr>
            <w:r w:rsidRPr="000E1F69">
              <w:rPr>
                <w:rFonts w:asciiTheme="majorHAnsi" w:hAnsiTheme="majorHAnsi" w:cstheme="majorHAnsi"/>
                <w:b/>
              </w:rPr>
              <w:t>Questões éticas identificadas</w:t>
            </w:r>
          </w:p>
        </w:tc>
        <w:tc>
          <w:tcPr>
            <w:tcW w:w="6508" w:type="dxa"/>
            <w:tcBorders>
              <w:top w:val="single" w:sz="12" w:space="0" w:color="auto"/>
            </w:tcBorders>
            <w:vAlign w:val="center"/>
          </w:tcPr>
          <w:p w14:paraId="176F96D0" w14:textId="3764E1A0" w:rsidR="00D54212" w:rsidRPr="000E1F69" w:rsidRDefault="008E5393" w:rsidP="00D2528A">
            <w:pPr>
              <w:rPr>
                <w:rFonts w:asciiTheme="majorHAnsi" w:hAnsiTheme="majorHAnsi" w:cstheme="majorHAnsi"/>
              </w:rPr>
            </w:pPr>
            <w:r w:rsidRPr="000E1F69">
              <w:rPr>
                <w:rFonts w:asciiTheme="majorHAnsi" w:hAnsiTheme="majorHAnsi" w:cstheme="majorHAnsi"/>
              </w:rPr>
              <w:t xml:space="preserve">Sim/Não </w:t>
            </w:r>
          </w:p>
        </w:tc>
      </w:tr>
      <w:tr w:rsidR="00AD688F" w:rsidRPr="000E1F69" w14:paraId="6339B786" w14:textId="77777777" w:rsidTr="00D2528A">
        <w:trPr>
          <w:trHeight w:val="559"/>
          <w:jc w:val="center"/>
        </w:trPr>
        <w:tc>
          <w:tcPr>
            <w:tcW w:w="2122" w:type="dxa"/>
            <w:vMerge w:val="restart"/>
            <w:vAlign w:val="center"/>
          </w:tcPr>
          <w:p w14:paraId="2F285DAB" w14:textId="77777777" w:rsidR="00AD688F" w:rsidRPr="000E1F69" w:rsidRDefault="00AD688F" w:rsidP="00D2528A">
            <w:pPr>
              <w:rPr>
                <w:rFonts w:asciiTheme="majorHAnsi" w:hAnsiTheme="majorHAnsi" w:cstheme="majorHAnsi"/>
                <w:b/>
              </w:rPr>
            </w:pPr>
            <w:r w:rsidRPr="000E1F69">
              <w:rPr>
                <w:rFonts w:asciiTheme="majorHAnsi" w:hAnsiTheme="majorHAnsi" w:cstheme="majorHAnsi"/>
                <w:b/>
              </w:rPr>
              <w:t>Declarações de ética</w:t>
            </w:r>
          </w:p>
        </w:tc>
        <w:tc>
          <w:tcPr>
            <w:tcW w:w="6508" w:type="dxa"/>
            <w:vAlign w:val="center"/>
          </w:tcPr>
          <w:p w14:paraId="3A9E3A92" w14:textId="24201C00" w:rsidR="00AD688F" w:rsidRPr="000E1F69" w:rsidRDefault="00AD688F" w:rsidP="00D2528A">
            <w:pPr>
              <w:rPr>
                <w:rFonts w:asciiTheme="majorHAnsi" w:hAnsiTheme="majorHAnsi" w:cstheme="majorHAnsi"/>
              </w:rPr>
            </w:pPr>
            <w:r w:rsidRPr="000E1F69">
              <w:rPr>
                <w:rFonts w:asciiTheme="majorHAnsi" w:hAnsiTheme="majorHAnsi" w:cstheme="majorHAnsi"/>
              </w:rPr>
              <w:t xml:space="preserve">Detalhes </w:t>
            </w:r>
          </w:p>
        </w:tc>
      </w:tr>
      <w:tr w:rsidR="00AD688F" w:rsidRPr="000E1F69" w14:paraId="1F469821" w14:textId="77777777" w:rsidTr="00D2528A">
        <w:trPr>
          <w:trHeight w:val="1545"/>
          <w:jc w:val="center"/>
        </w:trPr>
        <w:tc>
          <w:tcPr>
            <w:tcW w:w="2122" w:type="dxa"/>
            <w:vMerge/>
            <w:vAlign w:val="center"/>
          </w:tcPr>
          <w:p w14:paraId="1D9A0096" w14:textId="77777777" w:rsidR="00AD688F" w:rsidRPr="000E1F69" w:rsidRDefault="00AD688F" w:rsidP="00D2528A">
            <w:pPr>
              <w:rPr>
                <w:rFonts w:asciiTheme="majorHAnsi" w:hAnsiTheme="majorHAnsi" w:cstheme="majorHAnsi"/>
                <w:b/>
              </w:rPr>
            </w:pPr>
          </w:p>
        </w:tc>
        <w:tc>
          <w:tcPr>
            <w:tcW w:w="6508" w:type="dxa"/>
            <w:vAlign w:val="center"/>
          </w:tcPr>
          <w:p w14:paraId="38152C05" w14:textId="3055745F" w:rsidR="00AD688F" w:rsidRPr="000E1F69" w:rsidRDefault="00AD688F" w:rsidP="00D2528A">
            <w:pPr>
              <w:rPr>
                <w:rFonts w:asciiTheme="majorHAnsi" w:hAnsiTheme="majorHAnsi" w:cstheme="majorHAnsi"/>
              </w:rPr>
            </w:pPr>
            <w:r w:rsidRPr="000E1F69">
              <w:rPr>
                <w:rFonts w:asciiTheme="majorHAnsi" w:hAnsiTheme="majorHAnsi" w:cstheme="majorHAnsi"/>
              </w:rPr>
              <w:t xml:space="preserve">The PI should indicate whether there are any ethical issues identified in the project. If so, the PI should select the ethical statements considered to be the most appropriate and the reasons for your choice. </w:t>
            </w:r>
          </w:p>
        </w:tc>
      </w:tr>
      <w:tr w:rsidR="00AD688F" w:rsidRPr="000E1F69" w14:paraId="2BDBBA35" w14:textId="77777777" w:rsidTr="00D2528A">
        <w:trPr>
          <w:trHeight w:val="702"/>
          <w:jc w:val="center"/>
        </w:trPr>
        <w:tc>
          <w:tcPr>
            <w:tcW w:w="2122" w:type="dxa"/>
            <w:vMerge w:val="restart"/>
            <w:vAlign w:val="center"/>
          </w:tcPr>
          <w:p w14:paraId="38426A45" w14:textId="77777777" w:rsidR="00AD688F" w:rsidRPr="000E1F69" w:rsidRDefault="00AD688F" w:rsidP="00D2528A">
            <w:pPr>
              <w:rPr>
                <w:rFonts w:asciiTheme="majorHAnsi" w:hAnsiTheme="majorHAnsi" w:cstheme="majorHAnsi"/>
                <w:b/>
              </w:rPr>
            </w:pPr>
            <w:r w:rsidRPr="000E1F69">
              <w:rPr>
                <w:rFonts w:asciiTheme="majorHAnsi" w:hAnsiTheme="majorHAnsi" w:cstheme="majorHAnsi"/>
                <w:b/>
              </w:rPr>
              <w:t>Fundamentação</w:t>
            </w:r>
          </w:p>
        </w:tc>
        <w:tc>
          <w:tcPr>
            <w:tcW w:w="6508" w:type="dxa"/>
            <w:vAlign w:val="center"/>
          </w:tcPr>
          <w:p w14:paraId="365782B3" w14:textId="77777777" w:rsidR="00AD688F" w:rsidRPr="000E1F69" w:rsidRDefault="00AD688F" w:rsidP="00D2528A">
            <w:pPr>
              <w:rPr>
                <w:rFonts w:asciiTheme="majorHAnsi" w:hAnsiTheme="majorHAnsi" w:cstheme="majorHAnsi"/>
              </w:rPr>
            </w:pPr>
            <w:r w:rsidRPr="000E1F69">
              <w:rPr>
                <w:rFonts w:asciiTheme="majorHAnsi" w:hAnsiTheme="majorHAnsi" w:cstheme="majorHAnsi"/>
              </w:rPr>
              <w:t>Justificação | Limite: 3000 caracteres</w:t>
            </w:r>
          </w:p>
          <w:p w14:paraId="563DD45C" w14:textId="1B6F17D1" w:rsidR="00034B5D" w:rsidRPr="000E1F69" w:rsidRDefault="00034B5D" w:rsidP="00034B5D">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3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66F3A3B1" w14:textId="5DD9E0E8" w:rsidR="00034B5D" w:rsidRPr="000E1F69" w:rsidRDefault="00034B5D" w:rsidP="00D2528A">
            <w:pPr>
              <w:rPr>
                <w:rFonts w:asciiTheme="majorHAnsi" w:hAnsiTheme="majorHAnsi" w:cstheme="majorHAnsi"/>
              </w:rPr>
            </w:pPr>
          </w:p>
        </w:tc>
      </w:tr>
      <w:tr w:rsidR="00AD688F" w:rsidRPr="000E1F69" w14:paraId="566125DC" w14:textId="77777777" w:rsidTr="00D2528A">
        <w:trPr>
          <w:jc w:val="center"/>
        </w:trPr>
        <w:tc>
          <w:tcPr>
            <w:tcW w:w="2122" w:type="dxa"/>
            <w:vMerge/>
            <w:vAlign w:val="center"/>
          </w:tcPr>
          <w:p w14:paraId="577691F9" w14:textId="77777777" w:rsidR="00AD688F" w:rsidRPr="000E1F69" w:rsidRDefault="00AD688F" w:rsidP="00D2528A">
            <w:pPr>
              <w:rPr>
                <w:rFonts w:asciiTheme="majorHAnsi" w:hAnsiTheme="majorHAnsi" w:cstheme="majorHAnsi"/>
              </w:rPr>
            </w:pPr>
          </w:p>
        </w:tc>
        <w:tc>
          <w:tcPr>
            <w:tcW w:w="6508" w:type="dxa"/>
            <w:vAlign w:val="center"/>
          </w:tcPr>
          <w:p w14:paraId="7ACAEFDF" w14:textId="595E23F2" w:rsidR="00AD688F" w:rsidRPr="000E1F69" w:rsidRDefault="00AD688F" w:rsidP="00D2528A">
            <w:pPr>
              <w:rPr>
                <w:rFonts w:asciiTheme="majorHAnsi" w:hAnsiTheme="majorHAnsi" w:cstheme="majorHAnsi"/>
              </w:rPr>
            </w:pPr>
            <w:r w:rsidRPr="000E1F69">
              <w:rPr>
                <w:rFonts w:asciiTheme="majorHAnsi" w:hAnsiTheme="majorHAnsi" w:cstheme="majorHAnsi"/>
              </w:rPr>
              <w:t xml:space="preserve">The PI should also mention what </w:t>
            </w:r>
            <w:proofErr w:type="gramStart"/>
            <w:r w:rsidRPr="000E1F69">
              <w:rPr>
                <w:rFonts w:asciiTheme="majorHAnsi" w:hAnsiTheme="majorHAnsi" w:cstheme="majorHAnsi"/>
              </w:rPr>
              <w:t>are the national and European regulations</w:t>
            </w:r>
            <w:proofErr w:type="gramEnd"/>
            <w:r w:rsidRPr="000E1F69">
              <w:rPr>
                <w:rFonts w:asciiTheme="majorHAnsi" w:hAnsiTheme="majorHAnsi" w:cstheme="majorHAnsi"/>
              </w:rPr>
              <w:t>, as well as the best practices to be followed during the development of the project, regarding those ethical issues. The available options are described in the Ethics Self-Assessment Guide. If the project requires ethics approvals (e.g., ethics committees, animal welfare authorizations), the PI should ensure that the work plan accounts for the time needed to obtain these approvals, as they often take longer than expected and research cannot start without them. Evaluators will consider whether ethical issues have been appropriately addressed and whether the proposed timeline for obtaining approvals is realistic.</w:t>
            </w:r>
          </w:p>
        </w:tc>
      </w:tr>
    </w:tbl>
    <w:p w14:paraId="7544CFF6" w14:textId="77777777" w:rsidR="00D2528A" w:rsidRPr="000E1F69" w:rsidRDefault="00D2528A" w:rsidP="00AA28F4">
      <w:pPr>
        <w:pStyle w:val="Ttulo1"/>
        <w:rPr>
          <w:rFonts w:cstheme="majorHAnsi"/>
          <w:color w:val="auto"/>
        </w:rPr>
      </w:pPr>
    </w:p>
    <w:p w14:paraId="344EFE22" w14:textId="77777777" w:rsidR="00D2528A" w:rsidRPr="000E1F69" w:rsidRDefault="00D2528A">
      <w:pPr>
        <w:rPr>
          <w:rFonts w:asciiTheme="majorHAnsi" w:eastAsiaTheme="majorEastAsia" w:hAnsiTheme="majorHAnsi" w:cstheme="majorHAnsi"/>
          <w:b/>
          <w:bCs/>
          <w:sz w:val="28"/>
          <w:szCs w:val="28"/>
        </w:rPr>
      </w:pPr>
      <w:r w:rsidRPr="000E1F69">
        <w:rPr>
          <w:rFonts w:asciiTheme="majorHAnsi" w:hAnsiTheme="majorHAnsi" w:cstheme="majorHAnsi"/>
        </w:rPr>
        <w:br w:type="page"/>
      </w:r>
    </w:p>
    <w:p w14:paraId="2783553A" w14:textId="6BEB1344" w:rsidR="00D54212" w:rsidRPr="000E1F69" w:rsidRDefault="00D2528A" w:rsidP="00AA28F4">
      <w:pPr>
        <w:pStyle w:val="Ttulo1"/>
        <w:rPr>
          <w:rFonts w:cstheme="majorHAnsi"/>
          <w:color w:val="1F497D" w:themeColor="text2"/>
        </w:rPr>
      </w:pPr>
      <w:bookmarkStart w:id="9" w:name="_Toc229482291"/>
      <w:r w:rsidRPr="000E1F69">
        <w:rPr>
          <w:rFonts w:cstheme="majorHAnsi"/>
          <w:color w:val="1F497D" w:themeColor="text2"/>
        </w:rPr>
        <w:lastRenderedPageBreak/>
        <w:t>AGENDA 2030</w:t>
      </w:r>
      <w:bookmarkEnd w:id="9"/>
    </w:p>
    <w:p w14:paraId="7B5FEF8E" w14:textId="77777777" w:rsidR="00D2528A" w:rsidRPr="000E1F69" w:rsidRDefault="00D2528A" w:rsidP="00D2528A">
      <w:pPr>
        <w:rPr>
          <w:rFonts w:asciiTheme="majorHAnsi" w:hAnsiTheme="majorHAnsi" w:cstheme="majorHAnsi"/>
        </w:rPr>
      </w:pPr>
    </w:p>
    <w:tbl>
      <w:tblPr>
        <w:tblStyle w:val="TabelacomGrelha"/>
        <w:tblW w:w="86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0"/>
        <w:gridCol w:w="6902"/>
      </w:tblGrid>
      <w:tr w:rsidR="00D2528A" w:rsidRPr="000E1F69" w14:paraId="3CF3E7C7" w14:textId="77777777" w:rsidTr="00D2528A">
        <w:trPr>
          <w:trHeight w:val="521"/>
          <w:jc w:val="center"/>
        </w:trPr>
        <w:tc>
          <w:tcPr>
            <w:tcW w:w="1740" w:type="dxa"/>
            <w:tcBorders>
              <w:bottom w:val="single" w:sz="12" w:space="0" w:color="auto"/>
            </w:tcBorders>
            <w:vAlign w:val="center"/>
          </w:tcPr>
          <w:p w14:paraId="746960F8" w14:textId="40653699" w:rsidR="00D54212" w:rsidRPr="000E1F69" w:rsidRDefault="00D2528A" w:rsidP="00D2528A">
            <w:pPr>
              <w:rPr>
                <w:rFonts w:asciiTheme="majorHAnsi" w:hAnsiTheme="majorHAnsi" w:cstheme="majorHAnsi"/>
                <w:color w:val="1F497D" w:themeColor="text2"/>
              </w:rPr>
            </w:pPr>
            <w:r w:rsidRPr="000E1F69">
              <w:rPr>
                <w:rFonts w:asciiTheme="majorHAnsi" w:hAnsiTheme="majorHAnsi" w:cstheme="majorHAnsi"/>
                <w:b/>
                <w:color w:val="1F497D" w:themeColor="text2"/>
              </w:rPr>
              <w:t>CAMPO</w:t>
            </w:r>
          </w:p>
        </w:tc>
        <w:tc>
          <w:tcPr>
            <w:tcW w:w="6902" w:type="dxa"/>
            <w:tcBorders>
              <w:bottom w:val="single" w:sz="12" w:space="0" w:color="auto"/>
            </w:tcBorders>
            <w:vAlign w:val="center"/>
          </w:tcPr>
          <w:p w14:paraId="09B9EE34" w14:textId="5B48F765" w:rsidR="00D54212" w:rsidRPr="000E1F69" w:rsidRDefault="00D2528A" w:rsidP="00D2528A">
            <w:pPr>
              <w:rPr>
                <w:rFonts w:asciiTheme="majorHAnsi" w:hAnsiTheme="majorHAnsi" w:cstheme="majorHAnsi"/>
                <w:color w:val="1F497D" w:themeColor="text2"/>
              </w:rPr>
            </w:pPr>
            <w:r w:rsidRPr="000E1F69">
              <w:rPr>
                <w:rFonts w:asciiTheme="majorHAnsi" w:hAnsiTheme="majorHAnsi" w:cstheme="majorHAnsi"/>
                <w:b/>
                <w:color w:val="1F497D" w:themeColor="text2"/>
              </w:rPr>
              <w:t>INSTRUÇÕES / LIMITE</w:t>
            </w:r>
          </w:p>
        </w:tc>
      </w:tr>
      <w:tr w:rsidR="00034B5D" w:rsidRPr="000E1F69" w14:paraId="453FCF72" w14:textId="77777777" w:rsidTr="00EF72EA">
        <w:trPr>
          <w:trHeight w:val="1108"/>
          <w:jc w:val="center"/>
        </w:trPr>
        <w:tc>
          <w:tcPr>
            <w:tcW w:w="1740" w:type="dxa"/>
            <w:vMerge w:val="restart"/>
            <w:tcBorders>
              <w:top w:val="single" w:sz="12" w:space="0" w:color="auto"/>
            </w:tcBorders>
            <w:vAlign w:val="center"/>
          </w:tcPr>
          <w:p w14:paraId="740FA18B" w14:textId="77777777" w:rsidR="00034B5D" w:rsidRPr="000E1F69" w:rsidRDefault="00034B5D" w:rsidP="00D2528A">
            <w:pPr>
              <w:rPr>
                <w:rFonts w:asciiTheme="majorHAnsi" w:hAnsiTheme="majorHAnsi" w:cstheme="majorHAnsi"/>
                <w:b/>
                <w:bCs/>
              </w:rPr>
            </w:pPr>
            <w:r w:rsidRPr="000E1F69">
              <w:rPr>
                <w:rFonts w:asciiTheme="majorHAnsi" w:hAnsiTheme="majorHAnsi" w:cstheme="majorHAnsi"/>
                <w:b/>
                <w:bCs/>
              </w:rPr>
              <w:t>Enquadramento nos ODS</w:t>
            </w:r>
          </w:p>
        </w:tc>
        <w:tc>
          <w:tcPr>
            <w:tcW w:w="6902" w:type="dxa"/>
            <w:tcBorders>
              <w:top w:val="single" w:sz="12" w:space="0" w:color="auto"/>
              <w:bottom w:val="single" w:sz="12" w:space="0" w:color="auto"/>
            </w:tcBorders>
            <w:vAlign w:val="center"/>
          </w:tcPr>
          <w:p w14:paraId="2A209CD9" w14:textId="77777777" w:rsidR="00034B5D" w:rsidRPr="000E1F69" w:rsidRDefault="00034B5D" w:rsidP="00D2528A">
            <w:pPr>
              <w:rPr>
                <w:rFonts w:asciiTheme="majorHAnsi" w:hAnsiTheme="majorHAnsi" w:cstheme="majorHAnsi"/>
              </w:rPr>
            </w:pPr>
            <w:r w:rsidRPr="000E1F69">
              <w:rPr>
                <w:rFonts w:asciiTheme="majorHAnsi" w:hAnsiTheme="majorHAnsi" w:cstheme="majorHAnsi"/>
              </w:rPr>
              <w:t xml:space="preserve">Indicar ODS relevantes </w:t>
            </w:r>
          </w:p>
          <w:p w14:paraId="16B5530D" w14:textId="6E61BE93" w:rsidR="00034B5D" w:rsidRPr="000E1F69" w:rsidRDefault="00034B5D" w:rsidP="00D2528A">
            <w:pPr>
              <w:rPr>
                <w:rFonts w:asciiTheme="majorHAnsi" w:hAnsiTheme="majorHAnsi" w:cstheme="majorHAnsi"/>
              </w:rPr>
            </w:pPr>
            <w:r w:rsidRPr="000E1F69">
              <w:rPr>
                <w:rFonts w:asciiTheme="majorHAnsi" w:hAnsiTheme="majorHAnsi" w:cstheme="majorHAnsi"/>
              </w:rPr>
              <w:t>In this section, the PI should identify one to three of the 17 SDGs from the United Nations 2030 Agenda.</w:t>
            </w:r>
          </w:p>
        </w:tc>
      </w:tr>
      <w:tr w:rsidR="00034B5D" w:rsidRPr="000E1F69" w14:paraId="1A228048" w14:textId="77777777" w:rsidTr="00EF72EA">
        <w:trPr>
          <w:trHeight w:val="1108"/>
          <w:jc w:val="center"/>
        </w:trPr>
        <w:tc>
          <w:tcPr>
            <w:tcW w:w="1740" w:type="dxa"/>
            <w:vMerge/>
            <w:vAlign w:val="center"/>
          </w:tcPr>
          <w:p w14:paraId="6004FA4A" w14:textId="77777777" w:rsidR="00034B5D" w:rsidRPr="000E1F69" w:rsidRDefault="00034B5D" w:rsidP="00D2528A">
            <w:pPr>
              <w:rPr>
                <w:rFonts w:asciiTheme="majorHAnsi" w:hAnsiTheme="majorHAnsi" w:cstheme="majorHAnsi"/>
                <w:b/>
                <w:bCs/>
              </w:rPr>
            </w:pPr>
          </w:p>
        </w:tc>
        <w:tc>
          <w:tcPr>
            <w:tcW w:w="6902" w:type="dxa"/>
            <w:tcBorders>
              <w:top w:val="single" w:sz="12" w:space="0" w:color="auto"/>
            </w:tcBorders>
            <w:vAlign w:val="center"/>
          </w:tcPr>
          <w:p w14:paraId="38A01430" w14:textId="77777777" w:rsidR="00034B5D" w:rsidRPr="000E1F69" w:rsidRDefault="00034B5D" w:rsidP="00034B5D">
            <w:pPr>
              <w:rPr>
                <w:rFonts w:asciiTheme="majorHAnsi" w:hAnsiTheme="majorHAnsi" w:cstheme="majorHAnsi"/>
              </w:rPr>
            </w:pPr>
            <w:r w:rsidRPr="000E1F69">
              <w:rPr>
                <w:rFonts w:asciiTheme="majorHAnsi" w:hAnsiTheme="majorHAnsi" w:cstheme="majorHAnsi"/>
              </w:rPr>
              <w:t>Justificação | Limite: 3000 caracteres</w:t>
            </w:r>
          </w:p>
          <w:p w14:paraId="70333A98" w14:textId="77777777" w:rsidR="00034B5D" w:rsidRPr="000E1F69" w:rsidRDefault="00034B5D" w:rsidP="00034B5D">
            <w:pPr>
              <w:rPr>
                <w:rFonts w:asciiTheme="majorHAnsi" w:hAnsiTheme="majorHAnsi" w:cstheme="majorHAnsi"/>
                <w:color w:val="000000" w:themeColor="text1"/>
              </w:rPr>
            </w:pPr>
            <w:r w:rsidRPr="000E1F69">
              <w:rPr>
                <w:rFonts w:asciiTheme="majorHAnsi" w:hAnsiTheme="majorHAnsi" w:cstheme="majorHAnsi"/>
                <w:color w:val="000000" w:themeColor="text1"/>
              </w:rPr>
              <w:fldChar w:fldCharType="begin">
                <w:ffData>
                  <w:name w:val=""/>
                  <w:enabled/>
                  <w:calcOnExit/>
                  <w:entryMacro w:val="LimitarCaracteres"/>
                  <w:exitMacro w:val="LimitarCaracteres"/>
                  <w:textInput>
                    <w:maxLength w:val="3000"/>
                    <w:format w:val="Primeira letra maiúscula"/>
                  </w:textInput>
                </w:ffData>
              </w:fldChar>
            </w:r>
            <w:r w:rsidRPr="000E1F69">
              <w:rPr>
                <w:rFonts w:asciiTheme="majorHAnsi" w:hAnsiTheme="majorHAnsi" w:cstheme="majorHAnsi"/>
                <w:color w:val="000000" w:themeColor="text1"/>
              </w:rPr>
              <w:instrText xml:space="preserve"> FORMTEXT </w:instrText>
            </w:r>
            <w:r w:rsidRPr="000E1F69">
              <w:rPr>
                <w:rFonts w:asciiTheme="majorHAnsi" w:hAnsiTheme="majorHAnsi" w:cstheme="majorHAnsi"/>
                <w:color w:val="000000" w:themeColor="text1"/>
              </w:rPr>
            </w:r>
            <w:r w:rsidRPr="000E1F69">
              <w:rPr>
                <w:rFonts w:asciiTheme="majorHAnsi" w:hAnsiTheme="majorHAnsi" w:cstheme="majorHAnsi"/>
                <w:color w:val="000000" w:themeColor="text1"/>
              </w:rPr>
              <w:fldChar w:fldCharType="separate"/>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noProof/>
                <w:color w:val="000000" w:themeColor="text1"/>
              </w:rPr>
              <w:t> </w:t>
            </w:r>
            <w:r w:rsidRPr="000E1F69">
              <w:rPr>
                <w:rFonts w:asciiTheme="majorHAnsi" w:hAnsiTheme="majorHAnsi" w:cstheme="majorHAnsi"/>
                <w:color w:val="000000" w:themeColor="text1"/>
              </w:rPr>
              <w:fldChar w:fldCharType="end"/>
            </w:r>
          </w:p>
          <w:p w14:paraId="3A02D7ED" w14:textId="77777777" w:rsidR="00034B5D" w:rsidRPr="000E1F69" w:rsidRDefault="00034B5D" w:rsidP="00D2528A">
            <w:pPr>
              <w:rPr>
                <w:rFonts w:asciiTheme="majorHAnsi" w:hAnsiTheme="majorHAnsi" w:cstheme="majorHAnsi"/>
              </w:rPr>
            </w:pPr>
          </w:p>
        </w:tc>
      </w:tr>
    </w:tbl>
    <w:p w14:paraId="4CB2E5C1" w14:textId="0DE8647A" w:rsidR="00D2528A" w:rsidRPr="000E1F69" w:rsidRDefault="00D2528A" w:rsidP="007A0FEA">
      <w:pPr>
        <w:rPr>
          <w:rFonts w:asciiTheme="majorHAnsi" w:eastAsiaTheme="majorEastAsia" w:hAnsiTheme="majorHAnsi" w:cstheme="majorHAnsi"/>
          <w:b/>
          <w:bCs/>
          <w:sz w:val="28"/>
          <w:szCs w:val="28"/>
        </w:rPr>
      </w:pPr>
    </w:p>
    <w:sectPr w:rsidR="00D2528A" w:rsidRPr="000E1F69" w:rsidSect="000E1F69">
      <w:headerReference w:type="default" r:id="rId8"/>
      <w:footerReference w:type="default" r:id="rId9"/>
      <w:headerReference w:type="first" r:id="rId10"/>
      <w:pgSz w:w="12240" w:h="15840"/>
      <w:pgMar w:top="1440" w:right="1800" w:bottom="1440" w:left="156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DAC8E" w14:textId="77777777" w:rsidR="00772151" w:rsidRDefault="00772151" w:rsidP="0009795D">
      <w:pPr>
        <w:spacing w:after="0" w:line="240" w:lineRule="auto"/>
      </w:pPr>
      <w:r>
        <w:separator/>
      </w:r>
    </w:p>
  </w:endnote>
  <w:endnote w:type="continuationSeparator" w:id="0">
    <w:p w14:paraId="208FF10C" w14:textId="77777777" w:rsidR="00772151" w:rsidRDefault="00772151" w:rsidP="000979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20CE7" w14:textId="43208FFA" w:rsidR="000E1F69" w:rsidRPr="000E1F69" w:rsidRDefault="000E1F69" w:rsidP="000E1F69">
    <w:pPr>
      <w:pStyle w:val="Rodap"/>
      <w:ind w:left="-284"/>
      <w:rPr>
        <w:rFonts w:ascii="Calibri Light" w:eastAsia="Arial Unicode MS" w:hAnsi="Calibri Light" w:cs="Calibri Light"/>
        <w:color w:val="000000"/>
        <w:sz w:val="18"/>
        <w:szCs w:val="20"/>
        <w:bdr w:val="nil"/>
      </w:rPr>
    </w:pPr>
    <w:r w:rsidRPr="000E1F69">
      <w:rPr>
        <w:rFonts w:ascii="Calibri Light" w:eastAsia="Arial Unicode MS" w:hAnsi="Calibri Light" w:cs="Calibri Light"/>
        <w:color w:val="000000"/>
        <w:sz w:val="18"/>
        <w:szCs w:val="20"/>
        <w:bdr w:val="nil"/>
      </w:rPr>
      <w:fldChar w:fldCharType="begin"/>
    </w:r>
    <w:r w:rsidRPr="000E1F69">
      <w:rPr>
        <w:rFonts w:ascii="Calibri Light" w:eastAsia="Arial Unicode MS" w:hAnsi="Calibri Light" w:cs="Calibri Light"/>
        <w:color w:val="000000"/>
        <w:sz w:val="18"/>
        <w:szCs w:val="20"/>
        <w:bdr w:val="nil"/>
      </w:rPr>
      <w:instrText xml:space="preserve"> PAGE </w:instrText>
    </w:r>
    <w:r w:rsidRPr="000E1F69">
      <w:rPr>
        <w:rFonts w:ascii="Calibri Light" w:eastAsia="Arial Unicode MS" w:hAnsi="Calibri Light" w:cs="Calibri Light"/>
        <w:color w:val="000000"/>
        <w:sz w:val="18"/>
        <w:szCs w:val="20"/>
        <w:bdr w:val="nil"/>
      </w:rPr>
      <w:fldChar w:fldCharType="separate"/>
    </w:r>
    <w:r w:rsidRPr="000E1F69">
      <w:rPr>
        <w:rFonts w:ascii="Calibri Light" w:eastAsia="Arial Unicode MS" w:hAnsi="Calibri Light" w:cs="Calibri Light"/>
        <w:color w:val="000000"/>
        <w:sz w:val="18"/>
        <w:szCs w:val="20"/>
        <w:bdr w:val="nil"/>
      </w:rPr>
      <w:t>1</w:t>
    </w:r>
    <w:r w:rsidRPr="000E1F69">
      <w:rPr>
        <w:rFonts w:ascii="Calibri Light" w:eastAsia="Arial Unicode MS" w:hAnsi="Calibri Light" w:cs="Calibri Light"/>
        <w:color w:val="000000"/>
        <w:sz w:val="18"/>
        <w:szCs w:val="20"/>
        <w:bdr w:val="nil"/>
      </w:rPr>
      <w:fldChar w:fldCharType="end"/>
    </w:r>
    <w:r w:rsidRPr="000E1F69">
      <w:rPr>
        <w:rFonts w:ascii="Calibri Light" w:eastAsia="Arial Unicode MS" w:hAnsi="Calibri Light" w:cs="Calibri Light"/>
        <w:color w:val="000000"/>
        <w:sz w:val="18"/>
        <w:szCs w:val="20"/>
        <w:bdr w:val="nil"/>
      </w:rPr>
      <w:t xml:space="preserve"> de </w:t>
    </w:r>
    <w:r w:rsidRPr="000E1F69">
      <w:rPr>
        <w:rFonts w:ascii="Calibri Light" w:eastAsia="Arial Unicode MS" w:hAnsi="Calibri Light" w:cs="Calibri Light"/>
        <w:color w:val="000000"/>
        <w:sz w:val="18"/>
        <w:szCs w:val="20"/>
        <w:bdr w:val="nil"/>
      </w:rPr>
      <w:fldChar w:fldCharType="begin"/>
    </w:r>
    <w:r w:rsidRPr="000E1F69">
      <w:rPr>
        <w:rFonts w:ascii="Calibri Light" w:eastAsia="Arial Unicode MS" w:hAnsi="Calibri Light" w:cs="Calibri Light"/>
        <w:color w:val="000000"/>
        <w:sz w:val="18"/>
        <w:szCs w:val="20"/>
        <w:bdr w:val="nil"/>
      </w:rPr>
      <w:instrText xml:space="preserve"> NUMPAGES </w:instrText>
    </w:r>
    <w:r w:rsidRPr="000E1F69">
      <w:rPr>
        <w:rFonts w:ascii="Calibri Light" w:eastAsia="Arial Unicode MS" w:hAnsi="Calibri Light" w:cs="Calibri Light"/>
        <w:color w:val="000000"/>
        <w:sz w:val="18"/>
        <w:szCs w:val="20"/>
        <w:bdr w:val="nil"/>
      </w:rPr>
      <w:fldChar w:fldCharType="separate"/>
    </w:r>
    <w:r w:rsidRPr="000E1F69">
      <w:rPr>
        <w:rFonts w:ascii="Calibri Light" w:eastAsia="Arial Unicode MS" w:hAnsi="Calibri Light" w:cs="Calibri Light"/>
        <w:color w:val="000000"/>
        <w:sz w:val="18"/>
        <w:szCs w:val="20"/>
        <w:bdr w:val="nil"/>
      </w:rPr>
      <w:t>1</w:t>
    </w:r>
    <w:r w:rsidRPr="000E1F69">
      <w:rPr>
        <w:rFonts w:ascii="Calibri Light" w:eastAsia="Arial Unicode MS" w:hAnsi="Calibri Light" w:cs="Calibri Light"/>
        <w:color w:val="000000"/>
        <w:sz w:val="18"/>
        <w:szCs w:val="20"/>
        <w:bdr w:val="nil"/>
      </w:rPr>
      <w:fldChar w:fldCharType="end"/>
    </w:r>
  </w:p>
  <w:p w14:paraId="1F35C812" w14:textId="3476D2B7" w:rsidR="000E1F69" w:rsidRPr="000E1F69" w:rsidRDefault="000E1F69" w:rsidP="000E1F69">
    <w:pPr>
      <w:pBdr>
        <w:top w:val="nil"/>
        <w:left w:val="nil"/>
        <w:bottom w:val="nil"/>
        <w:right w:val="nil"/>
        <w:between w:val="nil"/>
        <w:bar w:val="nil"/>
      </w:pBdr>
      <w:tabs>
        <w:tab w:val="center" w:pos="4252"/>
        <w:tab w:val="right" w:pos="8504"/>
      </w:tabs>
      <w:spacing w:after="0" w:line="240" w:lineRule="auto"/>
      <w:ind w:left="-284"/>
      <w:rPr>
        <w:rFonts w:ascii="Calibri Light" w:eastAsia="Arial Unicode MS" w:hAnsi="Calibri Light" w:cs="Calibri Light"/>
        <w:sz w:val="18"/>
        <w:szCs w:val="20"/>
        <w:bdr w:val="nil"/>
      </w:rPr>
    </w:pPr>
    <w:r w:rsidRPr="000E1F69">
      <w:rPr>
        <w:rFonts w:ascii="Calibri Light" w:eastAsia="Arial Unicode MS" w:hAnsi="Calibri Light" w:cs="Calibri Light"/>
        <w:sz w:val="18"/>
        <w:szCs w:val="20"/>
        <w:bdr w:val="nil"/>
      </w:rPr>
      <w:t>Mod 41</w:t>
    </w:r>
    <w:r>
      <w:rPr>
        <w:rFonts w:ascii="Calibri Light" w:eastAsia="Arial Unicode MS" w:hAnsi="Calibri Light" w:cs="Calibri Light"/>
        <w:sz w:val="18"/>
        <w:szCs w:val="20"/>
        <w:bdr w:val="nil"/>
      </w:rPr>
      <w:t>8</w:t>
    </w:r>
    <w:r w:rsidRPr="000E1F69">
      <w:rPr>
        <w:rFonts w:ascii="Calibri Light" w:eastAsia="Arial Unicode MS" w:hAnsi="Calibri Light" w:cs="Calibri Light"/>
        <w:sz w:val="18"/>
        <w:szCs w:val="20"/>
        <w:bdr w:val="nil"/>
      </w:rPr>
      <w:t>_2.0</w:t>
    </w:r>
  </w:p>
  <w:p w14:paraId="76AAEDA8" w14:textId="65EBBF7C" w:rsidR="00D2528A" w:rsidRPr="000E1F69" w:rsidRDefault="000E1F69" w:rsidP="000E1F69">
    <w:pPr>
      <w:pBdr>
        <w:top w:val="nil"/>
        <w:left w:val="nil"/>
        <w:bottom w:val="nil"/>
        <w:right w:val="nil"/>
        <w:between w:val="nil"/>
        <w:bar w:val="nil"/>
      </w:pBdr>
      <w:tabs>
        <w:tab w:val="center" w:pos="4252"/>
        <w:tab w:val="right" w:pos="8504"/>
      </w:tabs>
      <w:spacing w:after="0" w:line="240" w:lineRule="auto"/>
      <w:ind w:left="-284"/>
      <w:rPr>
        <w:rFonts w:ascii="Calibri Light" w:eastAsia="Arial Unicode MS" w:hAnsi="Calibri Light" w:cs="Calibri Light"/>
        <w:sz w:val="14"/>
        <w:szCs w:val="20"/>
        <w:bdr w:val="nil"/>
      </w:rPr>
    </w:pPr>
    <w:r w:rsidRPr="000E1F69">
      <w:rPr>
        <w:rFonts w:ascii="Calibri Light" w:eastAsia="Arial Unicode MS" w:hAnsi="Calibri Light" w:cs="Calibri Light"/>
        <w:sz w:val="14"/>
        <w:szCs w:val="20"/>
        <w:bdr w:val="nil"/>
      </w:rPr>
      <w:t>SISTEMA INTERNO DE GARANTIA DA QUALIDADE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8EACD" w14:textId="77777777" w:rsidR="00772151" w:rsidRDefault="00772151" w:rsidP="0009795D">
      <w:pPr>
        <w:spacing w:after="0" w:line="240" w:lineRule="auto"/>
      </w:pPr>
      <w:r>
        <w:separator/>
      </w:r>
    </w:p>
  </w:footnote>
  <w:footnote w:type="continuationSeparator" w:id="0">
    <w:p w14:paraId="6451B70F" w14:textId="77777777" w:rsidR="00772151" w:rsidRDefault="00772151" w:rsidP="000979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AD9B" w14:textId="332498C2" w:rsidR="0009795D" w:rsidRPr="003A2ECE" w:rsidRDefault="000E1F69" w:rsidP="000E1F69">
    <w:pPr>
      <w:pStyle w:val="Cabealho"/>
      <w:tabs>
        <w:tab w:val="clear" w:pos="4680"/>
        <w:tab w:val="center" w:pos="4253"/>
      </w:tabs>
      <w:rPr>
        <w:rFonts w:asciiTheme="majorHAnsi" w:hAnsiTheme="majorHAnsi" w:cstheme="majorHAnsi"/>
        <w:lang w:val="pt-PT"/>
      </w:rPr>
    </w:pPr>
    <w:r w:rsidRPr="000E1F69">
      <w:rPr>
        <w:rFonts w:ascii="Times New Roman" w:eastAsia="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E050BAB" wp14:editId="7EDD4517">
              <wp:simplePos x="0" y="0"/>
              <wp:positionH relativeFrom="margin">
                <wp:posOffset>1231265</wp:posOffset>
              </wp:positionH>
              <wp:positionV relativeFrom="paragraph">
                <wp:posOffset>113030</wp:posOffset>
              </wp:positionV>
              <wp:extent cx="4854575" cy="655320"/>
              <wp:effectExtent l="0" t="0" r="0" b="0"/>
              <wp:wrapThrough wrapText="bothSides">
                <wp:wrapPolygon edited="0">
                  <wp:start x="170" y="0"/>
                  <wp:lineTo x="170" y="20721"/>
                  <wp:lineTo x="21360" y="20721"/>
                  <wp:lineTo x="21360" y="0"/>
                  <wp:lineTo x="170" y="0"/>
                </wp:wrapPolygon>
              </wp:wrapThrough>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655320"/>
                      </a:xfrm>
                      <a:prstGeom prst="rect">
                        <a:avLst/>
                      </a:prstGeom>
                      <a:noFill/>
                      <a:ln>
                        <a:noFill/>
                      </a:ln>
                    </wps:spPr>
                    <wps:txbx>
                      <w:txbxContent>
                        <w:p w14:paraId="6EBFED96" w14:textId="1E8D44E8" w:rsidR="000E1F69" w:rsidRDefault="000E1F69" w:rsidP="000E1F69">
                          <w:pPr>
                            <w:pStyle w:val="LegendaFiguras"/>
                            <w:ind w:left="709"/>
                            <w:jc w:val="right"/>
                            <w:rPr>
                              <w:rFonts w:ascii="Calibri Light" w:hAnsi="Calibri Light"/>
                              <w:b/>
                              <w:bCs/>
                              <w:sz w:val="28"/>
                              <w:szCs w:val="28"/>
                            </w:rPr>
                          </w:pPr>
                          <w:r>
                            <w:rPr>
                              <w:rFonts w:ascii="Calibri Light" w:hAnsi="Calibri Light"/>
                              <w:b/>
                              <w:bCs/>
                              <w:sz w:val="28"/>
                              <w:szCs w:val="28"/>
                            </w:rPr>
                            <w:t>Formulário de candidatura</w:t>
                          </w:r>
                        </w:p>
                        <w:p w14:paraId="0D472B19" w14:textId="38E2FD6F" w:rsidR="000E1F69" w:rsidRPr="00AA16DB" w:rsidRDefault="000E1F69" w:rsidP="000E1F69">
                          <w:pPr>
                            <w:pStyle w:val="LegendaFiguras"/>
                            <w:ind w:left="709"/>
                            <w:jc w:val="right"/>
                            <w:rPr>
                              <w:sz w:val="24"/>
                            </w:rPr>
                          </w:pPr>
                          <w:r>
                            <w:rPr>
                              <w:rFonts w:ascii="Calibri Light" w:hAnsi="Calibri Light"/>
                              <w:b/>
                              <w:bCs/>
                              <w:sz w:val="28"/>
                              <w:szCs w:val="28"/>
                            </w:rPr>
                            <w:t>Concurso IGNIT 20226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50BAB" id="_x0000_t202" coordsize="21600,21600" o:spt="202" path="m,l,21600r21600,l21600,xe">
              <v:stroke joinstyle="miter"/>
              <v:path gradientshapeok="t" o:connecttype="rect"/>
            </v:shapetype>
            <v:shape id="Text Box 2" o:spid="_x0000_s1026" type="#_x0000_t202" style="position:absolute;margin-left:96.95pt;margin-top:8.9pt;width:382.25pt;height:51.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" filled="f" stroked="f">
              <v:textbox>
                <w:txbxContent>
                  <w:p w14:paraId="6EBFED96" w14:textId="1E8D44E8" w:rsidR="000E1F69" w:rsidRDefault="000E1F69" w:rsidP="000E1F69">
                    <w:pPr>
                      <w:pStyle w:val="LegendaFiguras"/>
                      <w:ind w:left="709"/>
                      <w:jc w:val="right"/>
                      <w:rPr>
                        <w:rFonts w:ascii="Calibri Light" w:hAnsi="Calibri Light"/>
                        <w:b/>
                        <w:bCs/>
                        <w:sz w:val="28"/>
                        <w:szCs w:val="28"/>
                      </w:rPr>
                    </w:pPr>
                    <w:r>
                      <w:rPr>
                        <w:rFonts w:ascii="Calibri Light" w:hAnsi="Calibri Light"/>
                        <w:b/>
                        <w:bCs/>
                        <w:sz w:val="28"/>
                        <w:szCs w:val="28"/>
                      </w:rPr>
                      <w:t>Formulário de candidatura</w:t>
                    </w:r>
                  </w:p>
                  <w:p w14:paraId="0D472B19" w14:textId="38E2FD6F" w:rsidR="000E1F69" w:rsidRPr="00AA16DB" w:rsidRDefault="000E1F69" w:rsidP="000E1F69">
                    <w:pPr>
                      <w:pStyle w:val="LegendaFiguras"/>
                      <w:ind w:left="709"/>
                      <w:jc w:val="right"/>
                      <w:rPr>
                        <w:sz w:val="24"/>
                      </w:rPr>
                    </w:pPr>
                    <w:r>
                      <w:rPr>
                        <w:rFonts w:ascii="Calibri Light" w:hAnsi="Calibri Light"/>
                        <w:b/>
                        <w:bCs/>
                        <w:sz w:val="28"/>
                        <w:szCs w:val="28"/>
                      </w:rPr>
                      <w:t>Concurso IGNIT 20226</w:t>
                    </w:r>
                  </w:p>
                </w:txbxContent>
              </v:textbox>
              <w10:wrap type="through" anchorx="margin"/>
            </v:shape>
          </w:pict>
        </mc:Fallback>
      </mc:AlternateContent>
    </w:r>
    <w:r w:rsidRPr="000E1F69">
      <w:rPr>
        <w:rFonts w:ascii="Times New Roman" w:eastAsia="Arial Unicode MS" w:hAnsi="Times New Roman" w:cs="Times New Roman"/>
        <w:noProof/>
        <w:sz w:val="24"/>
        <w:szCs w:val="24"/>
        <w:bdr w:val="nil"/>
      </w:rPr>
      <w:drawing>
        <wp:inline distT="0" distB="0" distL="0" distR="0" wp14:anchorId="17B942AE" wp14:editId="393FBB71">
          <wp:extent cx="939165" cy="847725"/>
          <wp:effectExtent l="0" t="0" r="0" b="9525"/>
          <wp:docPr id="137796300" name="Imagem 137796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165" cy="847725"/>
                  </a:xfrm>
                  <a:prstGeom prst="rect">
                    <a:avLst/>
                  </a:prstGeom>
                  <a:noFill/>
                </pic:spPr>
              </pic:pic>
            </a:graphicData>
          </a:graphic>
        </wp:inline>
      </w:drawing>
    </w:r>
  </w:p>
  <w:p w14:paraId="791C1432" w14:textId="77777777" w:rsidR="0009795D" w:rsidRPr="003A2ECE" w:rsidRDefault="0009795D" w:rsidP="0009795D">
    <w:pPr>
      <w:pStyle w:val="Cabealho"/>
      <w:tabs>
        <w:tab w:val="clear" w:pos="4680"/>
        <w:tab w:val="center" w:pos="4253"/>
      </w:tabs>
      <w:jc w:val="right"/>
      <w:rPr>
        <w:rFonts w:asciiTheme="majorHAnsi" w:hAnsiTheme="majorHAnsi" w:cstheme="majorHAnsi"/>
        <w:lang w:val="pt-PT"/>
      </w:rPr>
    </w:pPr>
  </w:p>
  <w:p w14:paraId="3C20DA7A" w14:textId="77777777" w:rsidR="0009795D" w:rsidRPr="003A2ECE" w:rsidRDefault="0009795D" w:rsidP="0009795D">
    <w:pPr>
      <w:pStyle w:val="Cabealho"/>
      <w:tabs>
        <w:tab w:val="clear" w:pos="4680"/>
        <w:tab w:val="center" w:pos="4253"/>
      </w:tabs>
      <w:jc w:val="right"/>
      <w:rPr>
        <w:rFonts w:asciiTheme="majorHAnsi" w:hAnsiTheme="majorHAnsi" w:cstheme="majorHAnsi"/>
        <w:lang w:val="pt-P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F989D" w14:textId="41CEE09C" w:rsidR="000E1F69" w:rsidRDefault="000E1F69">
    <w:pPr>
      <w:pStyle w:val="Cabealho"/>
    </w:pPr>
    <w:r w:rsidRPr="000E1F69">
      <w:rPr>
        <w:rFonts w:ascii="Times New Roman" w:eastAsia="Arial Unicode MS" w:hAnsi="Times New Roman" w:cs="Times New Roman"/>
        <w:noProof/>
        <w:sz w:val="24"/>
        <w:szCs w:val="24"/>
        <w:bdr w:val="nil"/>
      </w:rPr>
      <w:drawing>
        <wp:inline distT="0" distB="0" distL="0" distR="0" wp14:anchorId="388B8575" wp14:editId="5B8BA99A">
          <wp:extent cx="939165" cy="847725"/>
          <wp:effectExtent l="0" t="0" r="0" b="9525"/>
          <wp:docPr id="149563889" name="Imagem 149563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165" cy="84772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numerad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numerad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mmarc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mmarc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numerad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mmarcas"/>
      <w:lvlText w:val=""/>
      <w:lvlJc w:val="left"/>
      <w:pPr>
        <w:tabs>
          <w:tab w:val="num" w:pos="360"/>
        </w:tabs>
        <w:ind w:left="360" w:hanging="360"/>
      </w:pPr>
      <w:rPr>
        <w:rFonts w:ascii="Symbol" w:hAnsi="Symbol" w:hint="default"/>
      </w:rPr>
    </w:lvl>
  </w:abstractNum>
  <w:abstractNum w:abstractNumId="9" w15:restartNumberingAfterBreak="0">
    <w:nsid w:val="06337682"/>
    <w:multiLevelType w:val="hybridMultilevel"/>
    <w:tmpl w:val="5B50615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1771851103">
    <w:abstractNumId w:val="8"/>
  </w:num>
  <w:num w:numId="2" w16cid:durableId="8145696">
    <w:abstractNumId w:val="6"/>
  </w:num>
  <w:num w:numId="3" w16cid:durableId="522279425">
    <w:abstractNumId w:val="5"/>
  </w:num>
  <w:num w:numId="4" w16cid:durableId="120854620">
    <w:abstractNumId w:val="4"/>
  </w:num>
  <w:num w:numId="5" w16cid:durableId="1325009299">
    <w:abstractNumId w:val="7"/>
  </w:num>
  <w:num w:numId="6" w16cid:durableId="1341659795">
    <w:abstractNumId w:val="3"/>
  </w:num>
  <w:num w:numId="7" w16cid:durableId="1204908215">
    <w:abstractNumId w:val="2"/>
  </w:num>
  <w:num w:numId="8" w16cid:durableId="827866193">
    <w:abstractNumId w:val="1"/>
  </w:num>
  <w:num w:numId="9" w16cid:durableId="724062355">
    <w:abstractNumId w:val="0"/>
  </w:num>
  <w:num w:numId="10" w16cid:durableId="5490705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yUjfVa4FlFItIE3qGrxAh+3eZNoNp2+XHj+vHzSoDsm91tZG612eji5BvnznK7M7OOzj4cygr/3VtaWUpwgaSA==" w:salt="LJIpjC/sytJsrP2NELRM9A=="/>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122E"/>
    <w:rsid w:val="0001137A"/>
    <w:rsid w:val="00017954"/>
    <w:rsid w:val="00034616"/>
    <w:rsid w:val="00034B5D"/>
    <w:rsid w:val="00041D7A"/>
    <w:rsid w:val="0006063C"/>
    <w:rsid w:val="00076374"/>
    <w:rsid w:val="00086DA5"/>
    <w:rsid w:val="00090D76"/>
    <w:rsid w:val="0009795D"/>
    <w:rsid w:val="000A5827"/>
    <w:rsid w:val="000E1F69"/>
    <w:rsid w:val="000F546B"/>
    <w:rsid w:val="00134370"/>
    <w:rsid w:val="0015074B"/>
    <w:rsid w:val="00154D52"/>
    <w:rsid w:val="0017778B"/>
    <w:rsid w:val="00190EFF"/>
    <w:rsid w:val="002936CB"/>
    <w:rsid w:val="0029429F"/>
    <w:rsid w:val="0029639D"/>
    <w:rsid w:val="00326F90"/>
    <w:rsid w:val="0033496E"/>
    <w:rsid w:val="003628B9"/>
    <w:rsid w:val="0037771E"/>
    <w:rsid w:val="003912DB"/>
    <w:rsid w:val="003A2ECE"/>
    <w:rsid w:val="003B06ED"/>
    <w:rsid w:val="003B1766"/>
    <w:rsid w:val="00491326"/>
    <w:rsid w:val="004B181E"/>
    <w:rsid w:val="005006A4"/>
    <w:rsid w:val="0050747A"/>
    <w:rsid w:val="00511947"/>
    <w:rsid w:val="0057246C"/>
    <w:rsid w:val="00586E88"/>
    <w:rsid w:val="006318E0"/>
    <w:rsid w:val="00654BA7"/>
    <w:rsid w:val="0065774B"/>
    <w:rsid w:val="006E73FD"/>
    <w:rsid w:val="00772151"/>
    <w:rsid w:val="007A0FEA"/>
    <w:rsid w:val="007A3862"/>
    <w:rsid w:val="007F20B4"/>
    <w:rsid w:val="00817D50"/>
    <w:rsid w:val="008307E0"/>
    <w:rsid w:val="008A3FD3"/>
    <w:rsid w:val="008B0A81"/>
    <w:rsid w:val="008E5393"/>
    <w:rsid w:val="00900509"/>
    <w:rsid w:val="00917CA8"/>
    <w:rsid w:val="00936565"/>
    <w:rsid w:val="00937BD1"/>
    <w:rsid w:val="00950179"/>
    <w:rsid w:val="00952D9E"/>
    <w:rsid w:val="009929DB"/>
    <w:rsid w:val="009C7568"/>
    <w:rsid w:val="009C7ACA"/>
    <w:rsid w:val="00A1206B"/>
    <w:rsid w:val="00A27978"/>
    <w:rsid w:val="00A50619"/>
    <w:rsid w:val="00A56593"/>
    <w:rsid w:val="00A63BE0"/>
    <w:rsid w:val="00A700B2"/>
    <w:rsid w:val="00A95E1E"/>
    <w:rsid w:val="00AA0E21"/>
    <w:rsid w:val="00AA1D8D"/>
    <w:rsid w:val="00AA2210"/>
    <w:rsid w:val="00AA28A8"/>
    <w:rsid w:val="00AA28F4"/>
    <w:rsid w:val="00AD6487"/>
    <w:rsid w:val="00AD688F"/>
    <w:rsid w:val="00B21508"/>
    <w:rsid w:val="00B47730"/>
    <w:rsid w:val="00B62291"/>
    <w:rsid w:val="00BF2F39"/>
    <w:rsid w:val="00C152B7"/>
    <w:rsid w:val="00C75AA3"/>
    <w:rsid w:val="00CB0664"/>
    <w:rsid w:val="00CB66CA"/>
    <w:rsid w:val="00D1526B"/>
    <w:rsid w:val="00D2528A"/>
    <w:rsid w:val="00D54212"/>
    <w:rsid w:val="00D82C31"/>
    <w:rsid w:val="00D84846"/>
    <w:rsid w:val="00DA6FAB"/>
    <w:rsid w:val="00DC2CA3"/>
    <w:rsid w:val="00DE1542"/>
    <w:rsid w:val="00DE6E73"/>
    <w:rsid w:val="00E66821"/>
    <w:rsid w:val="00E80D60"/>
    <w:rsid w:val="00EA7FD5"/>
    <w:rsid w:val="00EB10ED"/>
    <w:rsid w:val="00EC0256"/>
    <w:rsid w:val="00ED2061"/>
    <w:rsid w:val="00EE1843"/>
    <w:rsid w:val="00EE4CF8"/>
    <w:rsid w:val="00F406B0"/>
    <w:rsid w:val="00F46C18"/>
    <w:rsid w:val="00F772EB"/>
    <w:rsid w:val="00FA5942"/>
    <w:rsid w:val="00FC693F"/>
    <w:rsid w:val="00FD3D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A7F38F"/>
  <w14:defaultImageDpi w14:val="330"/>
  <w15:docId w15:val="{82036A15-50CB-459E-8D4D-DB83BAD0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te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te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te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te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te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te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te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te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te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E618BF"/>
    <w:pPr>
      <w:tabs>
        <w:tab w:val="center" w:pos="4680"/>
        <w:tab w:val="right" w:pos="9360"/>
      </w:tabs>
      <w:spacing w:after="0" w:line="240" w:lineRule="auto"/>
    </w:pPr>
  </w:style>
  <w:style w:type="character" w:customStyle="1" w:styleId="CabealhoCarter">
    <w:name w:val="Cabeçalho Caráter"/>
    <w:basedOn w:val="Tipodeletrapredefinidodopargrafo"/>
    <w:link w:val="Cabealho"/>
    <w:uiPriority w:val="99"/>
    <w:rsid w:val="00E618BF"/>
  </w:style>
  <w:style w:type="paragraph" w:styleId="Rodap">
    <w:name w:val="footer"/>
    <w:basedOn w:val="Normal"/>
    <w:link w:val="RodapCarter"/>
    <w:uiPriority w:val="99"/>
    <w:unhideWhenUsed/>
    <w:rsid w:val="00E618BF"/>
    <w:pPr>
      <w:tabs>
        <w:tab w:val="center" w:pos="4680"/>
        <w:tab w:val="right" w:pos="9360"/>
      </w:tabs>
      <w:spacing w:after="0" w:line="240" w:lineRule="auto"/>
    </w:pPr>
  </w:style>
  <w:style w:type="character" w:customStyle="1" w:styleId="RodapCarter">
    <w:name w:val="Rodapé Caráter"/>
    <w:basedOn w:val="Tipodeletrapredefinidodopargrafo"/>
    <w:link w:val="Rodap"/>
    <w:uiPriority w:val="99"/>
    <w:rsid w:val="00E618BF"/>
  </w:style>
  <w:style w:type="paragraph" w:styleId="SemEspaamento">
    <w:name w:val="No Spacing"/>
    <w:uiPriority w:val="1"/>
    <w:qFormat/>
    <w:rsid w:val="00FC693F"/>
    <w:pPr>
      <w:spacing w:after="0" w:line="240" w:lineRule="auto"/>
    </w:pPr>
  </w:style>
  <w:style w:type="character" w:customStyle="1" w:styleId="Ttulo1Carter">
    <w:name w:val="Título 1 Caráter"/>
    <w:basedOn w:val="Tipodeletrapredefinidodopargrafo"/>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ter">
    <w:name w:val="Título 2 Caráter"/>
    <w:basedOn w:val="Tipodeletrapredefinidodopargrafo"/>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ter">
    <w:name w:val="Título 3 Caráter"/>
    <w:basedOn w:val="Tipodeletrapredefinidodopargrafo"/>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te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ter">
    <w:name w:val="Título Caráter"/>
    <w:basedOn w:val="Tipodeletrapredefinidodopargrafo"/>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te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ter">
    <w:name w:val="Subtítulo Caráter"/>
    <w:basedOn w:val="Tipodeletrapredefinidodopargrafo"/>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argrafodaLista">
    <w:name w:val="List Paragraph"/>
    <w:basedOn w:val="Normal"/>
    <w:uiPriority w:val="34"/>
    <w:qFormat/>
    <w:rsid w:val="00FC693F"/>
    <w:pPr>
      <w:ind w:left="720"/>
      <w:contextualSpacing/>
    </w:pPr>
  </w:style>
  <w:style w:type="paragraph" w:styleId="Corpodetexto">
    <w:name w:val="Body Text"/>
    <w:basedOn w:val="Normal"/>
    <w:link w:val="CorpodetextoCarter"/>
    <w:uiPriority w:val="99"/>
    <w:unhideWhenUsed/>
    <w:rsid w:val="00AA1D8D"/>
    <w:pPr>
      <w:spacing w:after="120"/>
    </w:pPr>
  </w:style>
  <w:style w:type="character" w:customStyle="1" w:styleId="CorpodetextoCarter">
    <w:name w:val="Corpo de texto Caráter"/>
    <w:basedOn w:val="Tipodeletrapredefinidodopargrafo"/>
    <w:link w:val="Corpodetexto"/>
    <w:uiPriority w:val="99"/>
    <w:rsid w:val="00AA1D8D"/>
  </w:style>
  <w:style w:type="paragraph" w:styleId="Corpodetexto2">
    <w:name w:val="Body Text 2"/>
    <w:basedOn w:val="Normal"/>
    <w:link w:val="Corpodetexto2Carter"/>
    <w:uiPriority w:val="99"/>
    <w:unhideWhenUsed/>
    <w:rsid w:val="00AA1D8D"/>
    <w:pPr>
      <w:spacing w:after="120" w:line="480" w:lineRule="auto"/>
    </w:pPr>
  </w:style>
  <w:style w:type="character" w:customStyle="1" w:styleId="Corpodetexto2Carter">
    <w:name w:val="Corpo de texto 2 Caráter"/>
    <w:basedOn w:val="Tipodeletrapredefinidodopargrafo"/>
    <w:link w:val="Corpodetexto2"/>
    <w:uiPriority w:val="99"/>
    <w:rsid w:val="00AA1D8D"/>
  </w:style>
  <w:style w:type="paragraph" w:styleId="Corpodetexto3">
    <w:name w:val="Body Text 3"/>
    <w:basedOn w:val="Normal"/>
    <w:link w:val="Corpodetexto3Carter"/>
    <w:uiPriority w:val="99"/>
    <w:unhideWhenUsed/>
    <w:rsid w:val="00AA1D8D"/>
    <w:pPr>
      <w:spacing w:after="120"/>
    </w:pPr>
    <w:rPr>
      <w:sz w:val="16"/>
      <w:szCs w:val="16"/>
    </w:rPr>
  </w:style>
  <w:style w:type="character" w:customStyle="1" w:styleId="Corpodetexto3Carter">
    <w:name w:val="Corpo de texto 3 Caráter"/>
    <w:basedOn w:val="Tipodeletrapredefinidodopargrafo"/>
    <w:link w:val="Corpodetexto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mmarcas">
    <w:name w:val="List Bullet"/>
    <w:basedOn w:val="Normal"/>
    <w:uiPriority w:val="99"/>
    <w:unhideWhenUsed/>
    <w:rsid w:val="00326F90"/>
    <w:pPr>
      <w:numPr>
        <w:numId w:val="1"/>
      </w:numPr>
      <w:contextualSpacing/>
    </w:pPr>
  </w:style>
  <w:style w:type="paragraph" w:styleId="Listacommarcas2">
    <w:name w:val="List Bullet 2"/>
    <w:basedOn w:val="Normal"/>
    <w:uiPriority w:val="99"/>
    <w:unhideWhenUsed/>
    <w:rsid w:val="00326F90"/>
    <w:pPr>
      <w:numPr>
        <w:numId w:val="2"/>
      </w:numPr>
      <w:contextualSpacing/>
    </w:pPr>
  </w:style>
  <w:style w:type="paragraph" w:styleId="Listacommarcas3">
    <w:name w:val="List Bullet 3"/>
    <w:basedOn w:val="Normal"/>
    <w:uiPriority w:val="99"/>
    <w:unhideWhenUsed/>
    <w:rsid w:val="00326F90"/>
    <w:pPr>
      <w:numPr>
        <w:numId w:val="3"/>
      </w:numPr>
      <w:contextualSpacing/>
    </w:pPr>
  </w:style>
  <w:style w:type="paragraph" w:styleId="Listanumerada">
    <w:name w:val="List Number"/>
    <w:basedOn w:val="Normal"/>
    <w:uiPriority w:val="99"/>
    <w:unhideWhenUsed/>
    <w:rsid w:val="00326F90"/>
    <w:pPr>
      <w:numPr>
        <w:numId w:val="5"/>
      </w:numPr>
      <w:contextualSpacing/>
    </w:pPr>
  </w:style>
  <w:style w:type="paragraph" w:styleId="Listanumerada2">
    <w:name w:val="List Number 2"/>
    <w:basedOn w:val="Normal"/>
    <w:uiPriority w:val="99"/>
    <w:unhideWhenUsed/>
    <w:rsid w:val="0029639D"/>
    <w:pPr>
      <w:numPr>
        <w:numId w:val="6"/>
      </w:numPr>
      <w:contextualSpacing/>
    </w:pPr>
  </w:style>
  <w:style w:type="paragraph" w:styleId="Listanumerada3">
    <w:name w:val="List Number 3"/>
    <w:basedOn w:val="Normal"/>
    <w:uiPriority w:val="99"/>
    <w:unhideWhenUsed/>
    <w:rsid w:val="0029639D"/>
    <w:pPr>
      <w:numPr>
        <w:numId w:val="7"/>
      </w:numPr>
      <w:contextualSpacing/>
    </w:pPr>
  </w:style>
  <w:style w:type="paragraph" w:styleId="Listadecont">
    <w:name w:val="List Continue"/>
    <w:basedOn w:val="Normal"/>
    <w:uiPriority w:val="99"/>
    <w:unhideWhenUsed/>
    <w:rsid w:val="0029639D"/>
    <w:pPr>
      <w:spacing w:after="120"/>
      <w:ind w:left="360"/>
      <w:contextualSpacing/>
    </w:pPr>
  </w:style>
  <w:style w:type="paragraph" w:styleId="Listadecont2">
    <w:name w:val="List Continue 2"/>
    <w:basedOn w:val="Normal"/>
    <w:uiPriority w:val="99"/>
    <w:unhideWhenUsed/>
    <w:rsid w:val="0029639D"/>
    <w:pPr>
      <w:spacing w:after="120"/>
      <w:ind w:left="720"/>
      <w:contextualSpacing/>
    </w:pPr>
  </w:style>
  <w:style w:type="paragraph" w:styleId="Listadecont3">
    <w:name w:val="List Continue 3"/>
    <w:basedOn w:val="Normal"/>
    <w:uiPriority w:val="99"/>
    <w:unhideWhenUsed/>
    <w:rsid w:val="0029639D"/>
    <w:pPr>
      <w:spacing w:after="120"/>
      <w:ind w:left="1080"/>
      <w:contextualSpacing/>
    </w:pPr>
  </w:style>
  <w:style w:type="paragraph" w:styleId="Textodemacro">
    <w:name w:val="macro"/>
    <w:link w:val="TextodemacroCarte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demacroCarter">
    <w:name w:val="Texto de macro Caráter"/>
    <w:basedOn w:val="Tipodeletrapredefinidodopargrafo"/>
    <w:link w:val="Textodemacro"/>
    <w:uiPriority w:val="99"/>
    <w:rsid w:val="0029639D"/>
    <w:rPr>
      <w:rFonts w:ascii="Courier" w:hAnsi="Courier"/>
      <w:sz w:val="20"/>
      <w:szCs w:val="20"/>
    </w:rPr>
  </w:style>
  <w:style w:type="paragraph" w:styleId="Citao">
    <w:name w:val="Quote"/>
    <w:basedOn w:val="Normal"/>
    <w:next w:val="Normal"/>
    <w:link w:val="CitaoCarter"/>
    <w:uiPriority w:val="29"/>
    <w:qFormat/>
    <w:rsid w:val="00FC693F"/>
    <w:rPr>
      <w:i/>
      <w:iCs/>
      <w:color w:val="000000" w:themeColor="text1"/>
    </w:rPr>
  </w:style>
  <w:style w:type="character" w:customStyle="1" w:styleId="CitaoCarter">
    <w:name w:val="Citação Caráter"/>
    <w:basedOn w:val="Tipodeletrapredefinidodopargrafo"/>
    <w:link w:val="Citao"/>
    <w:uiPriority w:val="29"/>
    <w:rsid w:val="00FC693F"/>
    <w:rPr>
      <w:i/>
      <w:iCs/>
      <w:color w:val="000000" w:themeColor="text1"/>
    </w:rPr>
  </w:style>
  <w:style w:type="character" w:customStyle="1" w:styleId="Ttulo4Carter">
    <w:name w:val="Título 4 Caráter"/>
    <w:basedOn w:val="Tipodeletrapredefinidodopargrafo"/>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ter">
    <w:name w:val="Título 5 Caráter"/>
    <w:basedOn w:val="Tipodeletrapredefinidodopargrafo"/>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ter">
    <w:name w:val="Título 6 Caráter"/>
    <w:basedOn w:val="Tipodeletrapredefinidodopargrafo"/>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ter">
    <w:name w:val="Título 7 Caráter"/>
    <w:basedOn w:val="Tipodeletrapredefinidodopargrafo"/>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ter">
    <w:name w:val="Título 8 Caráter"/>
    <w:basedOn w:val="Tipodeletrapredefinidodopargrafo"/>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ter">
    <w:name w:val="Título 9 Caráter"/>
    <w:basedOn w:val="Tipodeletrapredefinidodopargrafo"/>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orte">
    <w:name w:val="Strong"/>
    <w:basedOn w:val="Tipodeletrapredefinidodopargrafo"/>
    <w:uiPriority w:val="22"/>
    <w:qFormat/>
    <w:rsid w:val="00FC693F"/>
    <w:rPr>
      <w:b/>
      <w:bCs/>
    </w:rPr>
  </w:style>
  <w:style w:type="character" w:styleId="nfase">
    <w:name w:val="Emphasis"/>
    <w:basedOn w:val="Tipodeletrapredefinidodopargrafo"/>
    <w:uiPriority w:val="20"/>
    <w:qFormat/>
    <w:rsid w:val="00FC693F"/>
    <w:rPr>
      <w:i/>
      <w:iCs/>
    </w:rPr>
  </w:style>
  <w:style w:type="paragraph" w:styleId="CitaoIntensa">
    <w:name w:val="Intense Quote"/>
    <w:basedOn w:val="Normal"/>
    <w:next w:val="Normal"/>
    <w:link w:val="CitaoIntensaCarte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oIntensaCarter">
    <w:name w:val="Citação Intensa Caráter"/>
    <w:basedOn w:val="Tipodeletrapredefinidodopargrafo"/>
    <w:link w:val="CitaoIntensa"/>
    <w:uiPriority w:val="30"/>
    <w:rsid w:val="00FC693F"/>
    <w:rPr>
      <w:b/>
      <w:bCs/>
      <w:i/>
      <w:iCs/>
      <w:color w:val="4F81BD" w:themeColor="accent1"/>
    </w:rPr>
  </w:style>
  <w:style w:type="character" w:styleId="nfaseDiscreta">
    <w:name w:val="Subtle Emphasis"/>
    <w:basedOn w:val="Tipodeletrapredefinidodopargrafo"/>
    <w:uiPriority w:val="19"/>
    <w:qFormat/>
    <w:rsid w:val="00FC693F"/>
    <w:rPr>
      <w:i/>
      <w:iCs/>
      <w:color w:val="808080" w:themeColor="text1" w:themeTint="7F"/>
    </w:rPr>
  </w:style>
  <w:style w:type="character" w:styleId="nfaseIntensa">
    <w:name w:val="Intense Emphasis"/>
    <w:basedOn w:val="Tipodeletrapredefinidodopargrafo"/>
    <w:uiPriority w:val="21"/>
    <w:qFormat/>
    <w:rsid w:val="00FC693F"/>
    <w:rPr>
      <w:b/>
      <w:bCs/>
      <w:i/>
      <w:iCs/>
      <w:color w:val="4F81BD" w:themeColor="accent1"/>
    </w:rPr>
  </w:style>
  <w:style w:type="character" w:styleId="RefernciaDiscreta">
    <w:name w:val="Subtle Reference"/>
    <w:basedOn w:val="Tipodeletrapredefinidodopargrafo"/>
    <w:uiPriority w:val="31"/>
    <w:qFormat/>
    <w:rsid w:val="00FC693F"/>
    <w:rPr>
      <w:smallCaps/>
      <w:color w:val="C0504D" w:themeColor="accent2"/>
      <w:u w:val="single"/>
    </w:rPr>
  </w:style>
  <w:style w:type="character" w:styleId="RefernciaIntensa">
    <w:name w:val="Intense Reference"/>
    <w:basedOn w:val="Tipodeletrapredefinidodopargrafo"/>
    <w:uiPriority w:val="32"/>
    <w:qFormat/>
    <w:rsid w:val="00FC693F"/>
    <w:rPr>
      <w:b/>
      <w:bCs/>
      <w:smallCaps/>
      <w:color w:val="C0504D" w:themeColor="accent2"/>
      <w:spacing w:val="5"/>
      <w:u w:val="single"/>
    </w:rPr>
  </w:style>
  <w:style w:type="character" w:styleId="TtulodoLivro">
    <w:name w:val="Book Title"/>
    <w:basedOn w:val="Tipodeletrapredefinidodopargrafo"/>
    <w:uiPriority w:val="33"/>
    <w:qFormat/>
    <w:rsid w:val="00FC693F"/>
    <w:rPr>
      <w:b/>
      <w:bCs/>
      <w:smallCaps/>
      <w:spacing w:val="5"/>
    </w:rPr>
  </w:style>
  <w:style w:type="paragraph" w:styleId="Cabealhodondice">
    <w:name w:val="TOC Heading"/>
    <w:basedOn w:val="Ttulo1"/>
    <w:next w:val="Normal"/>
    <w:uiPriority w:val="39"/>
    <w:unhideWhenUsed/>
    <w:qFormat/>
    <w:rsid w:val="00FC693F"/>
    <w:pPr>
      <w:outlineLvl w:val="9"/>
    </w:pPr>
  </w:style>
  <w:style w:type="table" w:styleId="TabelacomGrelha">
    <w:name w:val="Table Grid"/>
    <w:basedOn w:val="Tabe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e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Cor1">
    <w:name w:val="Light Shading Accent 1"/>
    <w:basedOn w:val="Tabe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Cor2">
    <w:name w:val="Light Shading Accent 2"/>
    <w:basedOn w:val="Tabe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Cor3">
    <w:name w:val="Light Shading Accent 3"/>
    <w:basedOn w:val="Tabe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Cor4">
    <w:name w:val="Light Shading Accent 4"/>
    <w:basedOn w:val="Tabe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Cor5">
    <w:name w:val="Light Shading Accent 5"/>
    <w:basedOn w:val="Tabe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Cor6">
    <w:name w:val="Light Shading Accent 6"/>
    <w:basedOn w:val="Tabe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e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Cor1">
    <w:name w:val="Light List Accent 1"/>
    <w:basedOn w:val="Tabe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Cor2">
    <w:name w:val="Light List Accent 2"/>
    <w:basedOn w:val="Tabe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Cor3">
    <w:name w:val="Light List Accent 3"/>
    <w:basedOn w:val="Tabe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Cor4">
    <w:name w:val="Light List Accent 4"/>
    <w:basedOn w:val="Tabe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Cor5">
    <w:name w:val="Light List Accent 5"/>
    <w:basedOn w:val="Tabe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Cor6">
    <w:name w:val="Light List Accent 6"/>
    <w:basedOn w:val="Tabe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elhaClara">
    <w:name w:val="Light Grid"/>
    <w:basedOn w:val="Tabe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elhaClara-Cor1">
    <w:name w:val="Light Grid Accent 1"/>
    <w:basedOn w:val="Tabe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elhaClara-Cor2">
    <w:name w:val="Light Grid Accent 2"/>
    <w:basedOn w:val="Tabe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elhaClara-Cor3">
    <w:name w:val="Light Grid Accent 3"/>
    <w:basedOn w:val="Tabe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elhaClara-Cor4">
    <w:name w:val="Light Grid Accent 4"/>
    <w:basedOn w:val="Tabe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elhaClara-Cor5">
    <w:name w:val="Light Grid Accent 5"/>
    <w:basedOn w:val="Tabe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elhaClara-Cor6">
    <w:name w:val="Light Grid Accent 6"/>
    <w:basedOn w:val="Tabe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dio1">
    <w:name w:val="Medium Shading 1"/>
    <w:basedOn w:val="Tabe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dio1-Cor1">
    <w:name w:val="Medium Shading 1 Accent 1"/>
    <w:basedOn w:val="Tabe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dio1-Cor2">
    <w:name w:val="Medium Shading 1 Accent 2"/>
    <w:basedOn w:val="Tabe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dio1-Cor3">
    <w:name w:val="Medium Shading 1 Accent 3"/>
    <w:basedOn w:val="Tabe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dio1-Cor4">
    <w:name w:val="Medium Shading 1 Accent 4"/>
    <w:basedOn w:val="Tabe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dio1-Cor5">
    <w:name w:val="Medium Shading 1 Accent 5"/>
    <w:basedOn w:val="Tabe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dio1-Cor6">
    <w:name w:val="Medium Shading 1 Accent 6"/>
    <w:basedOn w:val="Tabe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dio2">
    <w:name w:val="Medium Shading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1">
    <w:name w:val="Medium Shading 2 Accent 1"/>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2">
    <w:name w:val="Medium Shading 2 Accent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3">
    <w:name w:val="Medium Shading 2 Accent 3"/>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4">
    <w:name w:val="Medium Shading 2 Accent 4"/>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5">
    <w:name w:val="Medium Shading 2 Accent 5"/>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dio2-Cor6">
    <w:name w:val="Medium Shading 2 Accent 6"/>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Cor1">
    <w:name w:val="Medium List 1 Accent 1"/>
    <w:basedOn w:val="Tabe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dia1-Cor2">
    <w:name w:val="Medium List 1 Accent 2"/>
    <w:basedOn w:val="Tabe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dia1-Cor3">
    <w:name w:val="Medium List 1 Accent 3"/>
    <w:basedOn w:val="Tabe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dia1-Cor4">
    <w:name w:val="Medium List 1 Accent 4"/>
    <w:basedOn w:val="Tabe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dia1-Cor5">
    <w:name w:val="Medium List 1 Accent 5"/>
    <w:basedOn w:val="Tabe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dia1-Cor6">
    <w:name w:val="Medium List 1 Accent 6"/>
    <w:basedOn w:val="Tabe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dia2">
    <w:name w:val="Medium Lis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1">
    <w:name w:val="Medium List 2 Accent 1"/>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2">
    <w:name w:val="Medium List 2 Accen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3">
    <w:name w:val="Medium List 2 Accent 3"/>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4">
    <w:name w:val="Medium List 2 Accent 4"/>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5">
    <w:name w:val="Medium List 2 Accent 5"/>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Cor6">
    <w:name w:val="Medium List 2 Accent 6"/>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elhaMdia1">
    <w:name w:val="Medium Grid 1"/>
    <w:basedOn w:val="Tabe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elhaMdia1-Cor1">
    <w:name w:val="Medium Grid 1 Accent 1"/>
    <w:basedOn w:val="Tabe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elhaMdia1-Cor2">
    <w:name w:val="Medium Grid 1 Accent 2"/>
    <w:basedOn w:val="Tabe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elhaMdia1-Cor3">
    <w:name w:val="Medium Grid 1 Accent 3"/>
    <w:basedOn w:val="Tabe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elhaMdia1-Cor4">
    <w:name w:val="Medium Grid 1 Accent 4"/>
    <w:basedOn w:val="Tabe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elhaMdia1-Cor5">
    <w:name w:val="Medium Grid 1 Accent 5"/>
    <w:basedOn w:val="Tabe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elhaMdia1-Cor6">
    <w:name w:val="Medium Grid 1 Accent 6"/>
    <w:basedOn w:val="Tabe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elhaMdia2">
    <w:name w:val="Medium Grid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elhaMdia2-Cor1">
    <w:name w:val="Medium Grid 2 Accent 1"/>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elhaMdia2-Cor2">
    <w:name w:val="Medium Grid 2 Accent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elhaMdia2-Cor3">
    <w:name w:val="Medium Grid 2 Accent 3"/>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elhaMdia2-Cor4">
    <w:name w:val="Medium Grid 2 Accent 4"/>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elhaMdia2-Cor5">
    <w:name w:val="Medium Grid 2 Accent 5"/>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elhaMdia2-Cor6">
    <w:name w:val="Medium Grid 2 Accent 6"/>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elhaMdia3">
    <w:name w:val="Medium Grid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elhaMdia3-Cor1">
    <w:name w:val="Medium Grid 3 Accent 1"/>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elhaMdia3-Cor2">
    <w:name w:val="Medium Grid 3 Accent 2"/>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elhaMdia3-Cor3">
    <w:name w:val="Medium Grid 3 Accent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elhaMdia3-Cor4">
    <w:name w:val="Medium Grid 3 Accent 4"/>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elhaMdia3-Cor5">
    <w:name w:val="Medium Grid 3 Accent 5"/>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elhaMdia3-Cor6">
    <w:name w:val="Medium Grid 3 Accent 6"/>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Cor1">
    <w:name w:val="Dark List Accent 1"/>
    <w:basedOn w:val="Tabe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Escura-Cor2">
    <w:name w:val="Dark List Accent 2"/>
    <w:basedOn w:val="Tabe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Escura-Cor3">
    <w:name w:val="Dark List Accent 3"/>
    <w:basedOn w:val="Tabe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Escura-Cor4">
    <w:name w:val="Dark List Accent 4"/>
    <w:basedOn w:val="Tabe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Escura-Cor5">
    <w:name w:val="Dark List Accent 5"/>
    <w:basedOn w:val="Tabe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Escura-Cor6">
    <w:name w:val="Dark List Accent 6"/>
    <w:basedOn w:val="Tabe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Colorido">
    <w:name w:val="Colorful Shading"/>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Colorido-Cor1">
    <w:name w:val="Colorful Shading Accent 1"/>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Colorido-Cor2">
    <w:name w:val="Colorful Shading Accent 2"/>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Colorido-Cor3">
    <w:name w:val="Colorful Shading Accent 3"/>
    <w:basedOn w:val="Tabe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Colorido-Cor4">
    <w:name w:val="Colorful Shading Accent 4"/>
    <w:basedOn w:val="Tabe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Colorido-Cor5">
    <w:name w:val="Colorful Shading Accent 5"/>
    <w:basedOn w:val="Tabe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Colorido-Cor6">
    <w:name w:val="Colorful Shading Accent 6"/>
    <w:basedOn w:val="Tabe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Cor1">
    <w:name w:val="Colorful List Accent 1"/>
    <w:basedOn w:val="Tabe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Colorida-Cor2">
    <w:name w:val="Colorful List Accent 2"/>
    <w:basedOn w:val="Tabe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Colorida-Cor3">
    <w:name w:val="Colorful List Accent 3"/>
    <w:basedOn w:val="Tabe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Colorida-Cor4">
    <w:name w:val="Colorful List Accent 4"/>
    <w:basedOn w:val="Tabe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Colorida-Cor5">
    <w:name w:val="Colorful List Accent 5"/>
    <w:basedOn w:val="Tabe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Colorida-Cor6">
    <w:name w:val="Colorful List Accent 6"/>
    <w:basedOn w:val="Tabe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elhaColorida">
    <w:name w:val="Colorful Grid"/>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elhaColorida-Cor1">
    <w:name w:val="Colorful Grid Accent 1"/>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elhaColorida-Cor2">
    <w:name w:val="Colorful Grid Accent 2"/>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elhaColorida-Cor3">
    <w:name w:val="Colorful Grid Accent 3"/>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elhaColorida-Cor4">
    <w:name w:val="Colorful Grid Accent 4"/>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elhaColorida-Cor5">
    <w:name w:val="Colorful Grid Accent 5"/>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elhaColorida-Cor6">
    <w:name w:val="Colorful Grid Accent 6"/>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iperligao">
    <w:name w:val="Hyperlink"/>
    <w:basedOn w:val="Tipodeletrapredefinidodopargrafo"/>
    <w:uiPriority w:val="99"/>
    <w:unhideWhenUsed/>
    <w:rsid w:val="00C75AA3"/>
    <w:rPr>
      <w:color w:val="0000FF" w:themeColor="hyperlink"/>
      <w:u w:val="single"/>
    </w:rPr>
  </w:style>
  <w:style w:type="character" w:styleId="MenoNoResolvida">
    <w:name w:val="Unresolved Mention"/>
    <w:basedOn w:val="Tipodeletrapredefinidodopargrafo"/>
    <w:uiPriority w:val="99"/>
    <w:semiHidden/>
    <w:unhideWhenUsed/>
    <w:rsid w:val="00C75AA3"/>
    <w:rPr>
      <w:color w:val="605E5C"/>
      <w:shd w:val="clear" w:color="auto" w:fill="E1DFDD"/>
    </w:rPr>
  </w:style>
  <w:style w:type="character" w:styleId="TextodoMarcadordePosio">
    <w:name w:val="Placeholder Text"/>
    <w:basedOn w:val="Tipodeletrapredefinidodopargrafo"/>
    <w:uiPriority w:val="99"/>
    <w:semiHidden/>
    <w:rsid w:val="00AA28F4"/>
    <w:rPr>
      <w:color w:val="666666"/>
    </w:rPr>
  </w:style>
  <w:style w:type="paragraph" w:styleId="ndice1">
    <w:name w:val="toc 1"/>
    <w:basedOn w:val="Normal"/>
    <w:next w:val="Normal"/>
    <w:autoRedefine/>
    <w:uiPriority w:val="39"/>
    <w:unhideWhenUsed/>
    <w:rsid w:val="00DE1542"/>
    <w:pPr>
      <w:tabs>
        <w:tab w:val="right" w:leader="dot" w:pos="8630"/>
      </w:tabs>
      <w:spacing w:before="240" w:after="100"/>
    </w:pPr>
  </w:style>
  <w:style w:type="paragraph" w:styleId="NormalWeb">
    <w:name w:val="Normal (Web)"/>
    <w:basedOn w:val="Normal"/>
    <w:uiPriority w:val="99"/>
    <w:semiHidden/>
    <w:unhideWhenUsed/>
    <w:rsid w:val="003A2ECE"/>
    <w:rPr>
      <w:rFonts w:ascii="Times New Roman" w:hAnsi="Times New Roman" w:cs="Times New Roman"/>
      <w:sz w:val="24"/>
      <w:szCs w:val="24"/>
    </w:rPr>
  </w:style>
  <w:style w:type="paragraph" w:customStyle="1" w:styleId="LegendaFiguras">
    <w:name w:val="Legenda Figuras"/>
    <w:basedOn w:val="Normal"/>
    <w:qFormat/>
    <w:rsid w:val="000E1F69"/>
    <w:pPr>
      <w:tabs>
        <w:tab w:val="center" w:pos="4677"/>
        <w:tab w:val="right" w:pos="9355"/>
      </w:tabs>
      <w:spacing w:after="0" w:line="360" w:lineRule="auto"/>
      <w:jc w:val="center"/>
    </w:pPr>
    <w:rPr>
      <w:rFonts w:ascii="Calibri" w:eastAsia="Times New Roman" w:hAnsi="Calibri" w:cs="Calibri Light"/>
      <w:sz w:val="18"/>
      <w:szCs w:val="18"/>
      <w:lang w:val="pt-PT"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1592</Words>
  <Characters>8603</Characters>
  <Application>Microsoft Office Word</Application>
  <DocSecurity>0</DocSecurity>
  <Lines>71</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10175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Carla Margarida Saraiva de Oliveira Henriques</cp:lastModifiedBy>
  <cp:revision>2</cp:revision>
  <dcterms:created xsi:type="dcterms:W3CDTF">2026-05-15T10:03:00Z</dcterms:created>
  <dcterms:modified xsi:type="dcterms:W3CDTF">2026-05-15T10:03:00Z</dcterms:modified>
  <cp:category/>
</cp:coreProperties>
</file>